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1c10fa41cd0f7b9fc929ab0c60f19d1d9e3fdb"/>
    <w:p>
      <w:pPr>
        <w:pStyle w:val="Heading1"/>
      </w:pPr>
      <w:r>
        <w:rPr>
          <w:b/>
          <w:bCs/>
        </w:rPr>
        <w:t xml:space="preserve">The Book Thief</w:t>
      </w:r>
      <w:r>
        <w:br/>
      </w:r>
      <w:r>
        <w:rPr>
          <w:i/>
          <w:iCs/>
        </w:rPr>
        <w:t xml:space="preserve">Markus Zusak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PROLOGUE: a mountain range of rubble in which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narrator</w:t>
      </w:r>
      <w:r>
        <w:rPr>
          <w:b/>
          <w:bCs/>
        </w:rPr>
        <w:t xml:space="preserve"> </w:t>
      </w:r>
      <w:r>
        <w:rPr>
          <w:b/>
          <w:bCs/>
        </w:rPr>
        <w:t xml:space="preserve">introduces: himself—the colors—and the book thief</w:t>
      </w:r>
      <w:r>
        <w:br/>
      </w:r>
      <w:r>
        <w:t xml:space="preserve">    (a) storyteller</w:t>
      </w:r>
      <w:r>
        <w:br/>
      </w:r>
      <w:r>
        <w:t xml:space="preserve">    (b) main character</w:t>
      </w:r>
      <w:r>
        <w:br/>
      </w:r>
      <w:r>
        <w:t xml:space="preserve">    (c) reporter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word, however, does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differentiate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sexes.</w:t>
      </w:r>
      <w:r>
        <w:br/>
      </w:r>
      <w:r>
        <w:t xml:space="preserve">    (a) increase</w:t>
      </w:r>
      <w:r>
        <w:br/>
      </w:r>
      <w:r>
        <w:t xml:space="preserve">    (b) travel</w:t>
      </w:r>
      <w:r>
        <w:br/>
      </w:r>
      <w:r>
        <w:t xml:space="preserve">    (c) recognize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when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rationing</w:t>
      </w:r>
      <w:r>
        <w:rPr>
          <w:b/>
          <w:bCs/>
        </w:rPr>
        <w:t xml:space="preserve"> </w:t>
      </w:r>
      <w:r>
        <w:rPr>
          <w:b/>
          <w:bCs/>
        </w:rPr>
        <w:t xml:space="preserve">started later in the year, she was known to sell certain hard-to-get items under the counter and donate the money to the Nazi Party.</w:t>
      </w:r>
      <w:r>
        <w:br/>
      </w:r>
      <w:r>
        <w:t xml:space="preserve">    (a) limiting goods that could be purchased</w:t>
      </w:r>
      <w:r>
        <w:br/>
      </w:r>
      <w:r>
        <w:t xml:space="preserve">    (b) price increases to discourage use</w:t>
      </w:r>
      <w:r>
        <w:br/>
      </w:r>
      <w:r>
        <w:t xml:space="preserve">    (c) more availability of consumer goods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"Pfiffikus!" she echoed, quickly adopting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appropriate</w:t>
      </w:r>
      <w:r>
        <w:rPr>
          <w:b/>
          <w:bCs/>
        </w:rPr>
        <w:t xml:space="preserve"> </w:t>
      </w:r>
      <w:r>
        <w:rPr>
          <w:b/>
          <w:bCs/>
        </w:rPr>
        <w:t xml:space="preserve">cruelty that childhood seems to require.</w:t>
      </w:r>
      <w:r>
        <w:br/>
      </w:r>
      <w:r>
        <w:t xml:space="preserve">    (a) excessive (too much for the situation)</w:t>
      </w:r>
      <w:r>
        <w:br/>
      </w:r>
      <w:r>
        <w:t xml:space="preserve">    (b) suitable (fitting a particular situation)</w:t>
      </w:r>
      <w:r>
        <w:br/>
      </w:r>
      <w:r>
        <w:t xml:space="preserve">    (c) out-of-place for a particular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1933, 90 percent of Germans showed unflinching support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Adolf Hitler</w:t>
      </w:r>
      <w:r>
        <w:rPr>
          <w:b/>
          <w:bCs/>
        </w:rPr>
        <w:t xml:space="preserve">.</w:t>
      </w:r>
      <w:r>
        <w:br/>
      </w:r>
      <w:r>
        <w:t xml:space="preserve">    (a) general who captured Paris</w:t>
      </w:r>
      <w:r>
        <w:br/>
      </w:r>
      <w:r>
        <w:t xml:space="preserve">    (b) "The Desert Fox" who defeated the British in Africa</w:t>
      </w:r>
      <w:r>
        <w:br/>
      </w:r>
      <w:r>
        <w:t xml:space="preserve">    (c) Nazi dictator who murdered millions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Nearly a month after school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resumed</w:t>
      </w:r>
      <w:r>
        <w:rPr>
          <w:b/>
          <w:bCs/>
        </w:rPr>
        <w:t xml:space="preserve">, she was moved up to her rightful year level.</w:t>
      </w:r>
      <w:r>
        <w:br/>
      </w:r>
      <w:r>
        <w:t xml:space="preserve">    (a) began again</w:t>
      </w:r>
      <w:r>
        <w:br/>
      </w:r>
      <w:r>
        <w:t xml:space="preserve">    (b) stopped</w:t>
      </w:r>
      <w:r>
        <w:br/>
      </w:r>
      <w:r>
        <w:t xml:space="preserve">    (c) continued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young man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Nazi</w:t>
      </w:r>
      <w:r>
        <w:rPr>
          <w:b/>
          <w:bCs/>
        </w:rPr>
        <w:t xml:space="preserve">; his father was not.</w:t>
      </w:r>
      <w:r>
        <w:br/>
      </w:r>
      <w:r>
        <w:t xml:space="preserve">    (a) member of Hitler's political party</w:t>
      </w:r>
      <w:r>
        <w:br/>
      </w:r>
      <w:r>
        <w:t xml:space="preserve">    (b) member of the opposition to Hitler</w:t>
      </w:r>
      <w:r>
        <w:br/>
      </w:r>
      <w:r>
        <w:t xml:space="preserve">    (c) member of the German military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he really a coward, as his son had so brutally pointed out? Certainly, in World War I, he considered himself one.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attributed</w:t>
      </w:r>
      <w:r>
        <w:rPr>
          <w:b/>
          <w:bCs/>
        </w:rPr>
        <w:t xml:space="preserve"> </w:t>
      </w:r>
      <w:r>
        <w:rPr>
          <w:b/>
          <w:bCs/>
        </w:rPr>
        <w:t xml:space="preserve">his survival to it.</w:t>
      </w:r>
      <w:r>
        <w:br/>
      </w:r>
      <w:r>
        <w:t xml:space="preserve">    (a) gave</w:t>
      </w:r>
      <w:r>
        <w:br/>
      </w:r>
      <w:r>
        <w:t xml:space="preserve">    (b) lost</w:t>
      </w:r>
      <w:r>
        <w:br/>
      </w:r>
      <w:r>
        <w:t xml:space="preserve">    (c) credited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</w:t>
      </w:r>
      <w:r>
        <w:rPr>
          <w:b/>
          <w:bCs/>
        </w:rPr>
        <w:t xml:space="preserve"> </w:t>
      </w:r>
      <w:r>
        <w:rPr>
          <w:b/>
          <w:bCs/>
        </w:rPr>
        <w:t xml:space="preserve">OF ROSA HUBERMANN: She was a good woman for a crisis.</w:t>
      </w:r>
      <w:r>
        <w:br/>
      </w:r>
      <w:r>
        <w:t xml:space="preserve">    (a) summary</w:t>
      </w:r>
      <w:r>
        <w:br/>
      </w:r>
      <w:r>
        <w:t xml:space="preserve">    (b) characteristic</w:t>
      </w:r>
      <w:r>
        <w:br/>
      </w:r>
      <w:r>
        <w:t xml:space="preserve">    (c) compliment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Recollections</w:t>
      </w:r>
      <w:r>
        <w:rPr>
          <w:b/>
          <w:bCs/>
        </w:rPr>
        <w:t xml:space="preserve"> </w:t>
      </w:r>
      <w:r>
        <w:rPr>
          <w:b/>
          <w:bCs/>
        </w:rPr>
        <w:t xml:space="preserve">like those merely remind me that he was not deserving of the fate that met him a little under two years later.</w:t>
      </w:r>
      <w:r>
        <w:br/>
      </w:r>
      <w:r>
        <w:t xml:space="preserve">    (a) dreams</w:t>
      </w:r>
      <w:r>
        <w:br/>
      </w:r>
      <w:r>
        <w:t xml:space="preserve">    (b) memories</w:t>
      </w:r>
      <w:r>
        <w:br/>
      </w:r>
      <w:r>
        <w:t xml:space="preserve">    (c) worries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Just bad luck. That's what you say. Of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 That's what you make yourself believe—because deep down, you know that this small piece of changing fortune is a signal of things to come.</w:t>
      </w:r>
      <w:r>
        <w:br/>
      </w:r>
      <w:r>
        <w:t xml:space="preserve">    (a) good luck</w:t>
      </w:r>
      <w:r>
        <w:br/>
      </w:r>
      <w:r>
        <w:t xml:space="preserve">    (b) fairy tale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Friday, a statement arrived to say that Hans Hubermann was to be drafted into the German army. A member of the party would be happy to play a role in the war effort, it concluded. If he wasn't, there would certainly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.</w:t>
      </w:r>
      <w:r>
        <w:br/>
      </w:r>
      <w:r>
        <w:t xml:space="preserve">    (a) surprises</w:t>
      </w:r>
      <w:r>
        <w:br/>
      </w:r>
      <w:r>
        <w:t xml:space="preserve">    (b) rules or beliefs</w:t>
      </w:r>
      <w:r>
        <w:br/>
      </w:r>
      <w:r>
        <w:t xml:space="preserve">    (c) undesired effects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pathetic</w:t>
      </w:r>
      <w:r>
        <w:rPr>
          <w:b/>
          <w:bCs/>
        </w:rPr>
        <w:t xml:space="preserve"> </w:t>
      </w:r>
      <w:r>
        <w:rPr>
          <w:b/>
          <w:bCs/>
        </w:rPr>
        <w:t xml:space="preserve">woman. The fact that harder times were coming was surely the best reason for keeping Rosa employed, but no, they fired her.</w:t>
      </w:r>
      <w:r>
        <w:br/>
      </w:r>
      <w:r>
        <w:t xml:space="preserve">    (a) annoying</w:t>
      </w:r>
      <w:r>
        <w:br/>
      </w:r>
      <w:r>
        <w:t xml:space="preserve">    (b) typical</w:t>
      </w:r>
      <w:r>
        <w:br/>
      </w:r>
      <w:r>
        <w:t xml:space="preserve">    (c) pitiful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got strangled and cut up more than twenty years ago! ... He's dead and 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pathetic</w:t>
      </w:r>
      <w:r>
        <w:rPr>
          <w:b/>
          <w:bCs/>
        </w:rPr>
        <w:t xml:space="preserve"> </w:t>
      </w:r>
      <w:r>
        <w:rPr>
          <w:b/>
          <w:bCs/>
        </w:rPr>
        <w:t xml:space="preserve">that you sit here shivering in your own house to suffer for it.</w:t>
      </w:r>
      <w:r>
        <w:br/>
      </w:r>
      <w:r>
        <w:t xml:space="preserve">    (a) good</w:t>
      </w:r>
      <w:r>
        <w:br/>
      </w:r>
      <w:r>
        <w:t xml:space="preserve">    (b) typical</w:t>
      </w:r>
      <w:r>
        <w:br/>
      </w:r>
      <w:r>
        <w:t xml:space="preserve">    (c)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They'd been learning about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composers</w:t>
      </w:r>
      <w:r>
        <w:rPr>
          <w:b/>
          <w:bCs/>
        </w:rPr>
        <w:t xml:space="preserve"> </w:t>
      </w:r>
      <w:r>
        <w:rPr>
          <w:b/>
          <w:bCs/>
        </w:rPr>
        <w:t xml:space="preserve">in school, where despite his obvious stupidity, Rudy excelled.</w:t>
      </w:r>
      <w:r>
        <w:br/>
      </w:r>
      <w:r>
        <w:t xml:space="preserve">    (a) people who invent things</w:t>
      </w:r>
      <w:r>
        <w:br/>
      </w:r>
      <w:r>
        <w:t xml:space="preserve">    (b) people who write music</w:t>
      </w:r>
      <w:r>
        <w:br/>
      </w:r>
      <w:r>
        <w:t xml:space="preserve">    (c) people who discover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Rosa was still in shock, but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composed</w:t>
      </w:r>
      <w:r>
        <w:rPr>
          <w:b/>
          <w:bCs/>
        </w:rPr>
        <w:t xml:space="preserve"> </w:t>
      </w:r>
      <w:r>
        <w:rPr>
          <w:b/>
          <w:bCs/>
        </w:rPr>
        <w:t xml:space="preserve">herself.</w:t>
      </w:r>
      <w:r>
        <w:br/>
      </w:r>
      <w:r>
        <w:t xml:space="preserve">    (a) hid from others</w:t>
      </w:r>
      <w:r>
        <w:br/>
      </w:r>
      <w:r>
        <w:t xml:space="preserve">    (b) wrote about</w:t>
      </w:r>
      <w:r>
        <w:br/>
      </w:r>
      <w:r>
        <w:t xml:space="preserve">    (c) calmed or settled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Unfortunately, she gave herself away. In the eyes. They were agitated. She knew the exact moment when Viktor Chemmel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that the book was a prize possession.</w:t>
      </w:r>
      <w:r>
        <w:br/>
      </w:r>
      <w:r>
        <w:rPr>
          <w:b/>
          <w:bCs/>
        </w:rPr>
        <w:t xml:space="preserve">"I'll tell you what," he said. "For fifty marks, you can have it back."</w:t>
      </w:r>
      <w:r>
        <w:br/>
      </w:r>
      <w:r>
        <w:t xml:space="preserve">    (a) questioned</w:t>
      </w:r>
      <w:r>
        <w:br/>
      </w:r>
      <w:r>
        <w:t xml:space="preserve">    (b) figured out</w:t>
      </w:r>
      <w:r>
        <w:br/>
      </w:r>
      <w:r>
        <w:t xml:space="preserve">    (c) created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school is one of the finest 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.</w:t>
      </w:r>
      <w:r>
        <w:br/>
      </w:r>
      <w:r>
        <w:t xml:space="preserve">    (a) to compete</w:t>
      </w:r>
      <w:r>
        <w:br/>
      </w:r>
      <w:r>
        <w:t xml:space="preserve">    (b) created</w:t>
      </w:r>
      <w:r>
        <w:br/>
      </w:r>
      <w:r>
        <w:t xml:space="preserve">    (c) proven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immaculate</w:t>
      </w:r>
      <w:r>
        <w:rPr>
          <w:b/>
          <w:bCs/>
        </w:rPr>
        <w:t xml:space="preserve"> </w:t>
      </w:r>
      <w:r>
        <w:rPr>
          <w:b/>
          <w:bCs/>
        </w:rPr>
        <w:t xml:space="preserve">teeth.</w:t>
      </w:r>
      <w:r>
        <w:br/>
      </w:r>
      <w:r>
        <w:t xml:space="preserve">    (a) terrible</w:t>
      </w:r>
      <w:r>
        <w:br/>
      </w:r>
      <w:r>
        <w:t xml:space="preserve">    (b) adequate</w:t>
      </w:r>
      <w:r>
        <w:br/>
      </w:r>
      <w:r>
        <w:t xml:space="preserve">    (c) perfect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Frau Holtzapfel appeared to be waiting for me in the kitchen. ...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By contrast</w:t>
      </w:r>
      <w:r>
        <w:rPr>
          <w:b/>
          <w:bCs/>
        </w:rPr>
        <w:t xml:space="preserve">, Frau Diller was fast asleep.</w:t>
      </w:r>
      <w:r>
        <w:br/>
      </w:r>
      <w:r>
        <w:t xml:space="preserve">    (a) in a comparison that shows differences</w:t>
      </w:r>
      <w:r>
        <w:br/>
      </w:r>
      <w:r>
        <w:t xml:space="preserve">    (b) as another example</w:t>
      </w:r>
      <w:r>
        <w:br/>
      </w:r>
      <w:r>
        <w:t xml:space="preserve">    (c) in a comparison that shows similarities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2026-07-31T17:48:28Z</dcterms:created>
  <dcterms:modified xsi:type="dcterms:W3CDTF">2026-07-31T17:48:28Z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