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1f716d3e52398d30c15f2e2fb3f9c84cd4c2a9"/>
    <w:p>
      <w:pPr>
        <w:pStyle w:val="Heading1"/>
      </w:pPr>
      <w:r>
        <w:rPr>
          <w:b/>
          <w:bCs/>
        </w:rPr>
        <w:t xml:space="preserve">The Bonesetter's Daughter</w:t>
      </w:r>
      <w:r>
        <w:br/>
      </w:r>
      <w:r>
        <w:rPr>
          <w:i/>
          <w:iCs/>
        </w:rPr>
        <w:t xml:space="preserve">Amy Tan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romantic or sexual</w:t>
      </w:r>
      <w:r>
        <w:br/>
      </w:r>
      <w:r>
        <w:t xml:space="preserve">    (b) light-hearted</w:t>
      </w:r>
      <w:r>
        <w:br/>
      </w:r>
      <w:r>
        <w:t xml:space="preserve">    (c) logical or analytical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antiquated</w:t>
      </w:r>
      <w:r>
        <w:rPr>
          <w:b/>
          <w:bCs/>
        </w:rPr>
        <w:t xml:space="preserve"> </w:t>
      </w:r>
      <w:r>
        <w:rPr>
          <w:b/>
          <w:bCs/>
        </w:rPr>
        <w:t xml:space="preserve">beliefs often clashed with the views of her younger colleagues.</w:t>
      </w:r>
      <w:r>
        <w:br/>
      </w:r>
      <w:r>
        <w:t xml:space="preserve">    (a) old-fashioned</w:t>
      </w:r>
      <w:r>
        <w:br/>
      </w:r>
      <w:r>
        <w:t xml:space="preserve">    (b) modern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biased</w:t>
      </w:r>
      <w:r>
        <w:br/>
      </w:r>
      <w:r>
        <w:t xml:space="preserve">    (b) harmful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cerebral</w:t>
      </w:r>
      <w:r>
        <w:rPr>
          <w:b/>
          <w:bCs/>
        </w:rPr>
        <w:t xml:space="preserve"> </w:t>
      </w:r>
      <w:r>
        <w:rPr>
          <w:b/>
          <w:bCs/>
        </w:rPr>
        <w:t xml:space="preserve">hemorrhage.</w:t>
      </w:r>
      <w:r>
        <w:br/>
      </w:r>
      <w:r>
        <w:t xml:space="preserve">    (a) related to the stomach</w:t>
      </w:r>
      <w:r>
        <w:br/>
      </w:r>
      <w:r>
        <w:t xml:space="preserve">    (b) related to the chest</w:t>
      </w:r>
      <w:r>
        <w:br/>
      </w:r>
      <w:r>
        <w:t xml:space="preserve">    (c) related to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three months, the diet decreased my blood pressure and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cholesterol</w:t>
      </w:r>
      <w:r>
        <w:rPr>
          <w:b/>
          <w:bCs/>
        </w:rPr>
        <w:t xml:space="preserve">.</w:t>
      </w:r>
      <w:r>
        <w:br/>
      </w:r>
      <w:r>
        <w:t xml:space="preserve">    (a) blood chemical associated with cancer</w:t>
      </w:r>
      <w:r>
        <w:br/>
      </w:r>
      <w:r>
        <w:t xml:space="preserve">    (b) blood chemical associated with heart disease</w:t>
      </w:r>
      <w:r>
        <w:br/>
      </w:r>
      <w:r>
        <w:t xml:space="preserve">    (c) blood chemical associated with allergies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the jury found her guilty, she showed no sign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.</w:t>
      </w:r>
      <w:r>
        <w:br/>
      </w:r>
      <w:r>
        <w:t xml:space="preserve">    (a) regret</w:t>
      </w:r>
      <w:r>
        <w:br/>
      </w:r>
      <w:r>
        <w:t xml:space="preserve">    (b) emotion</w:t>
      </w:r>
      <w:r>
        <w:br/>
      </w:r>
      <w:r>
        <w:t xml:space="preserve">    (c)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steady-state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cosmology</w:t>
      </w:r>
      <w:r>
        <w:rPr>
          <w:b/>
          <w:bCs/>
        </w:rPr>
        <w:t xml:space="preserve"> </w:t>
      </w:r>
      <w:r>
        <w:rPr>
          <w:b/>
          <w:bCs/>
        </w:rPr>
        <w:t xml:space="preserve">suggests that the universe is constantly producing matter and infinitely expanding.</w:t>
      </w:r>
      <w:r>
        <w:br/>
      </w:r>
      <w:r>
        <w:t xml:space="preserve">    (a) the study of the origin of the universe</w:t>
      </w:r>
      <w:r>
        <w:br/>
      </w:r>
      <w:r>
        <w:t xml:space="preserve">    (b) vaccination (to protect from a disease)</w:t>
      </w:r>
      <w:r>
        <w:br/>
      </w:r>
      <w:r>
        <w:t xml:space="preserve">    (c) able to generate electricity from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my company, sick days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cumulative</w:t>
      </w:r>
      <w:r>
        <w:rPr>
          <w:b/>
          <w:bCs/>
        </w:rPr>
        <w:t xml:space="preserve">. They say, "Thank you," but you lose days you do not use by the end of the year.</w:t>
      </w:r>
      <w:r>
        <w:br/>
      </w:r>
      <w:r>
        <w:t xml:space="preserve">    (a) swappable for cash</w:t>
      </w:r>
      <w:r>
        <w:br/>
      </w:r>
      <w:r>
        <w:t xml:space="preserve">    (b) increased by additions over time</w:t>
      </w:r>
      <w:r>
        <w:br/>
      </w:r>
      <w:r>
        <w:t xml:space="preserve">    (c) interchangeable with similar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Stay away from her. She's dangerous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.</w:t>
      </w:r>
      <w:r>
        <w:br/>
      </w:r>
      <w:r>
        <w:t xml:space="preserve">    (a) overly confident</w:t>
      </w:r>
      <w:r>
        <w:br/>
      </w:r>
      <w:r>
        <w:t xml:space="preserve">    (b) insane (crazy)</w:t>
      </w:r>
      <w:r>
        <w:br/>
      </w:r>
      <w:r>
        <w:t xml:space="preserve">    (c) devious (clever)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discerning</w:t>
      </w:r>
      <w:r>
        <w:rPr>
          <w:b/>
          <w:bCs/>
        </w:rPr>
        <w:t xml:space="preserve"> </w:t>
      </w:r>
      <w:r>
        <w:rPr>
          <w:b/>
          <w:bCs/>
        </w:rPr>
        <w:t xml:space="preserve">eye for talent.</w:t>
      </w:r>
      <w:r>
        <w:br/>
      </w:r>
      <w:r>
        <w:t xml:space="preserve">    (a) having good energy</w:t>
      </w:r>
      <w:r>
        <w:br/>
      </w:r>
      <w:r>
        <w:t xml:space="preserve">    (b) having good fun</w:t>
      </w:r>
      <w:r>
        <w:br/>
      </w:r>
      <w:r>
        <w:t xml:space="preserve">    (c) having good judgment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divulge</w:t>
      </w:r>
      <w:r>
        <w:rPr>
          <w:b/>
          <w:bCs/>
        </w:rPr>
        <w:t xml:space="preserve"> </w:t>
      </w:r>
      <w:r>
        <w:rPr>
          <w:b/>
          <w:bCs/>
        </w:rPr>
        <w:t xml:space="preserve">it to anyone.</w:t>
      </w:r>
      <w:r>
        <w:br/>
      </w:r>
      <w:r>
        <w:t xml:space="preserve">    (a) serve</w:t>
      </w:r>
      <w:r>
        <w:br/>
      </w:r>
      <w:r>
        <w:t xml:space="preserve">    (b) take</w:t>
      </w:r>
      <w:r>
        <w:br/>
      </w:r>
      <w:r>
        <w:t xml:space="preserve">    (c) reveal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article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embellished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basic facts with emotional quotes and vivid descriptions.</w:t>
      </w:r>
      <w:r>
        <w:br/>
      </w:r>
      <w:r>
        <w:t xml:space="preserve">    (a) corrected errors</w:t>
      </w:r>
      <w:r>
        <w:br/>
      </w:r>
      <w:r>
        <w:t xml:space="preserve">    (b) slanted the story</w:t>
      </w:r>
      <w:r>
        <w:br/>
      </w:r>
      <w:r>
        <w:t xml:space="preserve">    (c) added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list</w:t>
      </w:r>
      <w:r>
        <w:br/>
      </w:r>
      <w:r>
        <w:t xml:space="preserve">    (b) follow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frustrates people</w:t>
      </w:r>
      <w:r>
        <w:br/>
      </w:r>
      <w:r>
        <w:t xml:space="preserve">    (b) rises in the long run</w:t>
      </w:r>
      <w:r>
        <w:br/>
      </w:r>
      <w:r>
        <w:t xml:space="preserve">    (c) alternately increases and decreases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imbued</w:t>
      </w:r>
      <w:r>
        <w:rPr>
          <w:b/>
          <w:bCs/>
        </w:rPr>
        <w:t xml:space="preserve"> </w:t>
      </w:r>
      <w:r>
        <w:rPr>
          <w:b/>
          <w:bCs/>
        </w:rPr>
        <w:t xml:space="preserve">from infancy with a sense that life should be fair.</w:t>
      </w:r>
      <w:r>
        <w:br/>
      </w:r>
      <w:r>
        <w:t xml:space="preserve">    (a) misled</w:t>
      </w:r>
      <w:r>
        <w:br/>
      </w:r>
      <w:r>
        <w:t xml:space="preserve">    (b) discouraged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teacher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indelible</w:t>
      </w:r>
      <w:r>
        <w:rPr>
          <w:b/>
          <w:bCs/>
        </w:rPr>
        <w:t xml:space="preserve"> </w:t>
      </w:r>
      <w:r>
        <w:rPr>
          <w:b/>
          <w:bCs/>
        </w:rPr>
        <w:t xml:space="preserve">impression on her students.</w:t>
      </w:r>
      <w:r>
        <w:br/>
      </w:r>
      <w:r>
        <w:t xml:space="preserve">    (a) ordinary</w:t>
      </w:r>
      <w:r>
        <w:br/>
      </w:r>
      <w:r>
        <w:t xml:space="preserve">    (b) lasting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energetic</w:t>
      </w:r>
      <w:r>
        <w:br/>
      </w:r>
      <w:r>
        <w:t xml:space="preserve">    (b) unmoving</w:t>
      </w:r>
      <w:r>
        <w:br/>
      </w:r>
      <w:r>
        <w:t xml:space="preserve">    (c) corrupt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agree to the terms, you give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 </w:t>
      </w:r>
      <w:r>
        <w:rPr>
          <w:b/>
          <w:bCs/>
        </w:rPr>
        <w:t xml:space="preserve">permission to share your comments with others on their site.</w:t>
      </w:r>
      <w:r>
        <w:br/>
      </w:r>
      <w:r>
        <w:t xml:space="preserve">    (a) needing court approval</w:t>
      </w:r>
      <w:r>
        <w:br/>
      </w:r>
      <w:r>
        <w:t xml:space="preserve">    (b) unable to be undone</w:t>
      </w:r>
      <w:r>
        <w:br/>
      </w:r>
      <w:r>
        <w:t xml:space="preserve">    (c) easy to reverse later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Indonesia has hundreds of ethnic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linguistic</w:t>
      </w:r>
      <w:r>
        <w:rPr>
          <w:b/>
          <w:bCs/>
        </w:rPr>
        <w:t xml:space="preserve"> </w:t>
      </w:r>
      <w:r>
        <w:rPr>
          <w:b/>
          <w:bCs/>
        </w:rPr>
        <w:t xml:space="preserve">groups.</w:t>
      </w:r>
      <w:r>
        <w:br/>
      </w:r>
      <w:r>
        <w:t xml:space="preserve">    (a) religious</w:t>
      </w:r>
      <w:r>
        <w:br/>
      </w:r>
      <w:r>
        <w:t xml:space="preserve">    (b) language</w:t>
      </w:r>
      <w:r>
        <w:br/>
      </w:r>
      <w:r>
        <w:t xml:space="preserve">    (c) racial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Taoist philosophy,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yin and yang</w:t>
      </w:r>
      <w:r>
        <w:rPr>
          <w:b/>
          <w:bCs/>
        </w:rPr>
        <w:t xml:space="preserve"> </w:t>
      </w:r>
      <w:r>
        <w:rPr>
          <w:b/>
          <w:bCs/>
        </w:rPr>
        <w:t xml:space="preserve">are always opposite, and interrelated in equal qualities.</w:t>
      </w:r>
      <w:r>
        <w:br/>
      </w:r>
      <w:r>
        <w:t xml:space="preserve">    (a) an implied agreement in which people accept limits and duties in exchange for the protection and benefits of living in an organized society</w:t>
      </w:r>
      <w:r>
        <w:br/>
      </w:r>
      <w:r>
        <w:t xml:space="preserve">    (b) insurance protecting the homeowner and lenders against loss resulting from the sale of real estate that the seller was not free to sell</w:t>
      </w:r>
      <w:r>
        <w:br/>
      </w:r>
      <w:r>
        <w:t xml:space="preserve">    (c) ancient Chinese concept of the relationship of the dark, calm, feminine aspect (yin) with the bright, energetic, masculine aspect (yang)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2026-07-31T18:25:14Z</dcterms:created>
  <dcterms:modified xsi:type="dcterms:W3CDTF">2026-07-31T18:25:14Z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