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6f832da083b3497d812b3b6f359df50f41ead9"/>
    <w:p>
      <w:pPr>
        <w:pStyle w:val="Heading1"/>
      </w:pPr>
      <w:r>
        <w:rPr>
          <w:b/>
          <w:bCs/>
        </w:rPr>
        <w:t xml:space="preserve">The Bonesetter's Daughter</w:t>
      </w:r>
      <w:r>
        <w:br/>
      </w:r>
      <w:r>
        <w:rPr>
          <w:i/>
          <w:iCs/>
        </w:rPr>
        <w:t xml:space="preserve">Amy Tan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According to</w:t>
      </w:r>
      <w:r>
        <w:rPr>
          <w:b/>
          <w:bCs/>
        </w:rPr>
        <w:t xml:space="preserve"> </w:t>
      </w:r>
      <w:r>
        <w:rPr>
          <w:b/>
          <w:bCs/>
        </w:rPr>
        <w:t xml:space="preserve">a park pamphlet, "During the peak of the Perseids, around August 12th, hundreds of 'shooting' or 'falling' stars streak the sky every hour."</w:t>
      </w:r>
      <w:r>
        <w:br/>
      </w:r>
      <w:r>
        <w:t xml:space="preserve">    (a) U.S. history:  pre-Civil War period</w:t>
      </w:r>
      <w:r>
        <w:br/>
      </w:r>
      <w:r>
        <w:t xml:space="preserve">    (b) idiom meaning</w:t>
      </w:r>
      <w:r>
        <w:t xml:space="preserve"> </w:t>
      </w:r>
      <w:r>
        <w:rPr>
          <w:i/>
          <w:iCs/>
        </w:rPr>
        <w:t xml:space="preserve">"won the day"</w:t>
      </w:r>
      <w:r>
        <w:br/>
      </w:r>
      <w:r>
        <w:t xml:space="preserve">    (c) as stated by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stopped talking two days before her voice faded of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.</w:t>
      </w:r>
      <w:r>
        <w:br/>
      </w:r>
      <w:r>
        <w:t xml:space="preserve">    (a) the achievement of 3 positive feats in a sport</w:t>
      </w:r>
      <w:r>
        <w:br/>
      </w:r>
      <w:r>
        <w:t xml:space="preserve">    (b) tropical viral disease transmitted by a mosquito</w:t>
      </w:r>
      <w:r>
        <w:br/>
      </w:r>
      <w:r>
        <w:t xml:space="preserve">    (c) own mind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idea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revising</w:t>
      </w:r>
      <w:r>
        <w:rPr>
          <w:b/>
          <w:bCs/>
        </w:rPr>
        <w:t xml:space="preserve"> </w:t>
      </w:r>
      <w:r>
        <w:rPr>
          <w:b/>
          <w:bCs/>
        </w:rPr>
        <w:t xml:space="preserve">her life also frightened her, as if by imagination alone she were condemning what she did not like about herself or others.</w:t>
      </w:r>
      <w:r>
        <w:br/>
      </w:r>
      <w:r>
        <w:t xml:space="preserve">    (a) changing</w:t>
      </w:r>
      <w:r>
        <w:br/>
      </w:r>
      <w:r>
        <w:t xml:space="preserve">    (b) quitting</w:t>
      </w:r>
      <w:r>
        <w:br/>
      </w:r>
      <w:r>
        <w:t xml:space="preserve">    (c)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Ruth bought flowers, she had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assess</w:t>
      </w:r>
      <w:r>
        <w:rPr>
          <w:b/>
          <w:bCs/>
        </w:rPr>
        <w:t xml:space="preserve"> </w:t>
      </w:r>
      <w:r>
        <w:rPr>
          <w:b/>
          <w:bCs/>
        </w:rPr>
        <w:t xml:space="preserve">their value in several ways to justify what she bought.</w:t>
      </w:r>
      <w:r>
        <w:br/>
      </w:r>
      <w:r>
        <w:t xml:space="preserve">    (a) characterized by having multiple purposes</w:t>
      </w:r>
      <w:r>
        <w:br/>
      </w:r>
      <w:r>
        <w:t xml:space="preserve">    (b) determine (monetary value)</w:t>
      </w:r>
      <w:r>
        <w:br/>
      </w:r>
      <w:r>
        <w:t xml:space="preserve">    (c) ability to accept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comes from the soil and rocks under the house, and they need to have you move out for three months while they do an environmental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assessment</w:t>
      </w:r>
      <w:r>
        <w:rPr>
          <w:b/>
          <w:bCs/>
        </w:rPr>
        <w:t xml:space="preserve"> </w:t>
      </w:r>
      <w:r>
        <w:rPr>
          <w:b/>
          <w:bCs/>
        </w:rPr>
        <w:t xml:space="preserve">and hazard removal via intensive ventilation.</w:t>
      </w:r>
      <w:r>
        <w:br/>
      </w:r>
      <w:r>
        <w:t xml:space="preserve">    (a) judgment of something after consideration</w:t>
      </w:r>
      <w:r>
        <w:br/>
      </w:r>
      <w:r>
        <w:t xml:space="preserve">    (b) a particular understanding or explanation</w:t>
      </w:r>
      <w:r>
        <w:br/>
      </w:r>
      <w:r>
        <w:t xml:space="preserve">    (c) the time during which something continues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"Stop thinking in terms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constraints</w:t>
      </w:r>
      <w:r>
        <w:rPr>
          <w:b/>
          <w:bCs/>
        </w:rPr>
        <w:t xml:space="preserve">," he told her.</w:t>
      </w:r>
      <w:r>
        <w:br/>
      </w:r>
      <w:r>
        <w:t xml:space="preserve">    (a) differences</w:t>
      </w:r>
      <w:r>
        <w:br/>
      </w:r>
      <w:r>
        <w:t xml:space="preserve">    (b) limitations</w:t>
      </w:r>
      <w:r>
        <w:br/>
      </w:r>
      <w:r>
        <w:t xml:space="preserve">    (c) thigh bones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"You're a dream when it comes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collaboration</w:t>
      </w:r>
      <w:r>
        <w:rPr>
          <w:b/>
          <w:bCs/>
        </w:rPr>
        <w:t xml:space="preserve">," Gideon went on.</w:t>
      </w:r>
      <w:r>
        <w:br/>
      </w:r>
      <w:r>
        <w:t xml:space="preserve">    (a) result or predictable value</w:t>
      </w:r>
      <w:r>
        <w:br/>
      </w:r>
      <w:r>
        <w:t xml:space="preserve">    (b) the act of working together</w:t>
      </w:r>
      <w:r>
        <w:br/>
      </w:r>
      <w:r>
        <w:t xml:space="preserve">    (c) a long uninterrupted speech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could, as could Alzheimer's and other forms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dementia</w:t>
      </w:r>
      <w:r>
        <w:rPr>
          <w:b/>
          <w:bCs/>
        </w:rPr>
        <w:t xml:space="preserve">.</w:t>
      </w:r>
      <w:r>
        <w:br/>
      </w:r>
      <w:r>
        <w:t xml:space="preserve">    (a) because of a basic rule or belief</w:t>
      </w:r>
      <w:r>
        <w:br/>
      </w:r>
      <w:r>
        <w:t xml:space="preserve">    (b) interacts, interests, or attracts</w:t>
      </w:r>
      <w:r>
        <w:br/>
      </w:r>
      <w:r>
        <w:t xml:space="preserve">    (c) deterioration of mental abilities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Ruth puzzled over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diagnosis</w:t>
      </w:r>
      <w:r>
        <w:rPr>
          <w:b/>
          <w:bCs/>
        </w:rPr>
        <w:t xml:space="preserve">: How could such a beautiful-sounding word apply to such a destructive disease?</w:t>
      </w:r>
      <w:r>
        <w:br/>
      </w:r>
      <w:r>
        <w:t xml:space="preserve">    (a) the act or process of stopping something from happening</w:t>
      </w:r>
      <w:r>
        <w:br/>
      </w:r>
      <w:r>
        <w:t xml:space="preserve">    (b) the identification of the cause of a problem or illness</w:t>
      </w:r>
      <w:r>
        <w:br/>
      </w:r>
      <w:r>
        <w:t xml:space="preserve">    (c) a period of time when someone exhibits unusual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Ruth was shaking but shrugged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nonchalantly</w:t>
      </w:r>
      <w:r>
        <w:rPr>
          <w:b/>
          <w:bCs/>
        </w:rPr>
        <w:t xml:space="preserve"> </w:t>
      </w:r>
      <w:r>
        <w:rPr>
          <w:b/>
          <w:bCs/>
        </w:rPr>
        <w:t xml:space="preserve">as she could.</w:t>
      </w:r>
      <w:r>
        <w:br/>
      </w:r>
      <w:r>
        <w:t xml:space="preserve">    (a) in a good or beneficial manner</w:t>
      </w:r>
      <w:r>
        <w:br/>
      </w:r>
      <w:r>
        <w:t xml:space="preserve">    (b) calmly (trying to appear unconcerned)</w:t>
      </w:r>
      <w:r>
        <w:br/>
      </w:r>
      <w:r>
        <w:t xml:space="preserve">    (c) in a manner that does not stop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because the dead tree was no longer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</w:t>
      </w:r>
      <w:r>
        <w:rPr>
          <w:b/>
          <w:bCs/>
        </w:rPr>
        <w:t xml:space="preserve">, it was no longer famous, nor was our village.</w:t>
      </w:r>
      <w:r>
        <w:br/>
      </w:r>
      <w:r>
        <w:t xml:space="preserve">    (a) living forever</w:t>
      </w:r>
      <w:r>
        <w:br/>
      </w:r>
      <w:r>
        <w:t xml:space="preserve">    (b) relating to existentialism -- a philosophical movement that assumes each person is free to determine what is essential in their existence</w:t>
      </w:r>
      <w:r>
        <w:br/>
      </w:r>
      <w:r>
        <w:t xml:space="preserve">    (c) (adjective) of low quality, or of lower quality or rank than something else  OR  (more rarely as a noun) a person of lower rank or status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back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divining</w:t>
      </w:r>
      <w:r>
        <w:rPr>
          <w:b/>
          <w:bCs/>
        </w:rPr>
        <w:t xml:space="preserve"> </w:t>
      </w:r>
      <w:r>
        <w:rPr>
          <w:b/>
          <w:bCs/>
        </w:rPr>
        <w:t xml:space="preserve">bone.</w:t>
      </w:r>
      <w:r>
        <w:br/>
      </w:r>
      <w:r>
        <w:t xml:space="preserve">    (a) feeling angry or unhappy about having to accept something not liked</w:t>
      </w:r>
      <w:r>
        <w:br/>
      </w:r>
      <w:r>
        <w:t xml:space="preserve">    (b) used to discover something supernaturally (as if by magic)</w:t>
      </w:r>
      <w:r>
        <w:br/>
      </w:r>
      <w:r>
        <w:t xml:space="preserve">    (c) accepting something undesired as unavoidable or the lesser of evils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opium</w:t>
      </w:r>
      <w:r>
        <w:rPr>
          <w:b/>
          <w:bCs/>
        </w:rPr>
        <w:t xml:space="preserve">, a little herbs, and a special kind of dragon bone we dig out from a secret place only our family knows.</w:t>
      </w:r>
      <w:r>
        <w:br/>
      </w:r>
      <w:r>
        <w:t xml:space="preserve">    (a) a powerful herbal remedy</w:t>
      </w:r>
      <w:r>
        <w:br/>
      </w:r>
      <w:r>
        <w:t xml:space="preserve">    (b) a powerful narcotic</w:t>
      </w:r>
      <w:r>
        <w:br/>
      </w:r>
      <w:r>
        <w:t xml:space="preserve">    (c) a powerful cooking additive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to the matter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dowry</w:t>
      </w:r>
      <w:r>
        <w:rPr>
          <w:b/>
          <w:bCs/>
        </w:rPr>
        <w:t xml:space="preserve">, the coffin-maker was willing to be more than generous.</w:t>
      </w:r>
      <w:r>
        <w:br/>
      </w:r>
      <w:r>
        <w:t xml:space="preserve">    (a) a powered mechanical device, typically used to fabricate metal components of machines by the selective removal of metal such as cutting, grinding or drilling</w:t>
      </w:r>
      <w:r>
        <w:br/>
      </w:r>
      <w:r>
        <w:t xml:space="preserve">    (b) someone who believes in the teaching of Buddha -- that aims to end suffering by ending selfish desire and following a path of wisdom, ethics, and meditation</w:t>
      </w:r>
      <w:r>
        <w:br/>
      </w:r>
      <w:r>
        <w:t xml:space="preserve">    (c) in some societies, money or property given by a woman's family to the husband at marriage</w:t>
      </w:r>
      <w:r>
        <w:br/>
      </w:r>
      <w:r>
        <w:br/>
      </w:r>
      <w:r>
        <w:t xml:space="preserve">or less formally: money or property a bride brings to a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Close by was an open-air pavilion made of dark wood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lattice</w:t>
      </w:r>
      <w:r>
        <w:rPr>
          <w:b/>
          <w:bCs/>
        </w:rPr>
        <w:t xml:space="preserve"> </w:t>
      </w:r>
      <w:r>
        <w:rPr>
          <w:b/>
          <w:bCs/>
        </w:rPr>
        <w:t xml:space="preserve">screens and rows of column posts supporting its heavy tiled roof.</w:t>
      </w:r>
      <w:r>
        <w:br/>
      </w:r>
      <w:r>
        <w:t xml:space="preserve">    (a) design based on alphabetic letters; or adding such a design to something</w:t>
      </w:r>
      <w:r>
        <w:br/>
      </w:r>
      <w:r>
        <w:t xml:space="preserve">    (b) regular crisscross grid that repeats in a pattern of squares or diamonds</w:t>
      </w:r>
      <w:r>
        <w:br/>
      </w:r>
      <w:r>
        <w:t xml:space="preserve">    (c) characterized by narrower parallel folds when closed and wider when open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orphanage was an abandoned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monastery</w:t>
      </w:r>
      <w:r>
        <w:rPr>
          <w:b/>
          <w:bCs/>
        </w:rPr>
        <w:t xml:space="preserve"> </w:t>
      </w:r>
      <w:r>
        <w:rPr>
          <w:b/>
          <w:bCs/>
        </w:rPr>
        <w:t xml:space="preserve">near Dragon Bone Hill, a hard climb up a zigzag road from the railway station.</w:t>
      </w:r>
      <w:r>
        <w:br/>
      </w:r>
      <w:r>
        <w:t xml:space="preserve">    (a) the residence of a religious community</w:t>
      </w:r>
      <w:r>
        <w:br/>
      </w:r>
      <w:r>
        <w:t xml:space="preserve">    (b) dense, rainy forest with many species</w:t>
      </w:r>
      <w:r>
        <w:br/>
      </w:r>
      <w:r>
        <w:t xml:space="preserve">    (c) island (that is made of a coral reef)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a wail or a whimper, which is strange, since that Catcher of Ghosts turned out to be a fake, not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monk</w:t>
      </w:r>
      <w:r>
        <w:rPr>
          <w:b/>
          <w:bCs/>
        </w:rPr>
        <w:t xml:space="preserve"> </w:t>
      </w:r>
      <w:r>
        <w:rPr>
          <w:b/>
          <w:bCs/>
        </w:rPr>
        <w:t xml:space="preserve">at all.</w:t>
      </w:r>
      <w:r>
        <w:br/>
      </w:r>
      <w:r>
        <w:t xml:space="preserve">    (a) a male member of a religious order typically living under vows of poverty, chastity, and obedience</w:t>
      </w:r>
      <w:r>
        <w:br/>
      </w:r>
      <w:r>
        <w:t xml:space="preserve">    (b) a system of government with a ruler who has absolute power -- especially one who abuses that power</w:t>
      </w:r>
      <w:r>
        <w:br/>
      </w:r>
      <w:r>
        <w:t xml:space="preserve">    (c) gradual destruction (of something previously established) -- such as a government, rule, or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cliff broke off again last year during the rainstorms, a ledge the length of five men. Collapsed all at once and buried everything along that side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ravine</w:t>
      </w:r>
      <w:r>
        <w:rPr>
          <w:b/>
          <w:bCs/>
        </w:rPr>
        <w:t xml:space="preserve"> </w:t>
      </w:r>
      <w:r>
        <w:rPr>
          <w:b/>
          <w:bCs/>
        </w:rPr>
        <w:t xml:space="preserve">with rocks and dirt three stories deep.</w:t>
      </w:r>
      <w:r>
        <w:br/>
      </w:r>
      <w:r>
        <w:t xml:space="preserve">    (a) describing someone as antisocial</w:t>
      </w:r>
      <w:r>
        <w:br/>
      </w:r>
      <w:r>
        <w:t xml:space="preserve">    (b) another battle with the same foe</w:t>
      </w:r>
      <w:r>
        <w:br/>
      </w:r>
      <w:r>
        <w:t xml:space="preserve">    (c) a deep narrow steep-sided valley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Mira Mar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Manor</w:t>
      </w:r>
      <w:r>
        <w:rPr>
          <w:b/>
          <w:bCs/>
        </w:rPr>
        <w:t xml:space="preserve">—'located near your current residence,' it says, 'with amenities typical of a five-star hotel.'</w:t>
      </w:r>
      <w:r>
        <w:br/>
      </w:r>
      <w:r>
        <w:t xml:space="preserve">    (a) a large house of a wealthy person</w:t>
      </w:r>
      <w:r>
        <w:br/>
      </w:r>
      <w:r>
        <w:br/>
      </w:r>
      <w:r>
        <w:t xml:space="preserve">or historically:</w:t>
      </w:r>
      <w:r>
        <w:br/>
      </w:r>
      <w:r>
        <w:br/>
      </w:r>
      <w:r>
        <w:t xml:space="preserve">the main house of a lord and the land around it that was worked by tenant farmers</w:t>
      </w:r>
      <w:r>
        <w:br/>
      </w:r>
      <w:r>
        <w:t xml:space="preserve">    (b) when what happens is very different than what might be expected; or when things are together that seem like they don't belong together</w:t>
      </w:r>
      <w:r>
        <w:br/>
      </w:r>
      <w:r>
        <w:t xml:space="preserve">    (c) lymph node -- one of many bean-sized organs that filter bacteria and other toxins from circulating white-blood-cell filled lymph fluid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for the Chang father, well, in 1950,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Communists</w:t>
      </w:r>
      <w:r>
        <w:rPr>
          <w:b/>
          <w:bCs/>
        </w:rPr>
        <w:t xml:space="preserve"> </w:t>
      </w:r>
      <w:r>
        <w:rPr>
          <w:b/>
          <w:bCs/>
        </w:rPr>
        <w:t xml:space="preserve">cracked down on all the landlords.</w:t>
      </w:r>
      <w:r>
        <w:br/>
      </w:r>
      <w:r>
        <w:t xml:space="preserve">    (a) people who suffer from psychosis (any severe mental disorder in which contact with reality is lost or highly distorted)</w:t>
      </w:r>
      <w:r>
        <w:br/>
      </w:r>
      <w:r>
        <w:t xml:space="preserve">    (b) people who support an economic system that abolishes private ownership of property with the goal of a classless society</w:t>
      </w:r>
      <w:r>
        <w:br/>
      </w:r>
      <w:r>
        <w:t xml:space="preserve">    (c) subatomic particles with negative charge that are found in all atoms and that act as the primary carrier of electricity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2026-07-31T18:25:14Z</dcterms:created>
  <dcterms:modified xsi:type="dcterms:W3CDTF">2026-07-31T18:25:14Z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