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c970c51225c7821b8bd9cdd3fd3fa083249bd7e"/>
    <w:p>
      <w:pPr>
        <w:pStyle w:val="Heading1"/>
      </w:pPr>
      <w:r>
        <w:rPr>
          <w:b/>
          <w:bCs/>
        </w:rPr>
        <w:t xml:space="preserve">The Bonesetter's Daughter</w:t>
      </w:r>
      <w:r>
        <w:br/>
      </w:r>
      <w:r>
        <w:rPr>
          <w:i/>
          <w:iCs/>
        </w:rPr>
        <w:t xml:space="preserve">Amy Tan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only one bathroom, which Ruth hated for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antiquated</w:t>
      </w:r>
      <w:r>
        <w:rPr>
          <w:b/>
          <w:bCs/>
        </w:rPr>
        <w:t xml:space="preserve"> </w:t>
      </w:r>
      <w:r>
        <w:rPr>
          <w:b/>
          <w:bCs/>
        </w:rPr>
        <w:t xml:space="preserve">inconvenience.</w:t>
      </w:r>
      <w:r>
        <w:br/>
      </w:r>
      <w:r>
        <w:t xml:space="preserve">    (a) obsolete or old-fashioned</w:t>
      </w:r>
      <w:r>
        <w:br/>
      </w:r>
      <w:r>
        <w:t xml:space="preserve">    (b) was abundant or plentiful</w:t>
      </w:r>
      <w:r>
        <w:br/>
      </w:r>
      <w:r>
        <w:t xml:space="preserve">    (c) expelled or gotten rid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had assigned herself to be last, and because everyone else ran late, she suffered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cumulative</w:t>
      </w:r>
      <w:r>
        <w:rPr>
          <w:b/>
          <w:bCs/>
        </w:rPr>
        <w:t xml:space="preserve"> </w:t>
      </w:r>
      <w:r>
        <w:rPr>
          <w:b/>
          <w:bCs/>
        </w:rPr>
        <w:t xml:space="preserve">consequences.</w:t>
      </w:r>
      <w:r>
        <w:br/>
      </w:r>
      <w:r>
        <w:t xml:space="preserve">    (a) increased by a series of additions</w:t>
      </w:r>
      <w:r>
        <w:br/>
      </w:r>
      <w:r>
        <w:t xml:space="preserve">    (b) degree to which things are related</w:t>
      </w:r>
      <w:r>
        <w:br/>
      </w:r>
      <w:r>
        <w:t xml:space="preserve">    (c) not connected by blood or marriage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 afraid I'd get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cerebral</w:t>
      </w:r>
      <w:r>
        <w:rPr>
          <w:b/>
          <w:bCs/>
        </w:rPr>
        <w:t xml:space="preserve"> </w:t>
      </w:r>
      <w:r>
        <w:rPr>
          <w:b/>
          <w:bCs/>
        </w:rPr>
        <w:t xml:space="preserve">hemorrhage.</w:t>
      </w:r>
      <w:r>
        <w:br/>
      </w:r>
      <w:r>
        <w:t xml:space="preserve">    (a) able to be translated</w:t>
      </w:r>
      <w:r>
        <w:br/>
      </w:r>
      <w:r>
        <w:t xml:space="preserve">    (b) exactness or accuracy</w:t>
      </w:r>
      <w:r>
        <w:br/>
      </w:r>
      <w:r>
        <w:t xml:space="preserve">    (c) relating to the brain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might be the reason she felt a sense of unease,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fluctuating</w:t>
      </w:r>
      <w:r>
        <w:rPr>
          <w:b/>
          <w:bCs/>
        </w:rPr>
        <w:t xml:space="preserve"> </w:t>
      </w:r>
      <w:r>
        <w:rPr>
          <w:b/>
          <w:bCs/>
        </w:rPr>
        <w:t xml:space="preserve">hormones.</w:t>
      </w:r>
      <w:r>
        <w:br/>
      </w:r>
      <w:r>
        <w:t xml:space="preserve">    (a) alternately increasing and decreasing in quantity</w:t>
      </w:r>
      <w:r>
        <w:br/>
      </w:r>
      <w:r>
        <w:t xml:space="preserve">    (b) expressing regret for having done something wrong</w:t>
      </w:r>
      <w:r>
        <w:br/>
      </w:r>
      <w:r>
        <w:t xml:space="preserve">    (c) giving an opinion of what is wrong with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Yin and Yang</w:t>
      </w:r>
      <w:r>
        <w:rPr>
          <w:b/>
          <w:bCs/>
        </w:rPr>
        <w:t xml:space="preserve"> </w:t>
      </w:r>
      <w:r>
        <w:rPr>
          <w:b/>
          <w:bCs/>
        </w:rPr>
        <w:t xml:space="preserve">of Being Single.</w:t>
      </w:r>
      <w:r>
        <w:br/>
      </w:r>
      <w:r>
        <w:t xml:space="preserve">    (a) an implied agreement in which people accept limits and duties in exchange for the protection and benefits of living in an organized society</w:t>
      </w:r>
      <w:r>
        <w:br/>
      </w:r>
      <w:r>
        <w:t xml:space="preserve">    (b) insurance protecting the homeowner and lenders against loss resulting from the sale of real estate that the seller was not free to sell</w:t>
      </w:r>
      <w:r>
        <w:br/>
      </w:r>
      <w:r>
        <w:t xml:space="preserve">    (c) ancient Chinese concept of the relationship of the dark, calm, feminine aspect (yin) with the bright, energetic, masculine aspect (yang)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replayed a tape of Agapi and herself talking: "....A parent, intentionally or not, imposes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cosmology</w:t>
      </w:r>
      <w:r>
        <w:rPr>
          <w:b/>
          <w:bCs/>
        </w:rPr>
        <w:t xml:space="preserve"> </w:t>
      </w:r>
      <w:r>
        <w:rPr>
          <w:b/>
          <w:bCs/>
        </w:rPr>
        <w:t xml:space="preserve">on the little child—" Agapi paused.</w:t>
      </w:r>
      <w:r>
        <w:br/>
      </w:r>
      <w:r>
        <w:t xml:space="preserve">    (a) able to generate electricity from light</w:t>
      </w:r>
      <w:r>
        <w:br/>
      </w:r>
      <w:r>
        <w:t xml:space="preserve">    (b) vaccination (to protect from a disease)</w:t>
      </w:r>
      <w:r>
        <w:br/>
      </w:r>
      <w:r>
        <w:t xml:space="preserve">    (c) the study of the origin of the universe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seventy-seven, her mother had none of the common geriatric problems, arthritis, high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cholesterol</w:t>
      </w:r>
      <w:r>
        <w:rPr>
          <w:b/>
          <w:bCs/>
        </w:rPr>
        <w:t xml:space="preserve">, or osteoporosis.</w:t>
      </w:r>
      <w:r>
        <w:br/>
      </w:r>
      <w:r>
        <w:t xml:space="preserve">    (a) a substance found in animal fat that when eaten or produced in large quantities increases the probability of getting heart disease</w:t>
      </w:r>
      <w:r>
        <w:br/>
      </w:r>
      <w:r>
        <w:t xml:space="preserve">    (b) removes something that was caught by something else; or separates or smooths things that were twisted together in a confusing mass</w:t>
      </w:r>
      <w:r>
        <w:br/>
      </w:r>
      <w:r>
        <w:t xml:space="preserve">    (c) having the characteristics of a "sycophant" (someone who tries to flatter or please those in authority to gain personal advantage)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tip bent slightly downward, curtsied, and then, as if blown by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capricious</w:t>
      </w:r>
      <w:r>
        <w:rPr>
          <w:b/>
          <w:bCs/>
        </w:rPr>
        <w:t xml:space="preserve"> </w:t>
      </w:r>
      <w:r>
        <w:rPr>
          <w:b/>
          <w:bCs/>
        </w:rPr>
        <w:t xml:space="preserve">winds, swept to the right, paused, turned a half-step to the left and rose.</w:t>
      </w:r>
      <w:r>
        <w:br/>
      </w:r>
      <w:r>
        <w:t xml:space="preserve">    (a) the quality of disagreeing</w:t>
      </w:r>
      <w:r>
        <w:br/>
      </w:r>
      <w:r>
        <w:t xml:space="preserve">    (b) unpredictable</w:t>
      </w:r>
      <w:r>
        <w:br/>
      </w:r>
      <w:r>
        <w:t xml:space="preserve">    (c) able to meet and talk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remembered when her mother would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enumerate</w:t>
      </w:r>
      <w:r>
        <w:rPr>
          <w:b/>
          <w:bCs/>
        </w:rPr>
        <w:t xml:space="preserve"> </w:t>
      </w:r>
      <w:r>
        <w:rPr>
          <w:b/>
          <w:bCs/>
        </w:rPr>
        <w:t xml:space="preserve">all the times she had spilled food or milk, asking aloud to unseen forces why Ruth could not learn to behave.</w:t>
      </w:r>
      <w:r>
        <w:br/>
      </w:r>
      <w:r>
        <w:t xml:space="preserve">    (a) to name or list things one-by-one</w:t>
      </w:r>
      <w:r>
        <w:br/>
      </w:r>
      <w:r>
        <w:t xml:space="preserve">    (b) walk in an awkward, shuffling way</w:t>
      </w:r>
      <w:r>
        <w:br/>
      </w:r>
      <w:r>
        <w:t xml:space="preserve">    (c) make someone want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Perhaps she too would have reacted like her mother, unable to restrain the impulse to scold until the child acted beaten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contrite</w:t>
      </w:r>
      <w:r>
        <w:rPr>
          <w:b/>
          <w:bCs/>
        </w:rPr>
        <w:t xml:space="preserve">.</w:t>
      </w:r>
      <w:r>
        <w:br/>
      </w:r>
      <w:r>
        <w:t xml:space="preserve">    (a) sorry (feeling sorrow or regret for a fault or offense)</w:t>
      </w:r>
      <w:r>
        <w:br/>
      </w:r>
      <w:r>
        <w:t xml:space="preserve">    (b) the state or degree of being good or beneficial</w:t>
      </w:r>
      <w:r>
        <w:br/>
      </w:r>
      <w:r>
        <w:t xml:space="preserve">    (c) not able to change to fit a different situation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Ruth was picturing LuLing as she said this: the puzzled look on her mother's face,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inert</w:t>
      </w:r>
      <w:r>
        <w:rPr>
          <w:b/>
          <w:bCs/>
        </w:rPr>
        <w:t xml:space="preserve"> </w:t>
      </w:r>
      <w:r>
        <w:rPr>
          <w:b/>
          <w:bCs/>
        </w:rPr>
        <w:t xml:space="preserve">body lying in the street.</w:t>
      </w:r>
      <w:r>
        <w:br/>
      </w:r>
      <w:r>
        <w:t xml:space="preserve">    (a) the degree to which a performance of or to someone else's work lends itself to the expression of personal artistic ideas or feelings by the performer</w:t>
      </w:r>
      <w:r>
        <w:br/>
      </w:r>
      <w:r>
        <w:t xml:space="preserve">    (b) the quality or degree of being straightforward or clear (sometimes indicating that truth is not worded carefully to spare feelings or gain advantage)</w:t>
      </w:r>
      <w:r>
        <w:br/>
      </w:r>
      <w:r>
        <w:t xml:space="preserve">    (c) unmoving, inactive, or unable to move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slow, lethargic, or without interest</w:t>
      </w:r>
      <w:r>
        <w:br/>
      </w:r>
      <w:r>
        <w:br/>
      </w:r>
      <w:r>
        <w:t xml:space="preserve">or (in chemistry/medicine):</w:t>
      </w:r>
      <w:r>
        <w:br/>
      </w:r>
      <w:r>
        <w:br/>
      </w:r>
      <w:r>
        <w:t xml:space="preserve">chemically inactive (not having an effect)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followed where the water might be dripping, and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discerning</w:t>
      </w:r>
      <w:r>
        <w:rPr>
          <w:b/>
          <w:bCs/>
        </w:rPr>
        <w:t xml:space="preserve"> </w:t>
      </w:r>
      <w:r>
        <w:rPr>
          <w:b/>
          <w:bCs/>
        </w:rPr>
        <w:t xml:space="preserve">eye skidded to a stop on the floor near the couch.</w:t>
      </w:r>
      <w:r>
        <w:br/>
      </w:r>
      <w:r>
        <w:t xml:space="preserve">    (a) a person who works from within to destroy an established order; or relating to such destructive efforts</w:t>
      </w:r>
      <w:r>
        <w:br/>
      </w:r>
      <w:r>
        <w:t xml:space="preserve">    (b) seeing things not easily seen by most people</w:t>
      </w:r>
      <w:r>
        <w:br/>
      </w:r>
      <w:r>
        <w:t xml:space="preserve">    (c) not relevant (not related to the subject being considered, or not important enough to want to consider)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had just finished reading The Diary of Anne Frank in sophomore English class, and like all the other girls, 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imbued</w:t>
      </w:r>
      <w:r>
        <w:rPr>
          <w:b/>
          <w:bCs/>
        </w:rPr>
        <w:t xml:space="preserve"> </w:t>
      </w:r>
      <w:r>
        <w:rPr>
          <w:b/>
          <w:bCs/>
        </w:rPr>
        <w:t xml:space="preserve">with a sense that she too was different, an innocent on a path to tragedy that would make her posthumously admired.</w:t>
      </w:r>
      <w:r>
        <w:br/>
      </w:r>
      <w:r>
        <w:t xml:space="preserve">    (a) filled</w:t>
      </w:r>
      <w:r>
        <w:br/>
      </w:r>
      <w:r>
        <w:t xml:space="preserve">    (b) copied</w:t>
      </w:r>
      <w:r>
        <w:br/>
      </w:r>
      <w:r>
        <w:t xml:space="preserve">    (c) traded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Was her mother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demented</w:t>
      </w:r>
      <w:r>
        <w:rPr>
          <w:b/>
          <w:bCs/>
        </w:rPr>
        <w:t xml:space="preserve"> </w:t>
      </w:r>
      <w:r>
        <w:rPr>
          <w:b/>
          <w:bCs/>
        </w:rPr>
        <w:t xml:space="preserve">thirty years before?</w:t>
      </w:r>
      <w:r>
        <w:br/>
      </w:r>
      <w:r>
        <w:t xml:space="preserve">    (a) having the characteristics of a</w:t>
      </w:r>
      <w:r>
        <w:t xml:space="preserve"> </w:t>
      </w:r>
      <w:r>
        <w:rPr>
          <w:i/>
          <w:iCs/>
        </w:rPr>
        <w:t xml:space="preserve">monk</w:t>
      </w:r>
      <w:r>
        <w:t xml:space="preserve"> </w:t>
      </w:r>
      <w:r>
        <w:t xml:space="preserve">(often inclined toward self-denial)</w:t>
      </w:r>
      <w:r>
        <w:br/>
      </w:r>
      <w:r>
        <w:t xml:space="preserve">    (b) acting crazy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suffering from cognitive dementia (mental deterioration)</w:t>
      </w:r>
      <w:r>
        <w:br/>
      </w:r>
      <w:r>
        <w:t xml:space="preserve">    (c) the quality of holding something back or holding others down through oppression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waved toward a row of ink cakes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embellished</w:t>
      </w:r>
      <w:r>
        <w:rPr>
          <w:b/>
          <w:bCs/>
        </w:rPr>
        <w:t xml:space="preserve"> </w:t>
      </w:r>
      <w:r>
        <w:rPr>
          <w:b/>
          <w:bCs/>
        </w:rPr>
        <w:t xml:space="preserve">with designs of peonies and bamboo: "Your ledgers will blossom into abundance while bamboo surrounds your quiet mind."</w:t>
      </w:r>
      <w:r>
        <w:br/>
      </w:r>
      <w:r>
        <w:t xml:space="preserve">    (a) understood or explained something in a particular way</w:t>
      </w:r>
      <w:r>
        <w:br/>
      </w:r>
      <w:r>
        <w:t xml:space="preserve">    (b) not having accepted beliefs without critical question</w:t>
      </w:r>
      <w:r>
        <w:br/>
      </w:r>
      <w:r>
        <w:t xml:space="preserve">    (c) made more attractive or interesting through additions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she did not feel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amorous</w:t>
      </w:r>
      <w:r>
        <w:rPr>
          <w:b/>
          <w:bCs/>
        </w:rPr>
        <w:t xml:space="preserve"> </w:t>
      </w:r>
      <w:r>
        <w:rPr>
          <w:b/>
          <w:bCs/>
        </w:rPr>
        <w:t xml:space="preserve">with LuLing in the next room.</w:t>
      </w:r>
      <w:r>
        <w:br/>
      </w:r>
      <w:r>
        <w:t xml:space="preserve">    (a) comprehensive</w:t>
      </w:r>
      <w:r>
        <w:br/>
      </w:r>
      <w:r>
        <w:t xml:space="preserve">    (b) logical or analytical</w:t>
      </w:r>
      <w:r>
        <w:br/>
      </w:r>
      <w:r>
        <w:t xml:space="preserve">    (c) romantic or sexual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had had more reason than most sisters to disavow their relationship, yet they had been fiercely loyal, had remained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irrevocably</w:t>
      </w:r>
      <w:r>
        <w:rPr>
          <w:b/>
          <w:bCs/>
        </w:rPr>
        <w:t xml:space="preserve"> </w:t>
      </w:r>
      <w:r>
        <w:rPr>
          <w:b/>
          <w:bCs/>
        </w:rPr>
        <w:t xml:space="preserve">bound to each other by grudges, debt, and love.</w:t>
      </w:r>
      <w:r>
        <w:br/>
      </w:r>
      <w:r>
        <w:t xml:space="preserve">    (a) separately in the specified order</w:t>
      </w:r>
      <w:r>
        <w:br/>
      </w:r>
      <w:r>
        <w:t xml:space="preserve">    (b) in a manner that cannot be undone</w:t>
      </w:r>
      <w:r>
        <w:br/>
      </w:r>
      <w:r>
        <w:t xml:space="preserve">    (c) in the manner of an investigation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GaoLing paused and pursed her lips, as if she had already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divulged</w:t>
      </w:r>
      <w:r>
        <w:rPr>
          <w:b/>
          <w:bCs/>
        </w:rPr>
        <w:t xml:space="preserve"> </w:t>
      </w:r>
      <w:r>
        <w:rPr>
          <w:b/>
          <w:bCs/>
        </w:rPr>
        <w:t xml:space="preserve">too much.</w:t>
      </w:r>
      <w:r>
        <w:br/>
      </w:r>
      <w:r>
        <w:t xml:space="preserve">    (a) not vaccinated (to protect from a disease)</w:t>
      </w:r>
      <w:r>
        <w:br/>
      </w:r>
      <w:r>
        <w:t xml:space="preserve">    (b) emphasized (called attention to something)</w:t>
      </w:r>
      <w:r>
        <w:br/>
      </w:r>
      <w:r>
        <w:t xml:space="preserve">    (c) made known (secret or private information)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"What a great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linguistic</w:t>
      </w:r>
      <w:r>
        <w:rPr>
          <w:b/>
          <w:bCs/>
        </w:rPr>
        <w:t xml:space="preserve"> </w:t>
      </w:r>
      <w:r>
        <w:rPr>
          <w:b/>
          <w:bCs/>
        </w:rPr>
        <w:t xml:space="preserve">puzzle," Art said.</w:t>
      </w:r>
      <w:r>
        <w:br/>
      </w:r>
      <w:r>
        <w:t xml:space="preserve">    (a) related to language</w:t>
      </w:r>
      <w:r>
        <w:br/>
      </w:r>
      <w:r>
        <w:t xml:space="preserve">    (b) not straightforward</w:t>
      </w:r>
      <w:r>
        <w:br/>
      </w:r>
      <w:r>
        <w:t xml:space="preserve">    (c) not done on purpose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 given name had flashed before her as well for the briefest of moments, a shooting star that entered the earth's atmosphere, etching itself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indelibly</w:t>
      </w:r>
      <w:r>
        <w:rPr>
          <w:b/>
          <w:bCs/>
        </w:rPr>
        <w:t xml:space="preserve"> </w:t>
      </w:r>
      <w:r>
        <w:rPr>
          <w:b/>
          <w:bCs/>
        </w:rPr>
        <w:t xml:space="preserve">in Ruth's mind.</w:t>
      </w:r>
      <w:r>
        <w:br/>
      </w:r>
      <w:r>
        <w:t xml:space="preserve">    (a) in a pessimistic or disagreeable manner</w:t>
      </w:r>
      <w:r>
        <w:br/>
      </w:r>
      <w:r>
        <w:t xml:space="preserve">    (b) enthusiastically or with great interest</w:t>
      </w:r>
      <w:r>
        <w:br/>
      </w:r>
      <w:r>
        <w:t xml:space="preserve">    (c) done in a manner that is non-reversible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2026-07-31T18:25:14Z</dcterms:created>
  <dcterms:modified xsi:type="dcterms:W3CDTF">2026-07-31T18:25:14Z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