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58e479172c98fe1f3a290ad7f6edf70359201b8"/>
    <w:p>
      <w:pPr>
        <w:pStyle w:val="Heading1"/>
      </w:pPr>
      <w:r>
        <w:rPr>
          <w:b/>
          <w:bCs/>
        </w:rPr>
        <w:t xml:space="preserve">The Birthmark</w:t>
      </w:r>
      <w:r>
        <w:br/>
      </w:r>
      <w:r>
        <w:rPr>
          <w:i/>
          <w:iCs/>
        </w:rPr>
        <w:t xml:space="preserve">Nathanial Hawthorne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BIRTHMARK In the latter part of the last century there lived a man of science, an eminent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proficient</w:t>
      </w:r>
      <w:r>
        <w:rPr>
          <w:b/>
          <w:bCs/>
        </w:rPr>
        <w:t xml:space="preserve"> </w:t>
      </w:r>
      <w:r>
        <w:rPr>
          <w:b/>
          <w:bCs/>
        </w:rPr>
        <w:t xml:space="preserve">in every branch of natural philosophy, who not long before our story opens had made experience of a spiritual affinity more attractive than any chemical one.</w:t>
      </w:r>
      <w:r>
        <w:br/>
      </w:r>
      <w:r>
        <w:t xml:space="preserve">    (a) pleasing</w:t>
      </w:r>
      <w:r>
        <w:br/>
      </w:r>
      <w:r>
        <w:t xml:space="preserve">    (b) skillful</w:t>
      </w:r>
      <w:r>
        <w:br/>
      </w:r>
      <w:r>
        <w:t xml:space="preserve">    (c) absolute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crimson hand expressed the ineludible gripe in which mortality clutches the highest and purest of earthly mould, degrading them into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kindred</w:t>
      </w:r>
      <w:r>
        <w:rPr>
          <w:b/>
          <w:bCs/>
        </w:rPr>
        <w:t xml:space="preserve"> </w:t>
      </w:r>
      <w:r>
        <w:rPr>
          <w:b/>
          <w:bCs/>
        </w:rPr>
        <w:t xml:space="preserve">with the lowest, and even with the very brutes, like whom their visible frames return to dust.</w:t>
      </w:r>
      <w:r>
        <w:br/>
      </w:r>
      <w:r>
        <w:t xml:space="preserve">    (a) similar in quality or character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closely related -- such as family or things with shared origin</w:t>
      </w:r>
      <w:r>
        <w:br/>
      </w:r>
      <w:r>
        <w:t xml:space="preserve">    (b) aka natural right -- a right that is naturally due because of human nature and the natural condition</w:t>
      </w:r>
      <w:r>
        <w:br/>
      </w:r>
      <w:r>
        <w:t xml:space="preserve">    (c) a powerful stimulant drug that increases activity in the brain and nervous system -- often addictive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had fancied himself with his servant Aminadab, attempting an operation for the removal of the birthmark; but the deeper went the knife, the deeper sank the hand, until at length its tiny grasp appeared to have caught hold of Georgiana's heart; whence, however, her husband was inexorably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resolved</w:t>
      </w:r>
      <w:r>
        <w:rPr>
          <w:b/>
          <w:bCs/>
        </w:rPr>
        <w:t xml:space="preserve"> </w:t>
      </w:r>
      <w:r>
        <w:rPr>
          <w:b/>
          <w:bCs/>
        </w:rPr>
        <w:t xml:space="preserve">to cut or wrench it away.</w:t>
      </w:r>
      <w:r>
        <w:br/>
      </w:r>
      <w:r>
        <w:t xml:space="preserve">    (a) the state of not being aware or concerned about something</w:t>
      </w:r>
      <w:r>
        <w:br/>
      </w:r>
      <w:r>
        <w:t xml:space="preserve">    (b) determined (having firm purpose)</w:t>
      </w:r>
      <w:r>
        <w:br/>
      </w:r>
      <w:r>
        <w:t xml:space="preserve">    (c) a state similar to sleep where one is unaware of anything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"It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resolved</w:t>
      </w:r>
      <w:r>
        <w:rPr>
          <w:b/>
          <w:bCs/>
        </w:rPr>
        <w:t xml:space="preserve">, then," said Georgiana, faintly smiling.</w:t>
      </w:r>
      <w:r>
        <w:br/>
      </w:r>
      <w:r>
        <w:t xml:space="preserve">    (a) changed</w:t>
      </w:r>
      <w:r>
        <w:br/>
      </w:r>
      <w:r>
        <w:t xml:space="preserve">    (b) decided</w:t>
      </w:r>
      <w:r>
        <w:br/>
      </w:r>
      <w:r>
        <w:t xml:space="preserve">    (c) adapted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Georgiana assented; but, on looking at the result, was affrighted to find the features of the portrait blurred and indefinable; while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minute</w:t>
      </w:r>
      <w:r>
        <w:rPr>
          <w:b/>
          <w:bCs/>
        </w:rPr>
        <w:t xml:space="preserve"> </w:t>
      </w:r>
      <w:r>
        <w:rPr>
          <w:b/>
          <w:bCs/>
        </w:rPr>
        <w:t xml:space="preserve">figure of a hand appeared where the cheek should have been.</w:t>
      </w:r>
      <w:r>
        <w:br/>
      </w:r>
      <w:r>
        <w:t xml:space="preserve">    (a) small</w:t>
      </w:r>
      <w:r>
        <w:br/>
      </w:r>
      <w:r>
        <w:t xml:space="preserve">    (b) awake</w:t>
      </w:r>
      <w:r>
        <w:br/>
      </w:r>
      <w:r>
        <w:t xml:space="preserve">    (c) exact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his interviews with Georgiana, Aylmer generally made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minute</w:t>
      </w:r>
      <w:r>
        <w:rPr>
          <w:b/>
          <w:bCs/>
        </w:rPr>
        <w:t xml:space="preserve"> </w:t>
      </w:r>
      <w:r>
        <w:rPr>
          <w:b/>
          <w:bCs/>
        </w:rPr>
        <w:t xml:space="preserve">inquiries as to her sensations and whether the confinement of the rooms and the temperature of the atmosphere agreed with her.</w:t>
      </w:r>
      <w:r>
        <w:br/>
      </w:r>
      <w:r>
        <w:t xml:space="preserve">    (a) the quality of holding something back or holding others down through oppression</w:t>
      </w:r>
      <w:r>
        <w:br/>
      </w:r>
      <w:r>
        <w:t xml:space="preserve">    (b) detailed</w:t>
      </w:r>
      <w:r>
        <w:br/>
      </w:r>
      <w:r>
        <w:t xml:space="preserve">    (c) having the characteristics of a</w:t>
      </w:r>
      <w:r>
        <w:t xml:space="preserve"> </w:t>
      </w:r>
      <w:r>
        <w:rPr>
          <w:i/>
          <w:iCs/>
        </w:rPr>
        <w:t xml:space="preserve">monk</w:t>
      </w:r>
      <w:r>
        <w:t xml:space="preserve"> </w:t>
      </w:r>
      <w:r>
        <w:t xml:space="preserve">(often inclined toward self-denial)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philosopher who should go deep enough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acquire</w:t>
      </w:r>
      <w:r>
        <w:rPr>
          <w:b/>
          <w:bCs/>
        </w:rPr>
        <w:t xml:space="preserve"> </w:t>
      </w:r>
      <w:r>
        <w:rPr>
          <w:b/>
          <w:bCs/>
        </w:rPr>
        <w:t xml:space="preserve">the power would attain too lofty a wisdom to stoop to the exercise of it.</w:t>
      </w:r>
      <w:r>
        <w:br/>
      </w:r>
      <w:r>
        <w:t xml:space="preserve">    (a) obtain (come into possession of)</w:t>
      </w:r>
      <w:r>
        <w:br/>
      </w:r>
      <w:r>
        <w:t xml:space="preserve">    (b) something that is necessary for something else</w:t>
      </w:r>
      <w:r>
        <w:br/>
      </w:r>
      <w:r>
        <w:t xml:space="preserve">    (c) a slight amount; or to contain a slight amount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"Oh, no," hastily replied her husband; "this is merely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superficial</w:t>
      </w:r>
      <w:r>
        <w:rPr>
          <w:b/>
          <w:bCs/>
        </w:rPr>
        <w:t xml:space="preserve">."</w:t>
      </w:r>
      <w:r>
        <w:br/>
      </w:r>
      <w:r>
        <w:t xml:space="preserve">    (a) comprehensive (thorough)</w:t>
      </w:r>
      <w:r>
        <w:br/>
      </w:r>
      <w:r>
        <w:t xml:space="preserve">    (b) relating to a surface rather than to anything deep or serious</w:t>
      </w:r>
      <w:r>
        <w:br/>
      </w:r>
      <w:r>
        <w:t xml:space="preserve">    (c) deep and creative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handled physical details as if there were nothing beyond them; yet spiritualized them all, and redeemed himself from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materialism</w:t>
      </w:r>
      <w:r>
        <w:rPr>
          <w:b/>
          <w:bCs/>
        </w:rPr>
        <w:t xml:space="preserve"> </w:t>
      </w:r>
      <w:r>
        <w:rPr>
          <w:b/>
          <w:bCs/>
        </w:rPr>
        <w:t xml:space="preserve">by his strong and eager aspiration towards the infinite.</w:t>
      </w:r>
      <w:r>
        <w:br/>
      </w:r>
      <w:r>
        <w:t xml:space="preserve">    (a) the passage food and drink follow between the back of the mouth and the stomach</w:t>
      </w:r>
      <w:r>
        <w:br/>
      </w:r>
      <w:r>
        <w:t xml:space="preserve">    (b) overly concerned with wealth and possessions at the expense of other interests</w:t>
      </w:r>
      <w:r>
        <w:br/>
      </w:r>
      <w:r>
        <w:t xml:space="preserve">    (c) blood poisoning or poisoning of other tissues by microorganisms or their toxins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loved him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profoundly</w:t>
      </w:r>
      <w:r>
        <w:rPr>
          <w:b/>
          <w:bCs/>
        </w:rPr>
        <w:t xml:space="preserve"> </w:t>
      </w:r>
      <w:r>
        <w:rPr>
          <w:b/>
          <w:bCs/>
        </w:rPr>
        <w:t xml:space="preserve">than ever</w:t>
      </w:r>
      <w:r>
        <w:br/>
      </w:r>
      <w:r>
        <w:t xml:space="preserve">    (a) intensely</w:t>
      </w:r>
      <w:r>
        <w:br/>
      </w:r>
      <w:r>
        <w:t xml:space="preserve">    (b) in a manner that is not aware of something</w:t>
      </w:r>
      <w:r>
        <w:br/>
      </w:r>
      <w:r>
        <w:t xml:space="preserve">    (c) in a manner that is loving, but not sexual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Yet, had Alymer reached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profounder</w:t>
      </w:r>
      <w:r>
        <w:rPr>
          <w:b/>
          <w:bCs/>
        </w:rPr>
        <w:t xml:space="preserve"> </w:t>
      </w:r>
      <w:r>
        <w:rPr>
          <w:b/>
          <w:bCs/>
        </w:rPr>
        <w:t xml:space="preserve">wisdom, he need not thus have flung away the happiness which...</w:t>
      </w:r>
      <w:r>
        <w:br/>
      </w:r>
      <w:r>
        <w:t xml:space="preserve">    (a) someone who rejects something as not good enough</w:t>
      </w:r>
      <w:r>
        <w:br/>
      </w:r>
      <w:r>
        <w:t xml:space="preserve">    (b) deeper</w:t>
      </w:r>
      <w:r>
        <w:br/>
      </w:r>
      <w:r>
        <w:t xml:space="preserve">    (c) someone who dislikes strongly and looks down upon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...he with a smile, though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countenance</w:t>
      </w:r>
      <w:r>
        <w:rPr>
          <w:b/>
          <w:bCs/>
        </w:rPr>
        <w:t xml:space="preserve"> </w:t>
      </w:r>
      <w:r>
        <w:rPr>
          <w:b/>
          <w:bCs/>
        </w:rPr>
        <w:t xml:space="preserve">was uneasy and displeased.</w:t>
      </w:r>
      <w:r>
        <w:br/>
      </w:r>
      <w:r>
        <w:t xml:space="preserve">    (a) the best or most important</w:t>
      </w:r>
      <w:r>
        <w:br/>
      </w:r>
      <w:r>
        <w:t xml:space="preserve">    (b) a secret agreement or plot</w:t>
      </w:r>
      <w:r>
        <w:br/>
      </w:r>
      <w:r>
        <w:t xml:space="preserve">    (c) facial expression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then took his leave with a boyish exuberance of gayety, assuring her that her seclusion would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endure</w:t>
      </w:r>
      <w:r>
        <w:rPr>
          <w:b/>
          <w:bCs/>
        </w:rPr>
        <w:t xml:space="preserve"> </w:t>
      </w:r>
      <w:r>
        <w:rPr>
          <w:b/>
          <w:bCs/>
        </w:rPr>
        <w:t xml:space="preserve">but a little longer,</w:t>
      </w:r>
      <w:r>
        <w:br/>
      </w:r>
      <w:r>
        <w:t xml:space="preserve">    (a) continue to exist</w:t>
      </w:r>
      <w:r>
        <w:br/>
      </w:r>
      <w:r>
        <w:t xml:space="preserve">    (b) influence opinion</w:t>
      </w:r>
      <w:r>
        <w:br/>
      </w:r>
      <w:r>
        <w:t xml:space="preserve">    (c) differ; or change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Were I stronger, it might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endured</w:t>
      </w:r>
      <w:r>
        <w:rPr>
          <w:b/>
          <w:bCs/>
        </w:rPr>
        <w:t xml:space="preserve"> </w:t>
      </w:r>
      <w:r>
        <w:rPr>
          <w:b/>
          <w:bCs/>
        </w:rPr>
        <w:t xml:space="preserve">hopefully.</w:t>
      </w:r>
      <w:r>
        <w:br/>
      </w:r>
      <w:r>
        <w:t xml:space="preserve">    (a) stuck out, attracted more attention than desired, or imposed on others</w:t>
      </w:r>
      <w:r>
        <w:br/>
      </w:r>
      <w:r>
        <w:t xml:space="preserve">    (b) not persuaded to want something (often sex or love) through temptation</w:t>
      </w:r>
      <w:r>
        <w:br/>
      </w:r>
      <w:r>
        <w:t xml:space="preserve">    (c) suffered through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a sensation in the fatal birthmark, not painful, but which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induced</w:t>
      </w:r>
      <w:r>
        <w:rPr>
          <w:b/>
          <w:bCs/>
        </w:rPr>
        <w:t xml:space="preserve"> </w:t>
      </w:r>
      <w:r>
        <w:rPr>
          <w:b/>
          <w:bCs/>
        </w:rPr>
        <w:t xml:space="preserve">a restlessness throughout her system.</w:t>
      </w:r>
      <w:r>
        <w:br/>
      </w:r>
      <w:r>
        <w:t xml:space="preserve">    (a) caused</w:t>
      </w:r>
      <w:r>
        <w:br/>
      </w:r>
      <w:r>
        <w:t xml:space="preserve">    (b) copied</w:t>
      </w:r>
      <w:r>
        <w:br/>
      </w:r>
      <w:r>
        <w:t xml:space="preserve">    (c) traded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 submit," replied she calmly. "And, Aylmer, I shall quaff whatever draught you bring me; but it will be on the same principle that would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induce</w:t>
      </w:r>
      <w:r>
        <w:rPr>
          <w:b/>
          <w:bCs/>
        </w:rPr>
        <w:t xml:space="preserve"> </w:t>
      </w:r>
      <w:r>
        <w:rPr>
          <w:b/>
          <w:bCs/>
        </w:rPr>
        <w:t xml:space="preserve">me to take a dose of poison if offered by your hand."</w:t>
      </w:r>
      <w:r>
        <w:br/>
      </w:r>
      <w:r>
        <w:t xml:space="preserve">    (a) influence or effect</w:t>
      </w:r>
      <w:r>
        <w:br/>
      </w:r>
      <w:r>
        <w:t xml:space="preserve">    (b) gain advantage from</w:t>
      </w:r>
      <w:r>
        <w:br/>
      </w:r>
      <w:r>
        <w:t xml:space="preserve">    (c) persuade (convince)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 pale as death, anxious and absorbed, and hung over the furnace as if it depended upon his utmost watchfulness whether the liquid which it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distilling</w:t>
      </w:r>
      <w:r>
        <w:rPr>
          <w:b/>
          <w:bCs/>
        </w:rPr>
        <w:t xml:space="preserve"> </w:t>
      </w:r>
      <w:r>
        <w:rPr>
          <w:b/>
          <w:bCs/>
        </w:rPr>
        <w:t xml:space="preserve">should be the draught of immortal happiness or misery.</w:t>
      </w:r>
      <w:r>
        <w:br/>
      </w:r>
      <w:r>
        <w:t xml:space="preserve">    (a) expressing of feelings or thoughts enthusiastically  OR  squirting or giving off (typically under pressure such as blood or leaking gas)</w:t>
      </w:r>
      <w:r>
        <w:br/>
      </w:r>
      <w:r>
        <w:t xml:space="preserve">    (b) purifying or concentrating</w:t>
      </w:r>
      <w:r>
        <w:br/>
      </w:r>
      <w:r>
        <w:t xml:space="preserve">    (c) injuring the ligaments of a joint by stretching them too far (ligaments are the tough, fibrous bands that connect bones across joints)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...whether the liquid which it was distilling should be the draught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immortal</w:t>
      </w:r>
      <w:r>
        <w:rPr>
          <w:b/>
          <w:bCs/>
        </w:rPr>
        <w:t xml:space="preserve"> </w:t>
      </w:r>
      <w:r>
        <w:rPr>
          <w:b/>
          <w:bCs/>
        </w:rPr>
        <w:t xml:space="preserve">happiness or misery.</w:t>
      </w:r>
      <w:r>
        <w:br/>
      </w:r>
      <w:r>
        <w:t xml:space="preserve">    (a) (adjective) of low quality, or of lower quality or rank than something else  OR  (more rarely as a noun) a person of lower rank or status</w:t>
      </w:r>
      <w:r>
        <w:br/>
      </w:r>
      <w:r>
        <w:t xml:space="preserve">    (b) eternal</w:t>
      </w:r>
      <w:r>
        <w:br/>
      </w:r>
      <w:r>
        <w:t xml:space="preserve">    (c) relating to existentialism -- a philosophical movement that assumes each person is free to determine what is essential in their existence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faint smile flitted over her lips when she recognized how barely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perceptible</w:t>
      </w:r>
      <w:r>
        <w:rPr>
          <w:b/>
          <w:bCs/>
        </w:rPr>
        <w:t xml:space="preserve"> </w:t>
      </w:r>
      <w:r>
        <w:rPr>
          <w:b/>
          <w:bCs/>
        </w:rPr>
        <w:t xml:space="preserve">was now that crimson hand which had once blazed forth with such disastrous brilliancy as to scare away all their happiness.</w:t>
      </w:r>
      <w:r>
        <w:br/>
      </w:r>
      <w:r>
        <w:t xml:space="preserve">    (a) able to take on or adopt</w:t>
      </w:r>
      <w:r>
        <w:br/>
      </w:r>
      <w:r>
        <w:t xml:space="preserve">    (b) capable of being noticed</w:t>
      </w:r>
      <w:r>
        <w:br/>
      </w:r>
      <w:r>
        <w:t xml:space="preserve">    (c) the state of being awake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fatal hand had grappled with the mystery of life, and was the bond by which an angelic spirit kept itself in union with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mortal</w:t>
      </w:r>
      <w:r>
        <w:rPr>
          <w:b/>
          <w:bCs/>
        </w:rPr>
        <w:t xml:space="preserve"> </w:t>
      </w:r>
      <w:r>
        <w:rPr>
          <w:b/>
          <w:bCs/>
        </w:rPr>
        <w:t xml:space="preserve">frame.</w:t>
      </w:r>
      <w:r>
        <w:br/>
      </w:r>
      <w:r>
        <w:t xml:space="preserve">    (a) merely human</w:t>
      </w:r>
      <w:r>
        <w:br/>
      </w:r>
      <w:r>
        <w:t xml:space="preserve">    (b) someone who provides start-up money to new companies</w:t>
      </w:r>
      <w:r>
        <w:br/>
      </w:r>
      <w:r>
        <w:t xml:space="preserve">    (c) someone who combines components into a complex whole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2026-07-31T17:35:17Z</dcterms:created>
  <dcterms:modified xsi:type="dcterms:W3CDTF">2026-07-31T17:35:17Z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