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7f937896781af0267585af4b545290165c6246"/>
    <w:p>
      <w:pPr>
        <w:pStyle w:val="Heading1"/>
      </w:pPr>
      <w:r>
        <w:rPr>
          <w:b/>
          <w:bCs/>
        </w:rPr>
        <w:t xml:space="preserve">The Bill of Rights (of the US Constitution)</w:t>
      </w:r>
      <w:r>
        <w:br/>
      </w:r>
      <w:r>
        <w:rPr>
          <w:i/>
          <w:iCs/>
        </w:rPr>
        <w:t xml:space="preserve">Philadelphia Constitutional Convention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Amendment I Congress shall make no law respecting an establishment of religion, or prohibiting the free exercise thereof; or</w:t>
      </w:r>
      <w:r>
        <w:rPr>
          <w:b/>
          <w:bCs/>
        </w:rPr>
        <w:t xml:space="preserve"> </w:t>
      </w:r>
      <w:r>
        <w:rPr>
          <w:b/>
          <w:bCs/>
          <w:u w:val="single"/>
        </w:rPr>
        <w:t xml:space="preserve">abridging</w:t>
      </w:r>
      <w:r>
        <w:rPr>
          <w:b/>
          <w:bCs/>
        </w:rPr>
        <w:t xml:space="preserve"> </w:t>
      </w:r>
      <w:r>
        <w:rPr>
          <w:b/>
          <w:bCs/>
        </w:rPr>
        <w:t xml:space="preserve">the freedom of speech, or of the press; or the right of the people peaceably to assemble, and to petition the Government for a redress of grievances.</w:t>
      </w:r>
      <w:r>
        <w:br/>
      </w:r>
      <w:r>
        <w:t xml:space="preserve">    (a) shortening; or reducing in scope while retaining essential elements</w:t>
      </w:r>
      <w:r>
        <w:br/>
      </w:r>
      <w:r>
        <w:t xml:space="preserve">    (b) accepting something undesired as unavoidable or the lesser of evils</w:t>
      </w:r>
      <w:r>
        <w:br/>
      </w:r>
      <w:r>
        <w:t xml:space="preserve">    (c) feeling angry or unhappy about having to accept something not liked</w:t>
      </w:r>
    </w:p>
    <w:p>
      <w:pPr>
        <w:pStyle w:val="Compact"/>
        <w:numPr>
          <w:ilvl w:val="0"/>
          <w:numId w:val="1001"/>
        </w:numPr>
      </w:pPr>
      <w:r>
        <w:rPr>
          <w:b/>
          <w:bCs/>
        </w:rPr>
        <w:t xml:space="preserve">Amendment I Congress shall make no law respecting an establishment of religion, or prohibiting the free exercise thereof; or abridging the freedom of speech, or of the press; or the right of the people peaceably to assemble, and to petition the Government for a</w:t>
      </w:r>
      <w:r>
        <w:rPr>
          <w:b/>
          <w:bCs/>
        </w:rPr>
        <w:t xml:space="preserve"> </w:t>
      </w:r>
      <w:r>
        <w:rPr>
          <w:b/>
          <w:bCs/>
          <w:u w:val="single"/>
        </w:rPr>
        <w:t xml:space="preserve">redress</w:t>
      </w:r>
      <w:r>
        <w:rPr>
          <w:b/>
          <w:bCs/>
        </w:rPr>
        <w:t xml:space="preserve"> </w:t>
      </w:r>
      <w:r>
        <w:rPr>
          <w:b/>
          <w:bCs/>
        </w:rPr>
        <w:t xml:space="preserve">of grievances.</w:t>
      </w:r>
      <w:r>
        <w:br/>
      </w:r>
      <w:r>
        <w:t xml:space="preserve">    (a) learn, discover, or decide in advance</w:t>
      </w:r>
      <w:r>
        <w:br/>
      </w:r>
      <w:r>
        <w:t xml:space="preserve">    (b) fix a problem; or make up for a wrong</w:t>
      </w:r>
      <w:r>
        <w:br/>
      </w:r>
      <w:r>
        <w:t xml:space="preserve">    (c) a quick look or partial understanding</w:t>
      </w:r>
    </w:p>
    <w:p>
      <w:pPr>
        <w:pStyle w:val="Compact"/>
        <w:numPr>
          <w:ilvl w:val="0"/>
          <w:numId w:val="1001"/>
        </w:numPr>
      </w:pPr>
      <w:r>
        <w:rPr>
          <w:b/>
          <w:bCs/>
        </w:rPr>
        <w:t xml:space="preserve">Amendment I Congress shall make no law respecting an establishment of religion, or prohibiting the free exercise thereof; or abridging the freedom of speech, or of the press; or the right of the people peaceably to assemble, and to petition the Government for a redress of</w:t>
      </w:r>
      <w:r>
        <w:rPr>
          <w:b/>
          <w:bCs/>
        </w:rPr>
        <w:t xml:space="preserve"> </w:t>
      </w:r>
      <w:r>
        <w:rPr>
          <w:b/>
          <w:bCs/>
          <w:u w:val="single"/>
        </w:rPr>
        <w:t xml:space="preserve">grievances</w:t>
      </w:r>
      <w:r>
        <w:rPr>
          <w:b/>
          <w:bCs/>
        </w:rPr>
        <w:t xml:space="preserve">.</w:t>
      </w:r>
      <w:r>
        <w:br/>
      </w:r>
      <w:r>
        <w:t xml:space="preserve">    (a) sympathies</w:t>
      </w:r>
      <w:r>
        <w:br/>
      </w:r>
      <w:r>
        <w:t xml:space="preserve">    (b) complaints</w:t>
      </w:r>
      <w:r>
        <w:br/>
      </w:r>
      <w:r>
        <w:t xml:space="preserve">    (c) main roads</w:t>
      </w:r>
    </w:p>
    <w:p>
      <w:pPr>
        <w:pStyle w:val="Compact"/>
        <w:numPr>
          <w:ilvl w:val="0"/>
          <w:numId w:val="1001"/>
        </w:numPr>
      </w:pPr>
      <w:r>
        <w:rPr>
          <w:b/>
          <w:bCs/>
        </w:rPr>
        <w:t xml:space="preserve">Amendment III No Soldier shall, in time of peace be quartered in any house, without the consent of the Owner, nor in time of war, but in a manner to be</w:t>
      </w:r>
      <w:r>
        <w:rPr>
          <w:b/>
          <w:bCs/>
        </w:rPr>
        <w:t xml:space="preserve"> </w:t>
      </w:r>
      <w:r>
        <w:rPr>
          <w:b/>
          <w:bCs/>
          <w:u w:val="single"/>
        </w:rPr>
        <w:t xml:space="preserve">prescribed</w:t>
      </w:r>
      <w:r>
        <w:rPr>
          <w:b/>
          <w:bCs/>
        </w:rPr>
        <w:t xml:space="preserve"> </w:t>
      </w:r>
      <w:r>
        <w:rPr>
          <w:b/>
          <w:bCs/>
        </w:rPr>
        <w:t xml:space="preserve">by law.</w:t>
      </w:r>
      <w:r>
        <w:br/>
      </w:r>
      <w:r>
        <w:t xml:space="preserve">    (a) examined carefully for accuracy with the intent of verification -- especially an inspection of a company's accounting procedures and records by a trained accountant</w:t>
      </w:r>
      <w:r>
        <w:br/>
      </w:r>
      <w:r>
        <w:t xml:space="preserve">    (b) treated in a manner that demonstrated a sense of superiority, but was supposed to seem kind  OR  acted like a patron (supported someone or something; or was a customer)</w:t>
      </w:r>
      <w:r>
        <w:br/>
      </w:r>
      <w:r>
        <w:t xml:space="preserve">    (c) recommended or required what should be done  OR  (of a medical doctor) gave medical instructions -- such as writing that a patient should take antibiotics</w:t>
      </w:r>
    </w:p>
    <w:p>
      <w:pPr>
        <w:pStyle w:val="Compact"/>
        <w:numPr>
          <w:ilvl w:val="0"/>
          <w:numId w:val="1001"/>
        </w:numPr>
      </w:pPr>
      <w:r>
        <w:rPr>
          <w:b/>
          <w:bCs/>
        </w:rPr>
        <w:t xml:space="preserve">Amendment V No person shall be held to answer for a capital, or otherwise</w:t>
      </w:r>
      <w:r>
        <w:rPr>
          <w:b/>
          <w:bCs/>
        </w:rPr>
        <w:t xml:space="preserve"> </w:t>
      </w:r>
      <w:r>
        <w:rPr>
          <w:b/>
          <w:bCs/>
          <w:u w:val="single"/>
        </w:rPr>
        <w:t xml:space="preserve">infamous</w:t>
      </w:r>
      <w:r>
        <w:rPr>
          <w:b/>
          <w:bCs/>
        </w:rPr>
        <w:t xml:space="preserve"> </w:t>
      </w:r>
      <w:r>
        <w:rPr>
          <w:b/>
          <w:bCs/>
        </w:rPr>
        <w:t xml:space="preserve">crime, unless on a presentment or indictment of a Grand Jury, except in cases arising in the land or naval forces, or in the Militia, when in actual service in time of War or public danger; nor shall any person be subject for the same offence to be twice put in jeopardy of life or limb; nor shall be compelled in any criminal case to be a witness against himself, nor be deprived of life, liberty, or property, without due process of law; nor shall private property be taken for public use, without just compensation.</w:t>
      </w:r>
      <w:r>
        <w:br/>
      </w:r>
      <w:r>
        <w:t xml:space="preserve">    (a) lacking a reason for doing something</w:t>
      </w:r>
      <w:r>
        <w:br/>
      </w:r>
      <w:r>
        <w:t xml:space="preserve">    (b) inconspicuousness or trustworthiness</w:t>
      </w:r>
      <w:r>
        <w:br/>
      </w:r>
      <w:r>
        <w:t xml:space="preserve">    (c) having an exceedingly bad reputation</w:t>
      </w:r>
    </w:p>
    <w:p>
      <w:pPr>
        <w:pStyle w:val="Compact"/>
        <w:numPr>
          <w:ilvl w:val="0"/>
          <w:numId w:val="1001"/>
        </w:numPr>
      </w:pPr>
      <w:r>
        <w:rPr>
          <w:b/>
          <w:bCs/>
        </w:rPr>
        <w:t xml:space="preserve">Amendment V No person shall be held to answer for a capital, or otherwise infamous crime, unless on a presentment or indictment of a</w:t>
      </w:r>
      <w:r>
        <w:rPr>
          <w:b/>
          <w:bCs/>
        </w:rPr>
        <w:t xml:space="preserve"> </w:t>
      </w:r>
      <w:r>
        <w:rPr>
          <w:b/>
          <w:bCs/>
          <w:u w:val="single"/>
        </w:rPr>
        <w:t xml:space="preserve">Grand Jury</w:t>
      </w:r>
      <w:r>
        <w:rPr>
          <w:b/>
          <w:bCs/>
        </w:rPr>
        <w:t xml:space="preserve">, except in cases arising in the land or naval forces, or in the Militia, when in actual service in time of War or public danger; nor shall any person be subject for the same offence to be twice put in jeopardy of life or limb; nor shall be compelled in any criminal case to be a witness against himself, nor be deprived of life, liberty, or property, without due process of law; nor shall private property be taken for public use, without just compensation.</w:t>
      </w:r>
      <w:r>
        <w:br/>
      </w:r>
      <w:r>
        <w:t xml:space="preserve">    (a) a group of citizens who decide whether there is enough evidence to formally accuse someone of a crime</w:t>
      </w:r>
      <w:r>
        <w:br/>
      </w:r>
      <w:r>
        <w:t xml:space="preserve">    (b) members of a board that oversee the affairs of a corporation or other institution; or supervisors (people in charge)</w:t>
      </w:r>
      <w:r>
        <w:br/>
      </w:r>
      <w:r>
        <w:t xml:space="preserve">    (c) people who deny equal rights to others or make them suffer  OR  people who dominate others harshly and unfairly</w:t>
      </w:r>
    </w:p>
    <w:p>
      <w:pPr>
        <w:pStyle w:val="Compact"/>
        <w:numPr>
          <w:ilvl w:val="0"/>
          <w:numId w:val="1001"/>
        </w:numPr>
      </w:pPr>
      <w:r>
        <w:rPr>
          <w:b/>
          <w:bCs/>
        </w:rPr>
        <w:t xml:space="preserve">Amendment V No person shall be held to answer for a capital, or otherwise infamous crime, unless on a presentment or indictment of a Grand Jury, except in cases arising in the land or naval forces, or in the Militia, when in actual service in time of War or public danger; nor shall any person be subject for the same offence to be twice put in jeopardy of life or limb; nor shall be</w:t>
      </w:r>
      <w:r>
        <w:rPr>
          <w:b/>
          <w:bCs/>
        </w:rPr>
        <w:t xml:space="preserve"> </w:t>
      </w:r>
      <w:r>
        <w:rPr>
          <w:b/>
          <w:bCs/>
          <w:u w:val="single"/>
        </w:rPr>
        <w:t xml:space="preserve">compelled</w:t>
      </w:r>
      <w:r>
        <w:rPr>
          <w:b/>
          <w:bCs/>
        </w:rPr>
        <w:t xml:space="preserve"> </w:t>
      </w:r>
      <w:r>
        <w:rPr>
          <w:b/>
          <w:bCs/>
        </w:rPr>
        <w:t xml:space="preserve">in any criminal case to be a witness against himself, nor be deprived of life, liberty, or property, without due process of law; nor shall private property be taken for public use, without just compensation.</w:t>
      </w:r>
      <w:r>
        <w:br/>
      </w:r>
      <w:r>
        <w:t xml:space="preserve">    (a) fruit cooked with sugar (like jam)</w:t>
      </w:r>
      <w:r>
        <w:br/>
      </w:r>
      <w:r>
        <w:t xml:space="preserve">    (b) didn't trust or have confidence in</w:t>
      </w:r>
      <w:r>
        <w:br/>
      </w:r>
      <w:r>
        <w:t xml:space="preserve">    (c) forced; or (more rarely) convinced</w:t>
      </w:r>
    </w:p>
    <w:p>
      <w:pPr>
        <w:pStyle w:val="Compact"/>
        <w:numPr>
          <w:ilvl w:val="0"/>
          <w:numId w:val="1001"/>
        </w:numPr>
      </w:pPr>
      <w:r>
        <w:rPr>
          <w:b/>
          <w:bCs/>
        </w:rPr>
        <w:t xml:space="preserve">Amendment V No person shall be held to answer for a capital, or otherwise infamous crime, unless on a presentment or indictment of a Grand Jury, except in cases arising in the land or naval forces, or in the Militia, when in actual service in time of War or public danger; nor shall any person be subject for the same offence to be twice put in jeopardy of life or limb; nor shall be compelled in any criminal case to be a witness against himself, nor be</w:t>
      </w:r>
      <w:r>
        <w:rPr>
          <w:b/>
          <w:bCs/>
        </w:rPr>
        <w:t xml:space="preserve"> </w:t>
      </w:r>
      <w:r>
        <w:rPr>
          <w:b/>
          <w:bCs/>
          <w:u w:val="single"/>
        </w:rPr>
        <w:t xml:space="preserve">deprived</w:t>
      </w:r>
      <w:r>
        <w:rPr>
          <w:b/>
          <w:bCs/>
        </w:rPr>
        <w:t xml:space="preserve"> </w:t>
      </w:r>
      <w:r>
        <w:rPr>
          <w:b/>
          <w:bCs/>
        </w:rPr>
        <w:t xml:space="preserve">of life, liberty, or property, without due process of law; nor shall private property be taken for public use, without just compensation.</w:t>
      </w:r>
      <w:r>
        <w:br/>
      </w:r>
      <w:r>
        <w:t xml:space="preserve">    (a) lacking things most people enjoy</w:t>
      </w:r>
      <w:r>
        <w:br/>
      </w:r>
      <w:r>
        <w:t xml:space="preserve">    (b) referring to any rocky mountains</w:t>
      </w:r>
      <w:r>
        <w:br/>
      </w:r>
      <w:r>
        <w:t xml:space="preserve">    (c) of the Netherlands or its people</w:t>
      </w:r>
    </w:p>
    <w:p>
      <w:pPr>
        <w:pStyle w:val="Compact"/>
        <w:numPr>
          <w:ilvl w:val="0"/>
          <w:numId w:val="1001"/>
        </w:numPr>
      </w:pPr>
      <w:r>
        <w:rPr>
          <w:b/>
          <w:bCs/>
        </w:rPr>
        <w:t xml:space="preserve">...nor shall private property be taken for public use, without just</w:t>
      </w:r>
      <w:r>
        <w:rPr>
          <w:b/>
          <w:bCs/>
        </w:rPr>
        <w:t xml:space="preserve"> </w:t>
      </w:r>
      <w:r>
        <w:rPr>
          <w:b/>
          <w:bCs/>
          <w:u w:val="single"/>
        </w:rPr>
        <w:t xml:space="preserve">compensation</w:t>
      </w:r>
      <w:r>
        <w:rPr>
          <w:b/>
          <w:bCs/>
        </w:rPr>
        <w:t xml:space="preserve">.</w:t>
      </w:r>
      <w:r>
        <w:br/>
      </w:r>
      <w:r>
        <w:t xml:space="preserve">    (a) thought</w:t>
      </w:r>
      <w:r>
        <w:br/>
      </w:r>
      <w:r>
        <w:t xml:space="preserve">    (b) payment</w:t>
      </w:r>
      <w:r>
        <w:br/>
      </w:r>
      <w:r>
        <w:t xml:space="preserve">    (c) loyalty</w:t>
      </w:r>
    </w:p>
    <w:p>
      <w:pPr>
        <w:pStyle w:val="Compact"/>
        <w:numPr>
          <w:ilvl w:val="0"/>
          <w:numId w:val="1001"/>
        </w:numPr>
      </w:pPr>
      <w:r>
        <w:rPr>
          <w:b/>
          <w:bCs/>
        </w:rPr>
        <w:t xml:space="preserve">Amendment VI In all criminal prosecutions, the accused shall enjoy the right to a speedy and public trial, by an</w:t>
      </w:r>
      <w:r>
        <w:rPr>
          <w:b/>
          <w:bCs/>
        </w:rPr>
        <w:t xml:space="preserve"> </w:t>
      </w:r>
      <w:r>
        <w:rPr>
          <w:b/>
          <w:bCs/>
          <w:u w:val="single"/>
        </w:rPr>
        <w:t xml:space="preserve">impartial</w:t>
      </w:r>
      <w:r>
        <w:rPr>
          <w:b/>
          <w:bCs/>
        </w:rPr>
        <w:t xml:space="preserve"> </w:t>
      </w:r>
      <w:r>
        <w:rPr>
          <w:b/>
          <w:bCs/>
        </w:rPr>
        <w:t xml:space="preserve">jury of the State and district wherein the crime shall have been committed, which district shall have been previously ascertained by law, and to be informed of the nature and cause of the accusation; to be confronted with the witnesses against him; to have compulsory process for obtaining witnesses in his favor, and to have the Assistance of Counsel for his defence.</w:t>
      </w:r>
      <w:r>
        <w:br/>
      </w:r>
      <w:r>
        <w:t xml:space="preserve">    (a) the quality of disagreeing</w:t>
      </w:r>
      <w:r>
        <w:br/>
      </w:r>
      <w:r>
        <w:t xml:space="preserve">    (b) without favoritism or bias</w:t>
      </w:r>
      <w:r>
        <w:br/>
      </w:r>
      <w:r>
        <w:t xml:space="preserve">    (c) the quality of being Dutch</w:t>
      </w:r>
    </w:p>
    <w:p>
      <w:pPr>
        <w:pStyle w:val="Compact"/>
        <w:numPr>
          <w:ilvl w:val="0"/>
          <w:numId w:val="1001"/>
        </w:numPr>
      </w:pPr>
      <w:r>
        <w:rPr>
          <w:b/>
          <w:bCs/>
        </w:rPr>
        <w:t xml:space="preserve">Amendment VI In all criminal prosecutions, the accused shall enjoy the right to a speedy and public trial, by an impartial jury of the State and district wherein the crime shall have been committed, which district shall have been previously ascertained by law, and to be informed of the nature and cause of the accusation; to be</w:t>
      </w:r>
      <w:r>
        <w:rPr>
          <w:b/>
          <w:bCs/>
        </w:rPr>
        <w:t xml:space="preserve"> </w:t>
      </w:r>
      <w:r>
        <w:rPr>
          <w:b/>
          <w:bCs/>
          <w:u w:val="single"/>
        </w:rPr>
        <w:t xml:space="preserve">confronted</w:t>
      </w:r>
      <w:r>
        <w:rPr>
          <w:b/>
          <w:bCs/>
        </w:rPr>
        <w:t xml:space="preserve"> </w:t>
      </w:r>
      <w:r>
        <w:rPr>
          <w:b/>
          <w:bCs/>
        </w:rPr>
        <w:t xml:space="preserve">with the witnesses against him; to have compulsory process for obtaining witnesses in his favor, and to have the Assistance of Counsel for his defence.</w:t>
      </w:r>
      <w:r>
        <w:br/>
      </w:r>
      <w:r>
        <w:t xml:space="preserve">    (a) accepted someone's membership though a special procedure such as a ceremony and/or period of instruction and/or test</w:t>
      </w:r>
      <w:r>
        <w:br/>
      </w:r>
      <w:r>
        <w:t xml:space="preserve">    (b) to deal directly with an unpleasant situation or person</w:t>
      </w:r>
      <w:r>
        <w:br/>
      </w:r>
      <w:r>
        <w:br/>
      </w:r>
      <w:r>
        <w:t xml:space="preserve">or:</w:t>
      </w:r>
      <w:r>
        <w:br/>
      </w:r>
      <w:r>
        <w:br/>
      </w:r>
      <w:r>
        <w:t xml:space="preserve">to challenge someone -- often by presenting evidence</w:t>
      </w:r>
      <w:r>
        <w:br/>
      </w:r>
      <w:r>
        <w:t xml:space="preserve">    (c) (verb) showed, demonstrated, proved, or caused acceptance  OR  (adjective) proven, known, accepted/trusted/successful</w:t>
      </w:r>
    </w:p>
    <w:p>
      <w:pPr>
        <w:pStyle w:val="Compact"/>
        <w:numPr>
          <w:ilvl w:val="0"/>
          <w:numId w:val="1001"/>
        </w:numPr>
      </w:pPr>
      <w:r>
        <w:rPr>
          <w:b/>
          <w:bCs/>
        </w:rPr>
        <w:t xml:space="preserve">Amendment VII In Suits at common law, where the value in</w:t>
      </w:r>
      <w:r>
        <w:rPr>
          <w:b/>
          <w:bCs/>
        </w:rPr>
        <w:t xml:space="preserve"> </w:t>
      </w:r>
      <w:r>
        <w:rPr>
          <w:b/>
          <w:bCs/>
          <w:u w:val="single"/>
        </w:rPr>
        <w:t xml:space="preserve">controversy</w:t>
      </w:r>
      <w:r>
        <w:rPr>
          <w:b/>
          <w:bCs/>
        </w:rPr>
        <w:t xml:space="preserve"> </w:t>
      </w:r>
      <w:r>
        <w:rPr>
          <w:b/>
          <w:bCs/>
        </w:rPr>
        <w:t xml:space="preserve">shall exceed twenty dollars, the right of trial by jury shall be preserved, and no fact tried by a jury, shall be otherwise re-examined in any Court of the United States, than according to the rules of the common law.</w:t>
      </w:r>
      <w:r>
        <w:br/>
      </w:r>
      <w:r>
        <w:t xml:space="preserve">    (a) satisfaction</w:t>
      </w:r>
      <w:r>
        <w:br/>
      </w:r>
      <w:r>
        <w:t xml:space="preserve">    (b) disagreement</w:t>
      </w:r>
      <w:r>
        <w:br/>
      </w:r>
      <w:r>
        <w:t xml:space="preserve">    (c) psychiatrist</w:t>
      </w:r>
    </w:p>
    <w:p>
      <w:pPr>
        <w:pStyle w:val="Compact"/>
        <w:numPr>
          <w:ilvl w:val="0"/>
          <w:numId w:val="1001"/>
        </w:numPr>
      </w:pPr>
      <w:r>
        <w:rPr>
          <w:b/>
          <w:bCs/>
        </w:rPr>
        <w:t xml:space="preserve">Amendment IX The</w:t>
      </w:r>
      <w:r>
        <w:rPr>
          <w:b/>
          <w:bCs/>
        </w:rPr>
        <w:t xml:space="preserve"> </w:t>
      </w:r>
      <w:r>
        <w:rPr>
          <w:b/>
          <w:bCs/>
          <w:u w:val="single"/>
        </w:rPr>
        <w:t xml:space="preserve">enumeration</w:t>
      </w:r>
      <w:r>
        <w:rPr>
          <w:b/>
          <w:bCs/>
        </w:rPr>
        <w:t xml:space="preserve"> </w:t>
      </w:r>
      <w:r>
        <w:rPr>
          <w:b/>
          <w:bCs/>
        </w:rPr>
        <w:t xml:space="preserve">in the Constitution, of certain rights, shall not be construed to deny or disparage others retained by the people.</w:t>
      </w:r>
      <w:r>
        <w:br/>
      </w:r>
      <w:r>
        <w:t xml:space="preserve">    (a) to name or list things one-by-one</w:t>
      </w:r>
      <w:r>
        <w:br/>
      </w:r>
      <w:r>
        <w:t xml:space="preserve">    (b) the act of recognizing difference</w:t>
      </w:r>
      <w:r>
        <w:br/>
      </w:r>
      <w:r>
        <w:t xml:space="preserve">    (c) someone who expresses disapproval</w:t>
      </w:r>
    </w:p>
    <w:p>
      <w:pPr>
        <w:pStyle w:val="Compact"/>
        <w:numPr>
          <w:ilvl w:val="0"/>
          <w:numId w:val="1001"/>
        </w:numPr>
      </w:pPr>
      <w:r>
        <w:rPr>
          <w:b/>
          <w:bCs/>
        </w:rPr>
        <w:t xml:space="preserve">Amendment IX The enumeration in the Constitution, of certain rights, shall not be</w:t>
      </w:r>
      <w:r>
        <w:rPr>
          <w:b/>
          <w:bCs/>
        </w:rPr>
        <w:t xml:space="preserve"> </w:t>
      </w:r>
      <w:r>
        <w:rPr>
          <w:b/>
          <w:bCs/>
          <w:u w:val="single"/>
        </w:rPr>
        <w:t xml:space="preserve">construed</w:t>
      </w:r>
      <w:r>
        <w:rPr>
          <w:b/>
          <w:bCs/>
        </w:rPr>
        <w:t xml:space="preserve"> </w:t>
      </w:r>
      <w:r>
        <w:rPr>
          <w:b/>
          <w:bCs/>
        </w:rPr>
        <w:t xml:space="preserve">to deny or disparage others retained by the people.</w:t>
      </w:r>
      <w:r>
        <w:br/>
      </w:r>
      <w:r>
        <w:t xml:space="preserve">    (a) a non-doctor who assisted a women in childbirth</w:t>
      </w:r>
      <w:r>
        <w:br/>
      </w:r>
      <w:r>
        <w:t xml:space="preserve">    (b) not controlled, prevented, or made less intense</w:t>
      </w:r>
      <w:r>
        <w:br/>
      </w:r>
      <w:r>
        <w:t xml:space="preserve">    (c) understood something to have a specific meaning</w:t>
      </w:r>
    </w:p>
    <w:p>
      <w:pPr>
        <w:pStyle w:val="Compact"/>
        <w:numPr>
          <w:ilvl w:val="0"/>
          <w:numId w:val="1001"/>
        </w:numPr>
      </w:pPr>
      <w:r>
        <w:rPr>
          <w:b/>
          <w:bCs/>
        </w:rPr>
        <w:t xml:space="preserve">Amendment IX The enumeration in the Constitution, of certain rights, shall not be construed to deny or</w:t>
      </w:r>
      <w:r>
        <w:rPr>
          <w:b/>
          <w:bCs/>
        </w:rPr>
        <w:t xml:space="preserve"> </w:t>
      </w:r>
      <w:r>
        <w:rPr>
          <w:b/>
          <w:bCs/>
          <w:u w:val="single"/>
        </w:rPr>
        <w:t xml:space="preserve">disparage</w:t>
      </w:r>
      <w:r>
        <w:rPr>
          <w:b/>
          <w:bCs/>
        </w:rPr>
        <w:t xml:space="preserve"> </w:t>
      </w:r>
      <w:r>
        <w:rPr>
          <w:b/>
          <w:bCs/>
        </w:rPr>
        <w:t xml:space="preserve">others retained by the people.</w:t>
      </w:r>
      <w:r>
        <w:br/>
      </w:r>
      <w:r>
        <w:t xml:space="preserve">    (a) to spoil something so it is not desirable</w:t>
      </w:r>
      <w:r>
        <w:br/>
      </w:r>
      <w:r>
        <w:t xml:space="preserve">    (b) stop interacting; or stop having interest</w:t>
      </w:r>
      <w:r>
        <w:br/>
      </w:r>
      <w:r>
        <w:t xml:space="preserve">    (c) criticizing or making seem less important</w:t>
      </w:r>
    </w:p>
    <w:p>
      <w:pPr>
        <w:pStyle w:val="Compact"/>
        <w:numPr>
          <w:ilvl w:val="0"/>
          <w:numId w:val="1001"/>
        </w:numPr>
      </w:pPr>
      <w:r>
        <w:rPr>
          <w:b/>
          <w:bCs/>
        </w:rPr>
        <w:t xml:space="preserve">The powers not</w:t>
      </w:r>
      <w:r>
        <w:rPr>
          <w:b/>
          <w:bCs/>
        </w:rPr>
        <w:t xml:space="preserve"> </w:t>
      </w:r>
      <w:r>
        <w:rPr>
          <w:b/>
          <w:bCs/>
          <w:u w:val="single"/>
        </w:rPr>
        <w:t xml:space="preserve">delegated</w:t>
      </w:r>
      <w:r>
        <w:rPr>
          <w:b/>
          <w:bCs/>
        </w:rPr>
        <w:t xml:space="preserve"> </w:t>
      </w:r>
      <w:r>
        <w:rPr>
          <w:b/>
          <w:bCs/>
        </w:rPr>
        <w:t xml:space="preserve">to the United States by the Constitution, nor prohibited by it to the States, are reserved to the States respectively, or to the people.</w:t>
      </w:r>
      <w:r>
        <w:br/>
      </w:r>
      <w:r>
        <w:t xml:space="preserve">    (a) to break a close association between two organizations or people</w:t>
      </w:r>
      <w:r>
        <w:br/>
      </w:r>
      <w:r>
        <w:t xml:space="preserve">    (b) felt angry or unhappy about having to accept something not liked</w:t>
      </w:r>
      <w:r>
        <w:br/>
      </w:r>
      <w:r>
        <w:t xml:space="preserve">    (c) assigned</w:t>
      </w:r>
    </w:p>
    <w:p>
      <w:pPr>
        <w:pStyle w:val="Compact"/>
        <w:numPr>
          <w:ilvl w:val="0"/>
          <w:numId w:val="1001"/>
        </w:numPr>
      </w:pPr>
      <w:r>
        <w:rPr>
          <w:b/>
          <w:bCs/>
        </w:rPr>
        <w:t xml:space="preserve">Amendment X The powers not delegated to the United States by the Constitution, nor prohibited by it to the States, are reserved to the States</w:t>
      </w:r>
      <w:r>
        <w:rPr>
          <w:b/>
          <w:bCs/>
        </w:rPr>
        <w:t xml:space="preserve"> </w:t>
      </w:r>
      <w:r>
        <w:rPr>
          <w:b/>
          <w:bCs/>
          <w:u w:val="single"/>
        </w:rPr>
        <w:t xml:space="preserve">respectively</w:t>
      </w:r>
      <w:r>
        <w:rPr>
          <w:b/>
          <w:bCs/>
        </w:rPr>
        <w:t xml:space="preserve">, or to the people.</w:t>
      </w:r>
      <w:r>
        <w:br/>
      </w:r>
      <w:r>
        <w:t xml:space="preserve">    (a) in the manner of an investigation</w:t>
      </w:r>
      <w:r>
        <w:br/>
      </w:r>
      <w:r>
        <w:t xml:space="preserve">    (b) in a manner that arouses fondness</w:t>
      </w:r>
      <w:r>
        <w:br/>
      </w:r>
      <w:r>
        <w:t xml:space="preserve">    (c) separately in the specified order</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2026-07-31T17:02:43Z</dcterms:created>
  <dcterms:modified xsi:type="dcterms:W3CDTF">2026-07-31T17:02:43Z</dcterms:modified>
</cp:coreProperties>
</file>

<file path=docProps/custom.xml><?xml version="1.0" encoding="utf-8"?>
<Properties xmlns="http://schemas.openxmlformats.org/officeDocument/2006/custom-properties" xmlns:vt="http://schemas.openxmlformats.org/officeDocument/2006/docPropsVTypes"/>
</file>