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5544e967bb72715c1e6c82942eecfae3974173"/>
    <w:p>
      <w:pPr>
        <w:pStyle w:val="Heading1"/>
      </w:pPr>
      <w:r>
        <w:rPr>
          <w:b/>
          <w:bCs/>
        </w:rPr>
        <w:t xml:space="preserve">The Bet</w:t>
      </w:r>
      <w:r>
        <w:br/>
      </w:r>
      <w:r>
        <w:rPr>
          <w:i/>
          <w:iCs/>
        </w:rPr>
        <w:t xml:space="preserve">Anton Chekhov</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have not tried either the death penalty or imprisonment for life, but if one may judge</w:t>
      </w:r>
      <w:r>
        <w:rPr>
          <w:b/>
          <w:bCs/>
        </w:rPr>
        <w:t xml:space="preserve"> </w:t>
      </w:r>
      <w:r>
        <w:rPr>
          <w:b/>
          <w:bCs/>
          <w:i/>
          <w:iCs/>
          <w:u w:val="single"/>
        </w:rPr>
        <w:t xml:space="preserve">a priori</w:t>
      </w:r>
      <w:r>
        <w:rPr>
          <w:b/>
          <w:bCs/>
        </w:rPr>
        <w:t xml:space="preserve">, the death penalty is more moral and more humane than imprisonment for life.</w:t>
      </w:r>
      <w:r>
        <w:br/>
      </w:r>
      <w:r>
        <w:t xml:space="preserve">    (a) a group of universities and colleges in the northeastern United States that regularly compete  against each other in sports</w:t>
      </w:r>
      <w:r>
        <w:br/>
      </w:r>
      <w:r>
        <w:t xml:space="preserve">    (b) commonly accepted belief that children need a secure relationship with an adult for normal social and emotional development</w:t>
      </w:r>
      <w:r>
        <w:br/>
      </w:r>
      <w:r>
        <w:t xml:space="preserve">    (c) knowledge that is assumed to be true without proof -- often deduced or seen as self-evident, but independent of experience</w:t>
      </w:r>
    </w:p>
    <w:p>
      <w:pPr>
        <w:pStyle w:val="Compact"/>
        <w:numPr>
          <w:ilvl w:val="0"/>
          <w:numId w:val="1001"/>
        </w:numPr>
      </w:pPr>
      <w:r>
        <w:rPr>
          <w:b/>
          <w:bCs/>
        </w:rPr>
        <w:t xml:space="preserve">"If you mean that</w:t>
      </w:r>
      <w:r>
        <w:rPr>
          <w:b/>
          <w:bCs/>
        </w:rPr>
        <w:t xml:space="preserve"> </w:t>
      </w:r>
      <w:r>
        <w:rPr>
          <w:b/>
          <w:bCs/>
          <w:u w:val="single"/>
        </w:rPr>
        <w:t xml:space="preserve">in earnest</w:t>
      </w:r>
      <w:r>
        <w:rPr>
          <w:b/>
          <w:bCs/>
        </w:rPr>
        <w:t xml:space="preserve">," said the young man, "I'll take the bet, but I would stay not five but fifteen years."</w:t>
      </w:r>
      <w:r>
        <w:br/>
      </w:r>
      <w:r>
        <w:t xml:space="preserve">    (a) real (genuine, true, or sincere)</w:t>
      </w:r>
      <w:r>
        <w:br/>
      </w:r>
      <w:r>
        <w:t xml:space="preserve">    (b) seven wise men of ancient Greece</w:t>
      </w:r>
      <w:r>
        <w:br/>
      </w:r>
      <w:r>
        <w:t xml:space="preserve">    (c) serious; or in a serious manner</w:t>
      </w:r>
    </w:p>
    <w:p>
      <w:pPr>
        <w:pStyle w:val="Compact"/>
        <w:numPr>
          <w:ilvl w:val="0"/>
          <w:numId w:val="1001"/>
        </w:numPr>
      </w:pPr>
      <w:r>
        <w:rPr>
          <w:b/>
          <w:bCs/>
        </w:rPr>
        <w:t xml:space="preserve">On my part it was the</w:t>
      </w:r>
      <w:r>
        <w:rPr>
          <w:b/>
          <w:bCs/>
        </w:rPr>
        <w:t xml:space="preserve"> </w:t>
      </w:r>
      <w:r>
        <w:rPr>
          <w:b/>
          <w:bCs/>
          <w:u w:val="single"/>
        </w:rPr>
        <w:t xml:space="preserve">caprice</w:t>
      </w:r>
      <w:r>
        <w:rPr>
          <w:b/>
          <w:bCs/>
        </w:rPr>
        <w:t xml:space="preserve"> </w:t>
      </w:r>
      <w:r>
        <w:rPr>
          <w:b/>
          <w:bCs/>
        </w:rPr>
        <w:t xml:space="preserve">of a pampered man, and on his part simple greed for money....</w:t>
      </w:r>
      <w:r>
        <w:br/>
      </w:r>
      <w:r>
        <w:t xml:space="preserve">    (a) impulsiveness or unpredictability</w:t>
      </w:r>
      <w:r>
        <w:br/>
      </w:r>
      <w:r>
        <w:t xml:space="preserve">    (b) someone who expresses disapproval</w:t>
      </w:r>
      <w:r>
        <w:br/>
      </w:r>
      <w:r>
        <w:t xml:space="preserve">    (c) purpose, job, or natural activity</w:t>
      </w:r>
    </w:p>
    <w:p>
      <w:pPr>
        <w:pStyle w:val="Compact"/>
        <w:numPr>
          <w:ilvl w:val="0"/>
          <w:numId w:val="1001"/>
        </w:numPr>
      </w:pPr>
      <w:r>
        <w:rPr>
          <w:b/>
          <w:bCs/>
        </w:rPr>
        <w:t xml:space="preserve">The slightest attempt on his part to break the conditions, if only two minutes before the end, released the banker from the</w:t>
      </w:r>
      <w:r>
        <w:rPr>
          <w:b/>
          <w:bCs/>
        </w:rPr>
        <w:t xml:space="preserve"> </w:t>
      </w:r>
      <w:r>
        <w:rPr>
          <w:b/>
          <w:bCs/>
          <w:u w:val="single"/>
        </w:rPr>
        <w:t xml:space="preserve">obligation</w:t>
      </w:r>
      <w:r>
        <w:rPr>
          <w:b/>
          <w:bCs/>
        </w:rPr>
        <w:t xml:space="preserve"> </w:t>
      </w:r>
      <w:r>
        <w:rPr>
          <w:b/>
          <w:bCs/>
        </w:rPr>
        <w:t xml:space="preserve">to pay him two millions.</w:t>
      </w:r>
      <w:r>
        <w:br/>
      </w:r>
      <w:r>
        <w:t xml:space="preserve">    (a) a duty</w:t>
      </w:r>
      <w:r>
        <w:br/>
      </w:r>
      <w:r>
        <w:t xml:space="preserve">    (b) battle</w:t>
      </w:r>
      <w:r>
        <w:br/>
      </w:r>
      <w:r>
        <w:t xml:space="preserve">    (c) memory</w:t>
      </w:r>
    </w:p>
    <w:p>
      <w:pPr>
        <w:pStyle w:val="Compact"/>
        <w:numPr>
          <w:ilvl w:val="0"/>
          <w:numId w:val="1001"/>
        </w:numPr>
      </w:pPr>
      <w:r>
        <w:rPr>
          <w:b/>
          <w:bCs/>
        </w:rPr>
        <w:t xml:space="preserve">In the first year the books he sent for were</w:t>
      </w:r>
      <w:r>
        <w:rPr>
          <w:b/>
          <w:bCs/>
        </w:rPr>
        <w:t xml:space="preserve"> </w:t>
      </w:r>
      <w:r>
        <w:rPr>
          <w:b/>
          <w:bCs/>
          <w:u w:val="single"/>
        </w:rPr>
        <w:t xml:space="preserve">principally</w:t>
      </w:r>
      <w:r>
        <w:rPr>
          <w:b/>
          <w:bCs/>
        </w:rPr>
        <w:t xml:space="preserve"> </w:t>
      </w:r>
      <w:r>
        <w:rPr>
          <w:b/>
          <w:bCs/>
        </w:rPr>
        <w:t xml:space="preserve">of a light character; novels with a complicated love plot, sensational and fantastic stories, and so on.</w:t>
      </w:r>
      <w:r>
        <w:br/>
      </w:r>
      <w:r>
        <w:t xml:space="preserve">    (a) primarily or most importantly</w:t>
      </w:r>
      <w:r>
        <w:br/>
      </w:r>
      <w:r>
        <w:t xml:space="preserve">    (b) in a manner that is poisonous</w:t>
      </w:r>
      <w:r>
        <w:br/>
      </w:r>
      <w:r>
        <w:t xml:space="preserve">    (c) in an offensively bold manner</w:t>
      </w:r>
    </w:p>
    <w:p>
      <w:pPr>
        <w:pStyle w:val="Compact"/>
        <w:numPr>
          <w:ilvl w:val="0"/>
          <w:numId w:val="1001"/>
        </w:numPr>
      </w:pPr>
      <w:r>
        <w:rPr>
          <w:b/>
          <w:bCs/>
        </w:rPr>
        <w:t xml:space="preserve">In the fifth year music was</w:t>
      </w:r>
      <w:r>
        <w:rPr>
          <w:b/>
          <w:bCs/>
        </w:rPr>
        <w:t xml:space="preserve"> </w:t>
      </w:r>
      <w:r>
        <w:rPr>
          <w:b/>
          <w:bCs/>
          <w:u w:val="single"/>
        </w:rPr>
        <w:t xml:space="preserve">audible</w:t>
      </w:r>
      <w:r>
        <w:rPr>
          <w:b/>
          <w:bCs/>
        </w:rPr>
        <w:t xml:space="preserve"> </w:t>
      </w:r>
      <w:r>
        <w:rPr>
          <w:b/>
          <w:bCs/>
        </w:rPr>
        <w:t xml:space="preserve">again, and the prisoner asked for wine.</w:t>
      </w:r>
      <w:r>
        <w:br/>
      </w:r>
      <w:r>
        <w:t xml:space="preserve">    (a) surrounding conditions</w:t>
      </w:r>
      <w:r>
        <w:br/>
      </w:r>
      <w:r>
        <w:t xml:space="preserve">    (b) not easily set on fire</w:t>
      </w:r>
      <w:r>
        <w:br/>
      </w:r>
      <w:r>
        <w:t xml:space="preserve">    (c) capable of being heard</w:t>
      </w:r>
    </w:p>
    <w:p>
      <w:pPr>
        <w:pStyle w:val="Compact"/>
        <w:numPr>
          <w:ilvl w:val="0"/>
          <w:numId w:val="1001"/>
        </w:numPr>
      </w:pPr>
      <w:r>
        <w:rPr>
          <w:b/>
          <w:bCs/>
        </w:rPr>
        <w:t xml:space="preserve">In the second half of the sixth year the prisoner began</w:t>
      </w:r>
      <w:r>
        <w:rPr>
          <w:b/>
          <w:bCs/>
        </w:rPr>
        <w:t xml:space="preserve"> </w:t>
      </w:r>
      <w:r>
        <w:rPr>
          <w:b/>
          <w:bCs/>
          <w:u w:val="single"/>
        </w:rPr>
        <w:t xml:space="preserve">zealously</w:t>
      </w:r>
      <w:r>
        <w:rPr>
          <w:b/>
          <w:bCs/>
        </w:rPr>
        <w:t xml:space="preserve"> </w:t>
      </w:r>
      <w:r>
        <w:rPr>
          <w:b/>
          <w:bCs/>
        </w:rPr>
        <w:t xml:space="preserve">studying languages, philosophy, and history.</w:t>
      </w:r>
      <w:r>
        <w:br/>
      </w:r>
      <w:r>
        <w:t xml:space="preserve">    (a) with careful thinking or discussion</w:t>
      </w:r>
      <w:r>
        <w:br/>
      </w:r>
      <w:r>
        <w:t xml:space="preserve">    (b) with active interest and enthusiasm</w:t>
      </w:r>
      <w:r>
        <w:br/>
      </w:r>
      <w:r>
        <w:t xml:space="preserve">    (c) in a manner that is excessively dry</w:t>
      </w:r>
    </w:p>
    <w:p>
      <w:pPr>
        <w:pStyle w:val="Compact"/>
        <w:numPr>
          <w:ilvl w:val="0"/>
          <w:numId w:val="1001"/>
        </w:numPr>
      </w:pPr>
      <w:r>
        <w:rPr>
          <w:b/>
          <w:bCs/>
        </w:rPr>
        <w:t xml:space="preserve">In the course of four years some six hundred volumes were</w:t>
      </w:r>
      <w:r>
        <w:rPr>
          <w:b/>
          <w:bCs/>
        </w:rPr>
        <w:t xml:space="preserve"> </w:t>
      </w:r>
      <w:r>
        <w:rPr>
          <w:b/>
          <w:bCs/>
          <w:u w:val="single"/>
        </w:rPr>
        <w:t xml:space="preserve">procured</w:t>
      </w:r>
      <w:r>
        <w:rPr>
          <w:b/>
          <w:bCs/>
        </w:rPr>
        <w:t xml:space="preserve"> </w:t>
      </w:r>
      <w:r>
        <w:rPr>
          <w:b/>
          <w:bCs/>
        </w:rPr>
        <w:t xml:space="preserve">at his request.</w:t>
      </w:r>
      <w:r>
        <w:br/>
      </w:r>
      <w:r>
        <w:t xml:space="preserve">    (a) recognized difference</w:t>
      </w:r>
      <w:r>
        <w:br/>
      </w:r>
      <w:r>
        <w:t xml:space="preserve">    (b) marked important text</w:t>
      </w:r>
      <w:r>
        <w:br/>
      </w:r>
      <w:r>
        <w:t xml:space="preserve">    (c) got by special effort</w:t>
      </w:r>
    </w:p>
    <w:p>
      <w:pPr>
        <w:pStyle w:val="Compact"/>
        <w:numPr>
          <w:ilvl w:val="0"/>
          <w:numId w:val="1001"/>
        </w:numPr>
      </w:pPr>
      <w:r>
        <w:rPr>
          <w:b/>
          <w:bCs/>
        </w:rPr>
        <w:t xml:space="preserve">It seemed strange to the banker that a man who in four years had mastered six hundred learned volumes should waste nearly a year over one thin book easy of</w:t>
      </w:r>
      <w:r>
        <w:rPr>
          <w:b/>
          <w:bCs/>
        </w:rPr>
        <w:t xml:space="preserve"> </w:t>
      </w:r>
      <w:r>
        <w:rPr>
          <w:b/>
          <w:bCs/>
          <w:u w:val="single"/>
        </w:rPr>
        <w:t xml:space="preserve">comprehension</w:t>
      </w:r>
      <w:r>
        <w:rPr>
          <w:b/>
          <w:bCs/>
        </w:rPr>
        <w:t xml:space="preserve">.</w:t>
      </w:r>
      <w:r>
        <w:br/>
      </w:r>
      <w:r>
        <w:t xml:space="preserve">    (a) the understanding of something</w:t>
      </w:r>
      <w:r>
        <w:br/>
      </w:r>
      <w:r>
        <w:t xml:space="preserve">    (b) a change; or a changed version</w:t>
      </w:r>
      <w:r>
        <w:br/>
      </w:r>
      <w:r>
        <w:t xml:space="preserve">    (c) a type of small portable radio</w:t>
      </w:r>
    </w:p>
    <w:p>
      <w:pPr>
        <w:pStyle w:val="Compact"/>
        <w:numPr>
          <w:ilvl w:val="0"/>
          <w:numId w:val="1001"/>
        </w:numPr>
      </w:pPr>
      <w:r>
        <w:rPr>
          <w:b/>
          <w:bCs/>
          <w:u w:val="single"/>
        </w:rPr>
        <w:t xml:space="preserve">Theology</w:t>
      </w:r>
      <w:r>
        <w:rPr>
          <w:b/>
          <w:bCs/>
        </w:rPr>
        <w:t xml:space="preserve"> </w:t>
      </w:r>
      <w:r>
        <w:rPr>
          <w:b/>
          <w:bCs/>
        </w:rPr>
        <w:t xml:space="preserve">and histories of religion followed the Gospels.</w:t>
      </w:r>
      <w:r>
        <w:br/>
      </w:r>
      <w:r>
        <w:t xml:space="preserve">    (a) microorganisms (living creatures so small it takes a microscope to see them)</w:t>
      </w:r>
      <w:r>
        <w:br/>
      </w:r>
      <w:r>
        <w:t xml:space="preserve">    (b) the smallest part of any material that cannot be broken up by chemical means</w:t>
      </w:r>
      <w:r>
        <w:br/>
      </w:r>
      <w:r>
        <w:t xml:space="preserve">    (c) the study of religion; or a particular system or school of religious beliefs</w:t>
      </w:r>
    </w:p>
    <w:p>
      <w:pPr>
        <w:pStyle w:val="Compact"/>
        <w:numPr>
          <w:ilvl w:val="0"/>
          <w:numId w:val="1001"/>
        </w:numPr>
      </w:pPr>
      <w:r>
        <w:rPr>
          <w:b/>
          <w:bCs/>
        </w:rPr>
        <w:t xml:space="preserve">He will take my last penny from me, he will marry, will enjoy life, will gamble on the Exchange; while I shall look at him with envy like a beggar, and hear from him every day the same sentence: "I am</w:t>
      </w:r>
      <w:r>
        <w:rPr>
          <w:b/>
          <w:bCs/>
        </w:rPr>
        <w:t xml:space="preserve"> </w:t>
      </w:r>
      <w:r>
        <w:rPr>
          <w:b/>
          <w:bCs/>
          <w:u w:val="single"/>
        </w:rPr>
        <w:t xml:space="preserve">indebted</w:t>
      </w:r>
      <w:r>
        <w:rPr>
          <w:b/>
          <w:bCs/>
        </w:rPr>
        <w:t xml:space="preserve"> </w:t>
      </w:r>
      <w:r>
        <w:rPr>
          <w:b/>
          <w:bCs/>
        </w:rPr>
        <w:t xml:space="preserve">to you for the happiness of my life, let me help you!"</w:t>
      </w:r>
      <w:r>
        <w:br/>
      </w:r>
      <w:r>
        <w:t xml:space="preserve">    (a) grateful</w:t>
      </w:r>
      <w:r>
        <w:br/>
      </w:r>
      <w:r>
        <w:t xml:space="preserve">    (b) influenced by personal belief, feelings, or preferences (rather than being based purely upon fact)</w:t>
      </w:r>
      <w:r>
        <w:br/>
      </w:r>
      <w:r>
        <w:t xml:space="preserve">    (c) the state or quality of expressing or displaying sexual activity or violence with detailed clarity</w:t>
      </w:r>
    </w:p>
    <w:p>
      <w:pPr>
        <w:pStyle w:val="Compact"/>
        <w:numPr>
          <w:ilvl w:val="0"/>
          <w:numId w:val="1001"/>
        </w:numPr>
      </w:pPr>
      <w:r>
        <w:rPr>
          <w:b/>
          <w:bCs/>
        </w:rPr>
        <w:t xml:space="preserve">And I have only to take this half-dead man, throw him on the bed, stifle him a little with the pillow, and the most</w:t>
      </w:r>
      <w:r>
        <w:rPr>
          <w:b/>
          <w:bCs/>
        </w:rPr>
        <w:t xml:space="preserve"> </w:t>
      </w:r>
      <w:r>
        <w:rPr>
          <w:b/>
          <w:bCs/>
          <w:u w:val="single"/>
        </w:rPr>
        <w:t xml:space="preserve">conscientious</w:t>
      </w:r>
      <w:r>
        <w:rPr>
          <w:b/>
          <w:bCs/>
        </w:rPr>
        <w:t xml:space="preserve"> </w:t>
      </w:r>
      <w:r>
        <w:rPr>
          <w:b/>
          <w:bCs/>
        </w:rPr>
        <w:t xml:space="preserve">expert would find no sign of a violent death.</w:t>
      </w:r>
      <w:r>
        <w:br/>
      </w:r>
      <w:r>
        <w:t xml:space="preserve">    (a) orbiting Earth once per day</w:t>
      </w:r>
      <w:r>
        <w:br/>
      </w:r>
      <w:r>
        <w:t xml:space="preserve">    (b) not attractive or desirable</w:t>
      </w:r>
      <w:r>
        <w:br/>
      </w:r>
      <w:r>
        <w:t xml:space="preserve">    (c) careful to do what is right</w:t>
      </w:r>
    </w:p>
    <w:p>
      <w:pPr>
        <w:pStyle w:val="Compact"/>
        <w:numPr>
          <w:ilvl w:val="0"/>
          <w:numId w:val="1001"/>
        </w:numPr>
      </w:pPr>
      <w:r>
        <w:rPr>
          <w:b/>
          <w:bCs/>
        </w:rPr>
        <w:t xml:space="preserve">And I</w:t>
      </w:r>
      <w:r>
        <w:rPr>
          <w:b/>
          <w:bCs/>
        </w:rPr>
        <w:t xml:space="preserve"> </w:t>
      </w:r>
      <w:r>
        <w:rPr>
          <w:b/>
          <w:bCs/>
          <w:u w:val="single"/>
        </w:rPr>
        <w:t xml:space="preserve">despise</w:t>
      </w:r>
      <w:r>
        <w:rPr>
          <w:b/>
          <w:bCs/>
        </w:rPr>
        <w:t xml:space="preserve"> </w:t>
      </w:r>
      <w:r>
        <w:rPr>
          <w:b/>
          <w:bCs/>
        </w:rPr>
        <w:t xml:space="preserve">your books, I despise wisdom and the blessings of this world.</w:t>
      </w:r>
      <w:r>
        <w:br/>
      </w:r>
      <w:r>
        <w:t xml:space="preserve">    (a) dislike strongly and look down upon</w:t>
      </w:r>
      <w:r>
        <w:br/>
      </w:r>
      <w:r>
        <w:t xml:space="preserve">    (b) to be overly unhappy and unsociable</w:t>
      </w:r>
      <w:r>
        <w:br/>
      </w:r>
      <w:r>
        <w:t xml:space="preserve">    (c) technical:  center or concentration</w:t>
      </w:r>
    </w:p>
    <w:p>
      <w:pPr>
        <w:pStyle w:val="Compact"/>
        <w:numPr>
          <w:ilvl w:val="0"/>
          <w:numId w:val="1001"/>
        </w:numPr>
      </w:pPr>
      <w:r>
        <w:rPr>
          <w:b/>
          <w:bCs/>
        </w:rPr>
        <w:t xml:space="preserve">It is all worthless,</w:t>
      </w:r>
      <w:r>
        <w:rPr>
          <w:b/>
          <w:bCs/>
        </w:rPr>
        <w:t xml:space="preserve"> </w:t>
      </w:r>
      <w:r>
        <w:rPr>
          <w:b/>
          <w:bCs/>
          <w:u w:val="single"/>
        </w:rPr>
        <w:t xml:space="preserve">fleeting</w:t>
      </w:r>
      <w:r>
        <w:rPr>
          <w:b/>
          <w:bCs/>
        </w:rPr>
        <w:t xml:space="preserve">, illusory, and deceptive, like a mirage.</w:t>
      </w:r>
      <w:r>
        <w:br/>
      </w:r>
      <w:r>
        <w:t xml:space="preserve">    (a) sensible and careful</w:t>
      </w:r>
      <w:r>
        <w:br/>
      </w:r>
      <w:r>
        <w:t xml:space="preserve">    (b) not demonstrative of</w:t>
      </w:r>
      <w:r>
        <w:br/>
      </w:r>
      <w:r>
        <w:t xml:space="preserve">    (c) lasting a short time</w:t>
      </w:r>
    </w:p>
    <w:p>
      <w:pPr>
        <w:pStyle w:val="Compact"/>
        <w:numPr>
          <w:ilvl w:val="0"/>
          <w:numId w:val="1001"/>
        </w:numPr>
      </w:pPr>
      <w:r>
        <w:rPr>
          <w:b/>
          <w:bCs/>
        </w:rPr>
        <w:t xml:space="preserve">It is all worthless, fleeting,</w:t>
      </w:r>
      <w:r>
        <w:rPr>
          <w:b/>
          <w:bCs/>
        </w:rPr>
        <w:t xml:space="preserve"> </w:t>
      </w:r>
      <w:r>
        <w:rPr>
          <w:b/>
          <w:bCs/>
          <w:u w:val="single"/>
        </w:rPr>
        <w:t xml:space="preserve">illusory</w:t>
      </w:r>
      <w:r>
        <w:rPr>
          <w:b/>
          <w:bCs/>
        </w:rPr>
        <w:t xml:space="preserve">, and deceptive, like a mirage.</w:t>
      </w:r>
      <w:r>
        <w:br/>
      </w:r>
      <w:r>
        <w:t xml:space="preserve">    (a) something that seems real or possible but is actually false or misleading</w:t>
      </w:r>
      <w:r>
        <w:br/>
      </w:r>
      <w:r>
        <w:t xml:space="preserve">    (b) the state or degree of not finding a condition or substance to be present</w:t>
      </w:r>
      <w:r>
        <w:br/>
      </w:r>
      <w:r>
        <w:t xml:space="preserve">    (c) finding fault and telling others; or tending to have unfavorable opinions</w:t>
      </w:r>
    </w:p>
    <w:p>
      <w:pPr>
        <w:pStyle w:val="Compact"/>
        <w:numPr>
          <w:ilvl w:val="0"/>
          <w:numId w:val="1001"/>
        </w:numPr>
      </w:pPr>
      <w:r>
        <w:rPr>
          <w:b/>
          <w:bCs/>
        </w:rPr>
        <w:t xml:space="preserve">It is all worthless, fleeting, illusory, and</w:t>
      </w:r>
      <w:r>
        <w:rPr>
          <w:b/>
          <w:bCs/>
        </w:rPr>
        <w:t xml:space="preserve"> </w:t>
      </w:r>
      <w:r>
        <w:rPr>
          <w:b/>
          <w:bCs/>
          <w:u w:val="single"/>
        </w:rPr>
        <w:t xml:space="preserve">deceptive</w:t>
      </w:r>
      <w:r>
        <w:rPr>
          <w:b/>
          <w:bCs/>
        </w:rPr>
        <w:t xml:space="preserve">, like a mirage.</w:t>
      </w:r>
      <w:r>
        <w:br/>
      </w:r>
      <w:r>
        <w:t xml:space="preserve">    (a) very large</w:t>
      </w:r>
      <w:r>
        <w:br/>
      </w:r>
      <w:r>
        <w:t xml:space="preserve">    (b) changeable</w:t>
      </w:r>
      <w:r>
        <w:br/>
      </w:r>
      <w:r>
        <w:t xml:space="preserve">    (c) misleading</w:t>
      </w:r>
    </w:p>
    <w:p>
      <w:pPr>
        <w:pStyle w:val="Compact"/>
        <w:numPr>
          <w:ilvl w:val="0"/>
          <w:numId w:val="1001"/>
        </w:numPr>
      </w:pPr>
      <w:r>
        <w:rPr>
          <w:b/>
          <w:bCs/>
        </w:rPr>
        <w:t xml:space="preserve">You may be proud, wise, and fine, but death will wipe you off the face of the earth as though you were no more than mice burrowing under the floor, and your</w:t>
      </w:r>
      <w:r>
        <w:rPr>
          <w:b/>
          <w:bCs/>
        </w:rPr>
        <w:t xml:space="preserve"> </w:t>
      </w:r>
      <w:r>
        <w:rPr>
          <w:b/>
          <w:bCs/>
          <w:u w:val="single"/>
        </w:rPr>
        <w:t xml:space="preserve">posterity</w:t>
      </w:r>
      <w:r>
        <w:rPr>
          <w:b/>
          <w:bCs/>
        </w:rPr>
        <w:t xml:space="preserve">, your history, your immortal geniuses will burn or freeze together with the earthly globe.</w:t>
      </w:r>
      <w:r>
        <w:br/>
      </w:r>
      <w:r>
        <w:t xml:space="preserve">    (a) all future generations</w:t>
      </w:r>
      <w:r>
        <w:br/>
      </w:r>
      <w:r>
        <w:t xml:space="preserve">    (b) lacks adequate funding</w:t>
      </w:r>
      <w:r>
        <w:br/>
      </w:r>
      <w:r>
        <w:t xml:space="preserve">    (c) not thinking carefully</w:t>
      </w:r>
    </w:p>
    <w:p>
      <w:pPr>
        <w:pStyle w:val="Compact"/>
        <w:numPr>
          <w:ilvl w:val="0"/>
          <w:numId w:val="1001"/>
        </w:numPr>
      </w:pPr>
      <w:r>
        <w:rPr>
          <w:b/>
          <w:bCs/>
        </w:rPr>
        <w:t xml:space="preserve">You may be proud, wise, and fine, but death will wipe you off the face of the earth as though you were no more than mice burrowing under the floor, and your posterity, your history, your</w:t>
      </w:r>
      <w:r>
        <w:rPr>
          <w:b/>
          <w:bCs/>
        </w:rPr>
        <w:t xml:space="preserve"> </w:t>
      </w:r>
      <w:r>
        <w:rPr>
          <w:b/>
          <w:bCs/>
          <w:u w:val="single"/>
        </w:rPr>
        <w:t xml:space="preserve">immortal</w:t>
      </w:r>
      <w:r>
        <w:rPr>
          <w:b/>
          <w:bCs/>
        </w:rPr>
        <w:t xml:space="preserve"> </w:t>
      </w:r>
      <w:r>
        <w:rPr>
          <w:b/>
          <w:bCs/>
        </w:rPr>
        <w:t xml:space="preserve">geniuses will burn or freeze together with the earthly globe.</w:t>
      </w:r>
      <w:r>
        <w:br/>
      </w:r>
      <w:r>
        <w:t xml:space="preserve">    (a) living or existing forever</w:t>
      </w:r>
      <w:r>
        <w:br/>
      </w:r>
      <w:r>
        <w:br/>
      </w:r>
      <w:r>
        <w:t xml:space="preserve">or:</w:t>
      </w:r>
      <w:r>
        <w:br/>
      </w:r>
      <w:r>
        <w:br/>
      </w:r>
      <w:r>
        <w:t xml:space="preserve">someone famous throughout history</w:t>
      </w:r>
      <w:r>
        <w:br/>
      </w:r>
      <w:r>
        <w:br/>
      </w:r>
      <w:r>
        <w:t xml:space="preserve">or:</w:t>
      </w:r>
      <w:r>
        <w:br/>
      </w:r>
      <w:r>
        <w:br/>
      </w:r>
      <w:r>
        <w:t xml:space="preserve">someone who will never die -- such as a mythological god</w:t>
      </w:r>
      <w:r>
        <w:br/>
      </w:r>
      <w:r>
        <w:t xml:space="preserve">    (b) relating to existentialism -- a philosophical movement that assumes each person is free to determine what is essential in their existence</w:t>
      </w:r>
      <w:r>
        <w:br/>
      </w:r>
      <w:r>
        <w:t xml:space="preserve">    (c) (adjective) of low quality, or of lower quality or rank than something else  OR  (more rarely as a noun) a person of lower rank or status</w:t>
      </w:r>
    </w:p>
    <w:p>
      <w:pPr>
        <w:pStyle w:val="Compact"/>
        <w:numPr>
          <w:ilvl w:val="0"/>
          <w:numId w:val="1001"/>
        </w:numPr>
      </w:pPr>
      <w:r>
        <w:rPr>
          <w:b/>
          <w:bCs/>
        </w:rPr>
        <w:t xml:space="preserve">You have taken lies for truth, and</w:t>
      </w:r>
      <w:r>
        <w:rPr>
          <w:b/>
          <w:bCs/>
        </w:rPr>
        <w:t xml:space="preserve"> </w:t>
      </w:r>
      <w:r>
        <w:rPr>
          <w:b/>
          <w:bCs/>
          <w:u w:val="single"/>
        </w:rPr>
        <w:t xml:space="preserve">hideousness</w:t>
      </w:r>
      <w:r>
        <w:rPr>
          <w:b/>
          <w:bCs/>
        </w:rPr>
        <w:t xml:space="preserve"> </w:t>
      </w:r>
      <w:r>
        <w:rPr>
          <w:b/>
          <w:bCs/>
        </w:rPr>
        <w:t xml:space="preserve">for beauty.</w:t>
      </w:r>
      <w:r>
        <w:br/>
      </w:r>
      <w:r>
        <w:t xml:space="preserve">    (a) the characteristic of demonstrating something</w:t>
      </w:r>
      <w:r>
        <w:br/>
      </w:r>
      <w:r>
        <w:t xml:space="preserve">    (b) the quality of not being sensible and careful</w:t>
      </w:r>
      <w:r>
        <w:br/>
      </w:r>
      <w:r>
        <w:t xml:space="preserve">    (c) extremely ugly, offensive, and/or frightening</w:t>
      </w:r>
    </w:p>
    <w:p>
      <w:pPr>
        <w:pStyle w:val="Compact"/>
        <w:numPr>
          <w:ilvl w:val="0"/>
          <w:numId w:val="1001"/>
        </w:numPr>
      </w:pPr>
      <w:r>
        <w:rPr>
          <w:b/>
          <w:bCs/>
        </w:rPr>
        <w:t xml:space="preserve">To</w:t>
      </w:r>
      <w:r>
        <w:rPr>
          <w:b/>
          <w:bCs/>
        </w:rPr>
        <w:t xml:space="preserve"> </w:t>
      </w:r>
      <w:r>
        <w:rPr>
          <w:b/>
          <w:bCs/>
          <w:u w:val="single"/>
        </w:rPr>
        <w:t xml:space="preserve">deprive</w:t>
      </w:r>
      <w:r>
        <w:rPr>
          <w:b/>
          <w:bCs/>
        </w:rPr>
        <w:t xml:space="preserve"> </w:t>
      </w:r>
      <w:r>
        <w:rPr>
          <w:b/>
          <w:bCs/>
        </w:rPr>
        <w:t xml:space="preserve">myself of the right to the money I shall go out from here five hours before the time fixed, and so break the compact....</w:t>
      </w:r>
      <w:r>
        <w:br/>
      </w:r>
      <w:r>
        <w:t xml:space="preserve">    (a) to take away or keep from having</w:t>
      </w:r>
      <w:r>
        <w:br/>
      </w:r>
      <w:r>
        <w:t xml:space="preserve">    (b) of the Netherlands or its people</w:t>
      </w:r>
      <w:r>
        <w:br/>
      </w:r>
      <w:r>
        <w:t xml:space="preserve">    (c) referring to any rocky mountains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2026-07-31T19:08:59Z</dcterms:created>
  <dcterms:modified xsi:type="dcterms:W3CDTF">2026-07-31T19:08:59Z</dcterms:modified>
</cp:coreProperties>
</file>

<file path=docProps/custom.xml><?xml version="1.0" encoding="utf-8"?>
<Properties xmlns="http://schemas.openxmlformats.org/officeDocument/2006/custom-properties" xmlns:vt="http://schemas.openxmlformats.org/officeDocument/2006/docPropsVTypes"/>
</file>