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3b0c1d4cac610cf00f2c02e171b804584e3458"/>
    <w:p>
      <w:pPr>
        <w:pStyle w:val="Heading1"/>
      </w:pPr>
      <w:r>
        <w:rPr>
          <w:b/>
          <w:bCs/>
        </w:rPr>
        <w:t xml:space="preserve">The Best of Me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they clung to the hope that Amanda was simply going through a rebellious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</w:t>
      </w:r>
      <w:r>
        <w:rPr>
          <w:b/>
          <w:bCs/>
        </w:rPr>
        <w:t xml:space="preserve">, and they tried to ignore it.</w:t>
      </w:r>
      <w:r>
        <w:br/>
      </w:r>
      <w:r>
        <w:t xml:space="preserve">    (a) a measure of north/south (relative to the equator) on the earth</w:t>
      </w:r>
      <w:r>
        <w:br/>
      </w:r>
      <w:r>
        <w:t xml:space="preserve">    (b) a stage in the development of something</w:t>
      </w:r>
      <w:r>
        <w:br/>
      </w:r>
      <w:r>
        <w:t xml:space="preserve">    (c) an optical device that produces an intense narrow beam of light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saw it when she first came to see me, and I guess I hoped it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phase</w:t>
      </w:r>
      <w:r>
        <w:rPr>
          <w:b/>
          <w:bCs/>
        </w:rPr>
        <w:t xml:space="preserve">, but the more she came to visit, the worse she seemed to be feeling.</w:t>
      </w:r>
      <w:r>
        <w:br/>
      </w:r>
      <w:r>
        <w:t xml:space="preserve">    (a) the act or process of stopping something from happening</w:t>
      </w:r>
      <w:r>
        <w:br/>
      </w:r>
      <w:r>
        <w:t xml:space="preserve">    (b) a period of time when someone exhibits unusual behavior</w:t>
      </w:r>
      <w:r>
        <w:br/>
      </w:r>
      <w:r>
        <w:t xml:space="preserve">    (c) an organization comprised of firms in a single industry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Despite her volunteer work 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Pediatric</w:t>
      </w:r>
      <w:r>
        <w:rPr>
          <w:b/>
          <w:bCs/>
        </w:rPr>
        <w:t xml:space="preserve"> </w:t>
      </w:r>
      <w:r>
        <w:rPr>
          <w:b/>
          <w:bCs/>
        </w:rPr>
        <w:t xml:space="preserve">Cancer Center at Duke University Hospital, her life largely revolved around the kids.</w:t>
      </w:r>
      <w:r>
        <w:br/>
      </w:r>
      <w:r>
        <w:t xml:space="preserve">    (a) someone who believes in doing things the way they have generally been done in the past</w:t>
      </w:r>
      <w:r>
        <w:br/>
      </w:r>
      <w:r>
        <w:t xml:space="preserve">    (b) psychoanalysis:  that part of the unconscious mind with primitive, instinctual desires</w:t>
      </w:r>
      <w:r>
        <w:br/>
      </w:r>
      <w:r>
        <w:t xml:space="preserve">    (c) related to the branch of medicine concerned with the treatment of infants and children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said nothing to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, but thinking back, she realized that he'd probably had his suspicions.</w:t>
      </w:r>
      <w:r>
        <w:br/>
      </w:r>
      <w:r>
        <w:t xml:space="preserve">    (a) in a manner that tries to obtain a result through gentle and careful effort -- often gently persuading</w:t>
      </w:r>
      <w:r>
        <w:br/>
      </w:r>
      <w:r>
        <w:t xml:space="preserve">    (b) in an extremely negative manner -- often implying extreme hopelessness, misery, shame, or desperation</w:t>
      </w:r>
      <w:r>
        <w:br/>
      </w:r>
      <w:r>
        <w:t xml:space="preserve">    (c) in a straightforward manner (open and uncomplicated)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that didn't stop him from making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directly</w:t>
      </w:r>
      <w:r>
        <w:rPr>
          <w:b/>
          <w:bCs/>
        </w:rPr>
        <w:t xml:space="preserve"> </w:t>
      </w:r>
      <w:r>
        <w:rPr>
          <w:b/>
          <w:bCs/>
        </w:rPr>
        <w:t xml:space="preserve">for the back room of his shack, where he kept all his weapons.</w:t>
      </w:r>
      <w:r>
        <w:br/>
      </w:r>
      <w:r>
        <w:t xml:space="preserve">    (a) immediately</w:t>
      </w:r>
      <w:r>
        <w:br/>
      </w:r>
      <w:r>
        <w:t xml:space="preserve">    (b) in a manner that is not sexually attractive, or persuasively tempting</w:t>
      </w:r>
      <w:r>
        <w:br/>
      </w:r>
      <w:r>
        <w:t xml:space="preserve">    (c) in a manner that is appropriate or related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either side of the highway, farmhouses were set back from the road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interspersed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occasional tobacco barn that had fallen into ruin.</w:t>
      </w:r>
      <w:r>
        <w:br/>
      </w:r>
      <w:r>
        <w:t xml:space="preserve">    (a) to place something at irregular intervals in something else; or to mix two things irregularly</w:t>
      </w:r>
      <w:r>
        <w:br/>
      </w:r>
      <w:r>
        <w:t xml:space="preserve">    (b) light-emitting diode -- a semiconductor device that emits light when current flows through it</w:t>
      </w:r>
      <w:r>
        <w:br/>
      </w:r>
      <w:r>
        <w:t xml:space="preserve">    (c) doors divided in such a fashion that the bottom half may remain shut while the top half opens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suppose," he answered, and 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suppress</w:t>
      </w:r>
      <w:r>
        <w:rPr>
          <w:b/>
          <w:bCs/>
        </w:rPr>
        <w:t xml:space="preserve"> </w:t>
      </w:r>
      <w:r>
        <w:rPr>
          <w:b/>
          <w:bCs/>
        </w:rPr>
        <w:t xml:space="preserve">a smile.</w:t>
      </w:r>
      <w:r>
        <w:br/>
      </w:r>
      <w:r>
        <w:t xml:space="preserve">    (a) trying to keep under control</w:t>
      </w:r>
      <w:r>
        <w:br/>
      </w:r>
      <w:r>
        <w:t xml:space="preserve">    (b) tell someone about something</w:t>
      </w:r>
      <w:r>
        <w:br/>
      </w:r>
      <w:r>
        <w:t xml:space="preserve">    (c) something repeated regularly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evaluated</w:t>
      </w:r>
      <w:r>
        <w:rPr>
          <w:b/>
          <w:bCs/>
        </w:rPr>
        <w:t xml:space="preserve"> </w:t>
      </w:r>
      <w:r>
        <w:rPr>
          <w:b/>
          <w:bCs/>
        </w:rPr>
        <w:t xml:space="preserve">his answer.</w:t>
      </w:r>
      <w:r>
        <w:br/>
      </w:r>
      <w:r>
        <w:t xml:space="preserve">    (a) thought carefully and made a judgment about</w:t>
      </w:r>
      <w:r>
        <w:br/>
      </w:r>
      <w:r>
        <w:t xml:space="preserve">    (b) began speaking with someone about something</w:t>
      </w:r>
      <w:r>
        <w:br/>
      </w:r>
      <w:r>
        <w:t xml:space="preserve">    (c) made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sometimes felt guilty about having the Bonners followed, but he had to know whether he'd been able to make even the smallest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 in their lives.</w:t>
      </w:r>
      <w:r>
        <w:br/>
      </w:r>
      <w:r>
        <w:t xml:space="preserve">    (a) impossible to find</w:t>
      </w:r>
      <w:r>
        <w:br/>
      </w:r>
      <w:r>
        <w:t xml:space="preserve">    (b) not representative</w:t>
      </w:r>
      <w:r>
        <w:br/>
      </w:r>
      <w:r>
        <w:t xml:space="preserve">    (c) good or beneficial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"You're sure?"</w:t>
      </w:r>
      <w:r>
        <w:br/>
      </w: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."</w:t>
      </w:r>
      <w:r>
        <w:br/>
      </w:r>
      <w:r>
        <w:t xml:space="preserve">    (a) outside</w:t>
      </w:r>
      <w:r>
        <w:br/>
      </w:r>
      <w:r>
        <w:t xml:space="preserve">    (b) certain</w:t>
      </w:r>
      <w:r>
        <w:br/>
      </w:r>
      <w:r>
        <w:t xml:space="preserve">    (c) various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her fancy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economics</w:t>
      </w:r>
      <w:r>
        <w:rPr>
          <w:b/>
          <w:bCs/>
        </w:rPr>
        <w:t xml:space="preserve"> </w:t>
      </w:r>
      <w:r>
        <w:rPr>
          <w:b/>
          <w:bCs/>
        </w:rPr>
        <w:t xml:space="preserve">degree from UNC didn't buy her a pass.</w:t>
      </w:r>
      <w:r>
        <w:br/>
      </w:r>
      <w:r>
        <w:t xml:space="preserve">    (a) baseball:  pitches thrown with little spin (so that they move in an unpredictable manner)</w:t>
      </w:r>
      <w:r>
        <w:br/>
      </w:r>
      <w:r>
        <w:t xml:space="preserve">    (b) the study of how limited resources are allocated in an attempt to satisfy unlimited wants</w:t>
      </w:r>
      <w:r>
        <w:br/>
      </w:r>
      <w:r>
        <w:t xml:space="preserve">    (c) the quality of accepting what happens without trying to take control or reacting strongly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Nonetheless</w:t>
      </w:r>
      <w:r>
        <w:rPr>
          <w:b/>
          <w:bCs/>
        </w:rPr>
        <w:t xml:space="preserve">, he sounded glad to hear her voice.</w:t>
      </w:r>
      <w:r>
        <w:br/>
      </w:r>
      <w:r>
        <w:t xml:space="preserve">    (a) in spite of that (used to connect contrasting ideas)</w:t>
      </w:r>
      <w:r>
        <w:br/>
      </w:r>
      <w:r>
        <w:t xml:space="preserve">    (b) therefore (for that reason)</w:t>
      </w:r>
      <w:r>
        <w:br/>
      </w:r>
      <w:r>
        <w:t xml:space="preserve">    (c) in keeping with or in agreement with what was just stated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didn't know, but the more he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on what he'd actually seen, the more it began to slip away.</w:t>
      </w:r>
      <w:r>
        <w:br/>
      </w:r>
      <w:r>
        <w:t xml:space="preserve">    (a) a real estate loan; or pledging something for a loan</w:t>
      </w:r>
      <w:r>
        <w:br/>
      </w:r>
      <w:r>
        <w:t xml:space="preserve">    (b) make one's home in; or live in; or stay (in a place)</w:t>
      </w:r>
      <w:r>
        <w:br/>
      </w:r>
      <w:r>
        <w:t xml:space="preserve">    (c) concentrate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Only slowly did the world come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focus</w:t>
      </w:r>
      <w:r>
        <w:rPr>
          <w:b/>
          <w:bCs/>
        </w:rPr>
        <w:t xml:space="preserve"> </w:t>
      </w:r>
      <w:r>
        <w:rPr>
          <w:b/>
          <w:bCs/>
        </w:rPr>
        <w:t xml:space="preserve">again.</w:t>
      </w:r>
      <w:r>
        <w:br/>
      </w:r>
      <w:r>
        <w:t xml:space="preserve">    (a) software that stops uninvited software from spreading between computers and causing damage to data and software</w:t>
      </w:r>
      <w:r>
        <w:br/>
      </w:r>
      <w:r>
        <w:t xml:space="preserve">    (b) view (a state where something can be seen clearly)</w:t>
      </w:r>
      <w:r>
        <w:br/>
      </w:r>
      <w:r>
        <w:t xml:space="preserve">    (c) a condition where the body cannot properly regulate blood sugar levels because it produces little or no insulin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talked, we ate,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reminisced</w:t>
      </w:r>
      <w:r>
        <w:rPr>
          <w:b/>
          <w:bCs/>
        </w:rPr>
        <w:t xml:space="preserve">," he pointed out.</w:t>
      </w:r>
      <w:r>
        <w:br/>
      </w:r>
      <w:r>
        <w:t xml:space="preserve">    (a) to talk or think fondly about past experiences</w:t>
      </w:r>
      <w:r>
        <w:br/>
      </w:r>
      <w:r>
        <w:t xml:space="preserve">    (b) considered (for affect on a result or outcome)</w:t>
      </w:r>
      <w:r>
        <w:br/>
      </w:r>
      <w:r>
        <w:t xml:space="preserve">    (c) held together (connected or united) or wrapped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 he was gone, leaving her with the certainty that whatever the consequences, her life had already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irrevocably</w:t>
      </w:r>
      <w:r>
        <w:rPr>
          <w:b/>
          <w:bCs/>
        </w:rPr>
        <w:t xml:space="preserve"> </w:t>
      </w:r>
      <w:r>
        <w:rPr>
          <w:b/>
          <w:bCs/>
        </w:rPr>
        <w:t xml:space="preserve">altered in ways she'd never imagined possible.</w:t>
      </w:r>
      <w:r>
        <w:br/>
      </w:r>
      <w:r>
        <w:t xml:space="preserve">    (a) separately in the specified order</w:t>
      </w:r>
      <w:r>
        <w:br/>
      </w:r>
      <w:r>
        <w:t xml:space="preserve">    (b) in a manner that cannot be undone</w:t>
      </w:r>
      <w:r>
        <w:br/>
      </w:r>
      <w:r>
        <w:t xml:space="preserve">    (c) in the manner of an investigation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halogen streetlights cast an eerie glow on the macadam,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highlighting</w:t>
      </w:r>
      <w:r>
        <w:rPr>
          <w:b/>
          <w:bCs/>
        </w:rPr>
        <w:t xml:space="preserve"> </w:t>
      </w:r>
      <w:r>
        <w:rPr>
          <w:b/>
          <w:bCs/>
        </w:rPr>
        <w:t xml:space="preserve">the route that led to Rick's, taunting him with the possibility that he might never make it there.</w:t>
      </w:r>
      <w:r>
        <w:br/>
      </w:r>
      <w:r>
        <w:t xml:space="preserve">    (a) a non-doctor assisting a women in childbirth</w:t>
      </w:r>
      <w:r>
        <w:br/>
      </w:r>
      <w:r>
        <w:t xml:space="preserve">    (b) emphasizing (drawing attention to)</w:t>
      </w:r>
      <w:r>
        <w:br/>
      </w:r>
      <w:r>
        <w:t xml:space="preserve">    (c) challenging, arguing about, or fighting over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Ted started kicking him in the kidneys,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yielding</w:t>
      </w:r>
      <w:r>
        <w:rPr>
          <w:b/>
          <w:bCs/>
        </w:rPr>
        <w:t xml:space="preserve"> </w:t>
      </w:r>
      <w:r>
        <w:rPr>
          <w:b/>
          <w:bCs/>
        </w:rPr>
        <w:t xml:space="preserve">bursts of white-hot agony.</w:t>
      </w:r>
      <w:r>
        <w:br/>
      </w:r>
      <w:r>
        <w:t xml:space="preserve">    (a) gradually adding or removing</w:t>
      </w:r>
      <w:r>
        <w:br/>
      </w:r>
      <w:r>
        <w:t xml:space="preserve">    (b) producing</w:t>
      </w:r>
      <w:r>
        <w:br/>
      </w:r>
      <w:r>
        <w:t xml:space="preserve">    (c) subsequent (happening later)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nurse wouldn't answer, and her expression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unyielding</w:t>
      </w:r>
      <w:r>
        <w:rPr>
          <w:b/>
          <w:bCs/>
        </w:rPr>
        <w:t xml:space="preserve">.</w:t>
      </w:r>
      <w:r>
        <w:br/>
      </w:r>
      <w:r>
        <w:t xml:space="preserve">    (a) rude or unfriendly because of using too few words or moving too quickly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firm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precedent</w:t>
      </w:r>
      <w:r>
        <w:rPr>
          <w:b/>
          <w:bCs/>
        </w:rPr>
        <w:t xml:space="preserve"> </w:t>
      </w:r>
      <w:r>
        <w:rPr>
          <w:b/>
          <w:bCs/>
        </w:rPr>
        <w:t xml:space="preserve">for a patient like Jared to be added to the waiting list.</w:t>
      </w:r>
      <w:r>
        <w:br/>
      </w:r>
      <w:r>
        <w:t xml:space="preserve">    (a) related to a mental illness most commonly associated with undeveloped social abilities, language, and other communication skills</w:t>
      </w:r>
      <w:r>
        <w:br/>
      </w:r>
      <w:r>
        <w:t xml:space="preserve">    (b) related to accepting someone's membership though a special procedure such as a ceremony and/or period of instruction and/or test</w:t>
      </w:r>
      <w:r>
        <w:br/>
      </w:r>
      <w:r>
        <w:t xml:space="preserve">    (c) an example from a prior time -- typically used to justify similar occurrences at a later time (especially a judicial decision)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2026-07-31T19:28:15Z</dcterms:created>
  <dcterms:modified xsi:type="dcterms:W3CDTF">2026-07-31T19:28:15Z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