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137ba9629e2367671b588e198049805224cc289"/>
    <w:p>
      <w:pPr>
        <w:pStyle w:val="Heading1"/>
      </w:pPr>
      <w:r>
        <w:rPr>
          <w:b/>
          <w:bCs/>
        </w:rPr>
        <w:t xml:space="preserve">The Bell Jar</w:t>
      </w:r>
      <w:r>
        <w:br/>
      </w:r>
      <w:r>
        <w:rPr>
          <w:i/>
          <w:iCs/>
        </w:rPr>
        <w:t xml:space="preserve">Sylvia Plath</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Oh, he'd managed to get good marks all right ..., but he didn't have one speck of</w:t>
      </w:r>
      <w:r>
        <w:rPr>
          <w:b/>
          <w:bCs/>
        </w:rPr>
        <w:t xml:space="preserve"> </w:t>
      </w:r>
      <w:r>
        <w:rPr>
          <w:b/>
          <w:bCs/>
          <w:u w:val="single"/>
        </w:rPr>
        <w:t xml:space="preserve">intuition</w:t>
      </w:r>
      <w:r>
        <w:rPr>
          <w:b/>
          <w:bCs/>
        </w:rPr>
        <w:t xml:space="preserve">.</w:t>
      </w:r>
      <w:r>
        <w:br/>
      </w:r>
      <w:r>
        <w:t xml:space="preserve">    (a) someone with a potentially life-threatening psychological eating disorder that prevents eating enough food</w:t>
      </w:r>
      <w:r>
        <w:br/>
      </w:r>
      <w:r>
        <w:t xml:space="preserve">    (b) the ability to known instinctively rather than through reasoning</w:t>
      </w:r>
      <w:r>
        <w:br/>
      </w:r>
      <w:r>
        <w:t xml:space="preserve">    (c) the redirection energy from a negative (unacceptable) impulse or urge into a positive or acceptable action</w:t>
      </w:r>
    </w:p>
    <w:p>
      <w:pPr>
        <w:pStyle w:val="Compact"/>
        <w:numPr>
          <w:ilvl w:val="0"/>
          <w:numId w:val="1001"/>
        </w:numPr>
      </w:pPr>
      <w:r>
        <w:rPr>
          <w:b/>
          <w:bCs/>
        </w:rPr>
        <w:t xml:space="preserve">Buddy Willard and the other college boys I knew were usually too poor to buy hard liquor or they</w:t>
      </w:r>
      <w:r>
        <w:rPr>
          <w:b/>
          <w:bCs/>
        </w:rPr>
        <w:t xml:space="preserve"> </w:t>
      </w:r>
      <w:r>
        <w:rPr>
          <w:b/>
          <w:bCs/>
          <w:u w:val="single"/>
        </w:rPr>
        <w:t xml:space="preserve">scorned</w:t>
      </w:r>
      <w:r>
        <w:rPr>
          <w:b/>
          <w:bCs/>
        </w:rPr>
        <w:t xml:space="preserve"> </w:t>
      </w:r>
      <w:r>
        <w:rPr>
          <w:b/>
          <w:bCs/>
        </w:rPr>
        <w:t xml:space="preserve">drinking altogether.</w:t>
      </w:r>
      <w:r>
        <w:br/>
      </w:r>
      <w:r>
        <w:t xml:space="preserve">    (a) disrespected or rejected</w:t>
      </w:r>
      <w:r>
        <w:br/>
      </w:r>
      <w:r>
        <w:t xml:space="preserve">    (b) quoted (to make a point)</w:t>
      </w:r>
      <w:r>
        <w:br/>
      </w:r>
      <w:r>
        <w:t xml:space="preserve">    (c) mirrored back (an image)</w:t>
      </w:r>
    </w:p>
    <w:p>
      <w:pPr>
        <w:pStyle w:val="Compact"/>
        <w:numPr>
          <w:ilvl w:val="0"/>
          <w:numId w:val="1001"/>
        </w:numPr>
      </w:pPr>
      <w:r>
        <w:rPr>
          <w:b/>
          <w:bCs/>
        </w:rPr>
        <w:t xml:space="preserve">At college I had to take a required course in</w:t>
      </w:r>
      <w:r>
        <w:rPr>
          <w:b/>
          <w:bCs/>
        </w:rPr>
        <w:t xml:space="preserve"> </w:t>
      </w:r>
      <w:r>
        <w:rPr>
          <w:b/>
          <w:bCs/>
          <w:u w:val="single"/>
        </w:rPr>
        <w:t xml:space="preserve">physics</w:t>
      </w:r>
      <w:r>
        <w:rPr>
          <w:b/>
          <w:bCs/>
        </w:rPr>
        <w:t xml:space="preserve"> </w:t>
      </w:r>
      <w:r>
        <w:rPr>
          <w:b/>
          <w:bCs/>
        </w:rPr>
        <w:t xml:space="preserve">and chemistry.</w:t>
      </w:r>
      <w:r>
        <w:br/>
      </w:r>
      <w:r>
        <w:t xml:space="preserve">    (a) referring to any rocky mountains</w:t>
      </w:r>
      <w:r>
        <w:br/>
      </w:r>
      <w:r>
        <w:t xml:space="preserve">    (b) lacking things most people enjoy</w:t>
      </w:r>
      <w:r>
        <w:br/>
      </w:r>
      <w:r>
        <w:t xml:space="preserve">    (c) the science of matter and energy</w:t>
      </w:r>
    </w:p>
    <w:p>
      <w:pPr>
        <w:pStyle w:val="Compact"/>
        <w:numPr>
          <w:ilvl w:val="0"/>
          <w:numId w:val="1001"/>
        </w:numPr>
      </w:pPr>
      <w:r>
        <w:rPr>
          <w:b/>
          <w:bCs/>
        </w:rPr>
        <w:t xml:space="preserve">I discovered quite by accident what an awful</w:t>
      </w:r>
      <w:r>
        <w:rPr>
          <w:b/>
          <w:bCs/>
        </w:rPr>
        <w:t xml:space="preserve"> </w:t>
      </w:r>
      <w:r>
        <w:rPr>
          <w:b/>
          <w:bCs/>
          <w:u w:val="single"/>
        </w:rPr>
        <w:t xml:space="preserve">hypocrite</w:t>
      </w:r>
      <w:r>
        <w:rPr>
          <w:b/>
          <w:bCs/>
        </w:rPr>
        <w:t xml:space="preserve"> </w:t>
      </w:r>
      <w:r>
        <w:rPr>
          <w:b/>
          <w:bCs/>
        </w:rPr>
        <w:t xml:space="preserve">he [Buddy Willard] was,</w:t>
      </w:r>
      <w:r>
        <w:br/>
      </w:r>
      <w:r>
        <w:t xml:space="preserve">    (a) found a condition or substance to be present</w:t>
      </w:r>
      <w:r>
        <w:br/>
      </w:r>
      <w:r>
        <w:t xml:space="preserve">    (b) Nazi organization for children aged 10 to 18</w:t>
      </w:r>
      <w:r>
        <w:br/>
      </w:r>
      <w:r>
        <w:t xml:space="preserve">    (c) someone who says one thing and does another</w:t>
      </w:r>
    </w:p>
    <w:p>
      <w:pPr>
        <w:pStyle w:val="Compact"/>
        <w:numPr>
          <w:ilvl w:val="0"/>
          <w:numId w:val="1001"/>
        </w:numPr>
      </w:pPr>
      <w:r>
        <w:rPr>
          <w:b/>
          <w:bCs/>
        </w:rPr>
        <w:t xml:space="preserve">I hated coming downstairs sweaty-handed and curious every Saturday night and having some senior introduce me to her aunt's best friend's son and finding some pale, mushroomy fellow with</w:t>
      </w:r>
      <w:r>
        <w:rPr>
          <w:b/>
          <w:bCs/>
        </w:rPr>
        <w:t xml:space="preserve"> </w:t>
      </w:r>
      <w:r>
        <w:rPr>
          <w:b/>
          <w:bCs/>
          <w:u w:val="single"/>
        </w:rPr>
        <w:t xml:space="preserve">protruding</w:t>
      </w:r>
      <w:r>
        <w:rPr>
          <w:b/>
          <w:bCs/>
        </w:rPr>
        <w:t xml:space="preserve"> </w:t>
      </w:r>
      <w:r>
        <w:rPr>
          <w:b/>
          <w:bCs/>
        </w:rPr>
        <w:t xml:space="preserve">ears or buck teeth or a bad leg.</w:t>
      </w:r>
      <w:r>
        <w:br/>
      </w:r>
      <w:r>
        <w:t xml:space="preserve">    (a) getting near</w:t>
      </w:r>
      <w:r>
        <w:br/>
      </w:r>
      <w:r>
        <w:t xml:space="preserve">    (b) sticking out</w:t>
      </w:r>
      <w:r>
        <w:br/>
      </w:r>
      <w:r>
        <w:t xml:space="preserve">    (c) hiring again</w:t>
      </w:r>
    </w:p>
    <w:p>
      <w:pPr>
        <w:pStyle w:val="Compact"/>
        <w:numPr>
          <w:ilvl w:val="0"/>
          <w:numId w:val="1001"/>
        </w:numPr>
      </w:pPr>
      <w:r>
        <w:rPr>
          <w:b/>
          <w:bCs/>
        </w:rPr>
        <w:t xml:space="preserve">These</w:t>
      </w:r>
      <w:r>
        <w:rPr>
          <w:b/>
          <w:bCs/>
        </w:rPr>
        <w:t xml:space="preserve"> </w:t>
      </w:r>
      <w:r>
        <w:rPr>
          <w:b/>
          <w:bCs/>
          <w:u w:val="single"/>
        </w:rPr>
        <w:t xml:space="preserve">cadavers</w:t>
      </w:r>
      <w:r>
        <w:rPr>
          <w:b/>
          <w:bCs/>
        </w:rPr>
        <w:t xml:space="preserve"> </w:t>
      </w:r>
      <w:r>
        <w:rPr>
          <w:b/>
          <w:bCs/>
        </w:rPr>
        <w:t xml:space="preserve">were so unhuman-looking they didn't bother me a bit.</w:t>
      </w:r>
      <w:r>
        <w:br/>
      </w:r>
      <w:r>
        <w:t xml:space="preserve">    (a) organizations, each of which is comprised of firms in a single industry</w:t>
      </w:r>
      <w:r>
        <w:br/>
      </w:r>
      <w:r>
        <w:t xml:space="preserve">    (b) dead bodies of human beings -- especially in reference to medical study</w:t>
      </w:r>
      <w:r>
        <w:br/>
      </w:r>
      <w:r>
        <w:t xml:space="preserve">    (c) groups of government representatives that have the power to create laws</w:t>
      </w:r>
    </w:p>
    <w:p>
      <w:pPr>
        <w:pStyle w:val="Compact"/>
        <w:numPr>
          <w:ilvl w:val="0"/>
          <w:numId w:val="1001"/>
        </w:numPr>
      </w:pPr>
      <w:r>
        <w:rPr>
          <w:b/>
          <w:bCs/>
        </w:rPr>
        <w:t xml:space="preserve">He even seemed relieved to have somebody to tell about how he was</w:t>
      </w:r>
      <w:r>
        <w:rPr>
          <w:b/>
          <w:bCs/>
        </w:rPr>
        <w:t xml:space="preserve"> </w:t>
      </w:r>
      <w:r>
        <w:rPr>
          <w:b/>
          <w:bCs/>
          <w:u w:val="single"/>
        </w:rPr>
        <w:t xml:space="preserve">seduced</w:t>
      </w:r>
      <w:r>
        <w:rPr>
          <w:b/>
          <w:bCs/>
        </w:rPr>
        <w:t xml:space="preserve">.</w:t>
      </w:r>
      <w:r>
        <w:br/>
      </w:r>
      <w:r>
        <w:t xml:space="preserve">    (a) not having a relationship whereby a change in one thing helps predict a change in another</w:t>
      </w:r>
      <w:r>
        <w:br/>
      </w:r>
      <w:r>
        <w:t xml:space="preserve">    (b) (verb) created, started, settled, or set in a place  OR  (adjective) existing, or familiar</w:t>
      </w:r>
      <w:r>
        <w:br/>
      </w:r>
      <w:r>
        <w:t xml:space="preserve">    (c) lured or enticed  to do something he would not normally do</w:t>
      </w:r>
    </w:p>
    <w:p>
      <w:pPr>
        <w:pStyle w:val="Compact"/>
        <w:numPr>
          <w:ilvl w:val="0"/>
          <w:numId w:val="1001"/>
        </w:numPr>
      </w:pPr>
      <w:r>
        <w:rPr>
          <w:b/>
          <w:bCs/>
        </w:rPr>
        <w:t xml:space="preserve">And while Constantin and I sat in one of those hushed plush auditoriums in the UN, next to a stern muscular Russian girl with no makeup who was a</w:t>
      </w:r>
      <w:r>
        <w:rPr>
          <w:b/>
          <w:bCs/>
        </w:rPr>
        <w:t xml:space="preserve"> </w:t>
      </w:r>
      <w:r>
        <w:rPr>
          <w:b/>
          <w:bCs/>
          <w:u w:val="single"/>
        </w:rPr>
        <w:t xml:space="preserve">simultaneous</w:t>
      </w:r>
      <w:r>
        <w:rPr>
          <w:b/>
          <w:bCs/>
        </w:rPr>
        <w:t xml:space="preserve"> </w:t>
      </w:r>
      <w:r>
        <w:rPr>
          <w:b/>
          <w:bCs/>
        </w:rPr>
        <w:t xml:space="preserve">interpreter like Constantin, I thought how strange it had never occurred to me before that I was only purely happy until I was nine years old.</w:t>
      </w:r>
      <w:r>
        <w:br/>
      </w:r>
      <w:r>
        <w:t xml:space="preserve">    (a) likely to change</w:t>
      </w:r>
      <w:r>
        <w:br/>
      </w:r>
      <w:r>
        <w:t xml:space="preserve">    (b) at the same time</w:t>
      </w:r>
      <w:r>
        <w:br/>
      </w:r>
      <w:r>
        <w:t xml:space="preserve">    (c) able to be found</w:t>
      </w:r>
    </w:p>
    <w:p>
      <w:pPr>
        <w:pStyle w:val="Compact"/>
        <w:numPr>
          <w:ilvl w:val="0"/>
          <w:numId w:val="1001"/>
        </w:numPr>
      </w:pPr>
      <w:r>
        <w:rPr>
          <w:b/>
          <w:bCs/>
        </w:rPr>
        <w:t xml:space="preserve">For the first time in my life, sitting there in the soundproof heart of the UN building between Constantin who could play tennis as well as simultaneously interpret and the Russian girl who knew so many</w:t>
      </w:r>
      <w:r>
        <w:rPr>
          <w:b/>
          <w:bCs/>
        </w:rPr>
        <w:t xml:space="preserve"> </w:t>
      </w:r>
      <w:r>
        <w:rPr>
          <w:b/>
          <w:bCs/>
          <w:u w:val="single"/>
        </w:rPr>
        <w:t xml:space="preserve">idioms</w:t>
      </w:r>
      <w:r>
        <w:rPr>
          <w:b/>
          <w:bCs/>
        </w:rPr>
        <w:t xml:space="preserve">, I felt dreadfully inadequate.</w:t>
      </w:r>
      <w:r>
        <w:br/>
      </w:r>
      <w:r>
        <w:t xml:space="preserve">    (a) different ways of doing something; or routes that lead to a particular place</w:t>
      </w:r>
      <w:r>
        <w:br/>
      </w:r>
      <w:r>
        <w:t xml:space="preserve">    (b) world's premier bicycle races - run annually for 3 weeks primarily in France</w:t>
      </w:r>
      <w:r>
        <w:br/>
      </w:r>
      <w:r>
        <w:t xml:space="preserve">    (c) expressions whose meanings cannot be inferred from the meanings of the words that make them up</w:t>
      </w:r>
    </w:p>
    <w:p>
      <w:pPr>
        <w:pStyle w:val="Compact"/>
        <w:numPr>
          <w:ilvl w:val="0"/>
          <w:numId w:val="1001"/>
        </w:numPr>
      </w:pPr>
      <w:r>
        <w:rPr>
          <w:b/>
          <w:bCs/>
        </w:rPr>
        <w:t xml:space="preserve">I also remembered Buddy Willard saying in a</w:t>
      </w:r>
      <w:r>
        <w:rPr>
          <w:b/>
          <w:bCs/>
        </w:rPr>
        <w:t xml:space="preserve"> </w:t>
      </w:r>
      <w:r>
        <w:rPr>
          <w:b/>
          <w:bCs/>
          <w:u w:val="single"/>
        </w:rPr>
        <w:t xml:space="preserve">sinister</w:t>
      </w:r>
      <w:r>
        <w:rPr>
          <w:b/>
          <w:bCs/>
        </w:rPr>
        <w:t xml:space="preserve">, knowing way that after I had children I would feel differently, I wouldn't want to write poems any more.</w:t>
      </w:r>
      <w:r>
        <w:br/>
      </w:r>
      <w:r>
        <w:t xml:space="preserve">    (a) not able to be disagreed with</w:t>
      </w:r>
      <w:r>
        <w:br/>
      </w:r>
      <w:r>
        <w:t xml:space="preserve">    (b) not thoughtful about the past</w:t>
      </w:r>
      <w:r>
        <w:br/>
      </w:r>
      <w:r>
        <w:t xml:space="preserve">    (c) evil, harmful, or frightening</w:t>
      </w:r>
    </w:p>
    <w:p>
      <w:pPr>
        <w:pStyle w:val="Compact"/>
        <w:numPr>
          <w:ilvl w:val="0"/>
          <w:numId w:val="1001"/>
        </w:numPr>
      </w:pPr>
      <w:r>
        <w:rPr>
          <w:b/>
          <w:bCs/>
        </w:rPr>
        <w:t xml:space="preserve">I am</w:t>
      </w:r>
      <w:r>
        <w:rPr>
          <w:b/>
          <w:bCs/>
        </w:rPr>
        <w:t xml:space="preserve"> </w:t>
      </w:r>
      <w:r>
        <w:rPr>
          <w:b/>
          <w:bCs/>
          <w:u w:val="single"/>
        </w:rPr>
        <w:t xml:space="preserve">neurotic</w:t>
      </w:r>
      <w:r>
        <w:rPr>
          <w:b/>
          <w:bCs/>
        </w:rPr>
        <w:t xml:space="preserve">.</w:t>
      </w:r>
      <w:r>
        <w:br/>
      </w:r>
      <w:r>
        <w:t xml:space="preserve">    (a) something made of the brownish metal with the same name -- such as a sculpture or a third place medal</w:t>
      </w:r>
      <w:r>
        <w:br/>
      </w:r>
      <w:r>
        <w:t xml:space="preserve">    (b) mildly mentally disturbed -- usually worrying too much about something</w:t>
      </w:r>
      <w:r>
        <w:br/>
      </w:r>
      <w:r>
        <w:t xml:space="preserve">    (c) something (typically a statement) that disagrees with itself; or (more rarely) the act of disagreeing</w:t>
      </w:r>
    </w:p>
    <w:p>
      <w:pPr>
        <w:pStyle w:val="Compact"/>
        <w:numPr>
          <w:ilvl w:val="0"/>
          <w:numId w:val="1001"/>
        </w:numPr>
      </w:pPr>
      <w:r>
        <w:rPr>
          <w:b/>
          <w:bCs/>
        </w:rPr>
        <w:t xml:space="preserve">I didn't know where I was, but it was somewhere in the wealthy</w:t>
      </w:r>
      <w:r>
        <w:rPr>
          <w:b/>
          <w:bCs/>
        </w:rPr>
        <w:t xml:space="preserve"> </w:t>
      </w:r>
      <w:r>
        <w:rPr>
          <w:b/>
          <w:bCs/>
          <w:u w:val="single"/>
        </w:rPr>
        <w:t xml:space="preserve">suburbs</w:t>
      </w:r>
      <w:r>
        <w:rPr>
          <w:b/>
          <w:bCs/>
        </w:rPr>
        <w:t xml:space="preserve"> </w:t>
      </w:r>
      <w:r>
        <w:rPr>
          <w:b/>
          <w:bCs/>
        </w:rPr>
        <w:t xml:space="preserve">of New York.</w:t>
      </w:r>
      <w:r>
        <w:br/>
      </w:r>
      <w:r>
        <w:t xml:space="preserve">    (a) soccer:  unopposed kicks awarded to a team due an infraction by the opposing team</w:t>
      </w:r>
      <w:r>
        <w:br/>
      </w:r>
      <w:r>
        <w:t xml:space="preserve">    (b) compounds best known for causing an allergic reaction after exposure to allergens</w:t>
      </w:r>
      <w:r>
        <w:br/>
      </w:r>
      <w:r>
        <w:t xml:space="preserve">    (c) residential areas located near the outer edge of a city where it isn't as crowded</w:t>
      </w:r>
    </w:p>
    <w:p>
      <w:pPr>
        <w:pStyle w:val="Compact"/>
        <w:numPr>
          <w:ilvl w:val="0"/>
          <w:numId w:val="1001"/>
        </w:numPr>
      </w:pPr>
      <w:r>
        <w:rPr>
          <w:b/>
          <w:bCs/>
        </w:rPr>
        <w:t xml:space="preserve">Sunlight measured itself out in regular</w:t>
      </w:r>
      <w:r>
        <w:rPr>
          <w:b/>
          <w:bCs/>
        </w:rPr>
        <w:t xml:space="preserve"> </w:t>
      </w:r>
      <w:r>
        <w:rPr>
          <w:b/>
          <w:bCs/>
          <w:u w:val="single"/>
        </w:rPr>
        <w:t xml:space="preserve">oblongs</w:t>
      </w:r>
      <w:r>
        <w:rPr>
          <w:b/>
          <w:bCs/>
        </w:rPr>
        <w:t xml:space="preserve"> </w:t>
      </w:r>
      <w:r>
        <w:rPr>
          <w:b/>
          <w:bCs/>
        </w:rPr>
        <w:t xml:space="preserve">on the shabby, but soft red carpets, and a whiff of fresh-cut grass sweetened the air.</w:t>
      </w:r>
      <w:r>
        <w:br/>
      </w:r>
      <w:r>
        <w:t xml:space="preserve">    (a) soccer:  foul kicks taken from 12 yards in front of the goal and defended only by the goalkeeper who cannot advance beyond the goal line until the shot is taken</w:t>
      </w:r>
      <w:r>
        <w:br/>
      </w:r>
      <w:r>
        <w:t xml:space="preserve">    (b) the more or less continuous military expeditions in the 11th to 13th centuries when Christian powers of Europe invaded Muslims in the Holy Land in the Middle East</w:t>
      </w:r>
      <w:r>
        <w:br/>
      </w:r>
      <w:r>
        <w:t xml:space="preserve">    (c) an elongated shape (having more length than width) -- typically of a stretched circle that is longer than an oval, but occasionally used to describe a rectangle</w:t>
      </w:r>
    </w:p>
    <w:p>
      <w:pPr>
        <w:pStyle w:val="Compact"/>
        <w:numPr>
          <w:ilvl w:val="0"/>
          <w:numId w:val="1001"/>
        </w:numPr>
      </w:pPr>
      <w:r>
        <w:rPr>
          <w:b/>
          <w:bCs/>
        </w:rPr>
        <w:t xml:space="preserve">Factitious,</w:t>
      </w:r>
      <w:r>
        <w:rPr>
          <w:b/>
          <w:bCs/>
        </w:rPr>
        <w:t xml:space="preserve"> </w:t>
      </w:r>
      <w:r>
        <w:rPr>
          <w:b/>
          <w:bCs/>
          <w:u w:val="single"/>
        </w:rPr>
        <w:t xml:space="preserve">artificial</w:t>
      </w:r>
      <w:r>
        <w:rPr>
          <w:b/>
          <w:bCs/>
        </w:rPr>
        <w:t xml:space="preserve">, sham.</w:t>
      </w:r>
      <w:r>
        <w:br/>
      </w:r>
      <w:r>
        <w:t xml:space="preserve">    (a) helpfulness</w:t>
      </w:r>
      <w:r>
        <w:br/>
      </w:r>
      <w:r>
        <w:t xml:space="preserve">    (b) intentional</w:t>
      </w:r>
      <w:r>
        <w:br/>
      </w:r>
      <w:r>
        <w:t xml:space="preserve">    (c) not genuine</w:t>
      </w:r>
    </w:p>
    <w:p>
      <w:pPr>
        <w:pStyle w:val="Compact"/>
        <w:numPr>
          <w:ilvl w:val="0"/>
          <w:numId w:val="1001"/>
        </w:numPr>
      </w:pPr>
      <w:r>
        <w:rPr>
          <w:b/>
          <w:bCs/>
        </w:rPr>
        <w:t xml:space="preserve">People shoved and bumped by me in the</w:t>
      </w:r>
      <w:r>
        <w:rPr>
          <w:b/>
          <w:bCs/>
        </w:rPr>
        <w:t xml:space="preserve"> </w:t>
      </w:r>
      <w:r>
        <w:rPr>
          <w:b/>
          <w:bCs/>
          <w:u w:val="single"/>
        </w:rPr>
        <w:t xml:space="preserve">artificially</w:t>
      </w:r>
      <w:r>
        <w:rPr>
          <w:b/>
          <w:bCs/>
        </w:rPr>
        <w:t xml:space="preserve"> </w:t>
      </w:r>
      <w:r>
        <w:rPr>
          <w:b/>
          <w:bCs/>
        </w:rPr>
        <w:t xml:space="preserve">lit dark, hurrying after the trains that rumbled in and out of the intestinal tunnels under Scollay Square.</w:t>
      </w:r>
      <w:r>
        <w:br/>
      </w:r>
      <w:r>
        <w:t xml:space="preserve">    (a) in a manner that exercises privileges to which one is not entitled</w:t>
      </w:r>
      <w:r>
        <w:br/>
      </w:r>
      <w:r>
        <w:t xml:space="preserve">    (b) in a manner where contact with reality is lost or highly distorted</w:t>
      </w:r>
      <w:r>
        <w:br/>
      </w:r>
      <w:r>
        <w:t xml:space="preserve">    (c) done by humans rather than nature</w:t>
      </w:r>
    </w:p>
    <w:p>
      <w:pPr>
        <w:pStyle w:val="Compact"/>
        <w:numPr>
          <w:ilvl w:val="0"/>
          <w:numId w:val="1001"/>
        </w:numPr>
      </w:pPr>
      <w:r>
        <w:rPr>
          <w:b/>
          <w:bCs/>
        </w:rPr>
        <w:t xml:space="preserve">My father had been a Lutheran in Wisconsin, but they were out of style in New England, so he had become a</w:t>
      </w:r>
      <w:r>
        <w:rPr>
          <w:b/>
          <w:bCs/>
        </w:rPr>
        <w:t xml:space="preserve"> </w:t>
      </w:r>
      <w:r>
        <w:rPr>
          <w:b/>
          <w:bCs/>
          <w:u w:val="single"/>
        </w:rPr>
        <w:t xml:space="preserve">lapsed</w:t>
      </w:r>
      <w:r>
        <w:rPr>
          <w:b/>
          <w:bCs/>
        </w:rPr>
        <w:t xml:space="preserve"> </w:t>
      </w:r>
      <w:r>
        <w:rPr>
          <w:b/>
          <w:bCs/>
        </w:rPr>
        <w:t xml:space="preserve">Lutheran and then, my mother said, a bitter atheist.</w:t>
      </w:r>
      <w:r>
        <w:br/>
      </w:r>
      <w:r>
        <w:t xml:space="preserve">    (a) no longer practicing</w:t>
      </w:r>
      <w:r>
        <w:br/>
      </w:r>
      <w:r>
        <w:t xml:space="preserve">    (b) excessively excited</w:t>
      </w:r>
      <w:r>
        <w:br/>
      </w:r>
      <w:r>
        <w:t xml:space="preserve">    (c) nervous or confused</w:t>
      </w:r>
    </w:p>
    <w:p>
      <w:pPr>
        <w:pStyle w:val="Compact"/>
        <w:numPr>
          <w:ilvl w:val="0"/>
          <w:numId w:val="1001"/>
        </w:numPr>
      </w:pPr>
      <w:r>
        <w:rPr>
          <w:b/>
          <w:bCs/>
        </w:rPr>
        <w:t xml:space="preserve">In one way it seemed a small thing, starting, after a six months'</w:t>
      </w:r>
      <w:r>
        <w:rPr>
          <w:b/>
          <w:bCs/>
        </w:rPr>
        <w:t xml:space="preserve"> </w:t>
      </w:r>
      <w:r>
        <w:rPr>
          <w:b/>
          <w:bCs/>
          <w:u w:val="single"/>
        </w:rPr>
        <w:t xml:space="preserve">lapse</w:t>
      </w:r>
      <w:r>
        <w:rPr>
          <w:b/>
          <w:bCs/>
        </w:rPr>
        <w:t xml:space="preserve">, where I had so vehemently left off.</w:t>
      </w:r>
      <w:r>
        <w:br/>
      </w:r>
      <w:r>
        <w:t xml:space="preserve">    (a) period of time that passes</w:t>
      </w:r>
      <w:r>
        <w:br/>
      </w:r>
      <w:r>
        <w:t xml:space="preserve">    (b) unreasonable expectation</w:t>
      </w:r>
      <w:r>
        <w:br/>
      </w:r>
      <w:r>
        <w:t xml:space="preserve">    (c) temporary period of changed behavior</w:t>
      </w:r>
    </w:p>
    <w:p>
      <w:pPr>
        <w:pStyle w:val="Compact"/>
        <w:numPr>
          <w:ilvl w:val="0"/>
          <w:numId w:val="1001"/>
        </w:numPr>
      </w:pPr>
      <w:r>
        <w:rPr>
          <w:b/>
          <w:bCs/>
        </w:rPr>
        <w:t xml:space="preserve">I strode blindly out into the hall, not to my room, because that was where they would come to get me, but to the</w:t>
      </w:r>
      <w:r>
        <w:rPr>
          <w:b/>
          <w:bCs/>
        </w:rPr>
        <w:t xml:space="preserve"> </w:t>
      </w:r>
      <w:r>
        <w:rPr>
          <w:b/>
          <w:bCs/>
          <w:u w:val="single"/>
        </w:rPr>
        <w:t xml:space="preserve">alcove</w:t>
      </w:r>
      <w:r>
        <w:rPr>
          <w:b/>
          <w:bCs/>
        </w:rPr>
        <w:t xml:space="preserve"> </w:t>
      </w:r>
      <w:r>
        <w:rPr>
          <w:b/>
          <w:bCs/>
        </w:rPr>
        <w:t xml:space="preserve">... in a quiet corner of the hall, where Joan and Loubelle and DeeDee and Mrs. Savage would not come.</w:t>
      </w:r>
      <w:r>
        <w:br/>
      </w:r>
      <w:r>
        <w:t xml:space="preserve">    (a) a room leading to a larger or more important room</w:t>
      </w:r>
      <w:r>
        <w:br/>
      </w:r>
      <w:r>
        <w:t xml:space="preserve">    (b) extensive plain without trees (associated with eastern Russia and Siberia)</w:t>
      </w:r>
      <w:r>
        <w:br/>
      </w:r>
      <w:r>
        <w:t xml:space="preserve">    (c) a recessed or secluded space</w:t>
      </w:r>
    </w:p>
    <w:p>
      <w:pPr>
        <w:pStyle w:val="Compact"/>
        <w:numPr>
          <w:ilvl w:val="0"/>
          <w:numId w:val="1001"/>
        </w:numPr>
      </w:pPr>
      <w:r>
        <w:rPr>
          <w:b/>
          <w:bCs/>
        </w:rPr>
        <w:t xml:space="preserve">In spite of my</w:t>
      </w:r>
      <w:r>
        <w:rPr>
          <w:b/>
          <w:bCs/>
        </w:rPr>
        <w:t xml:space="preserve"> </w:t>
      </w:r>
      <w:r>
        <w:rPr>
          <w:b/>
          <w:bCs/>
          <w:u w:val="single"/>
        </w:rPr>
        <w:t xml:space="preserve">profound</w:t>
      </w:r>
      <w:r>
        <w:rPr>
          <w:b/>
          <w:bCs/>
        </w:rPr>
        <w:t xml:space="preserve"> </w:t>
      </w:r>
      <w:r>
        <w:rPr>
          <w:b/>
          <w:bCs/>
        </w:rPr>
        <w:t xml:space="preserve">reservations, I thought I would always treasure Joan.</w:t>
      </w:r>
      <w:r>
        <w:br/>
      </w:r>
      <w:r>
        <w:t xml:space="preserve">    (a) without a tendency to be full of thought</w:t>
      </w:r>
      <w:r>
        <w:br/>
      </w:r>
      <w:r>
        <w:t xml:space="preserve">    (b) lacking a tendency to be full of thought</w:t>
      </w:r>
      <w:r>
        <w:br/>
      </w:r>
      <w:r>
        <w:t xml:space="preserve">    (c) deep; or of greatest intensity</w:t>
      </w:r>
    </w:p>
    <w:p>
      <w:pPr>
        <w:pStyle w:val="Compact"/>
        <w:numPr>
          <w:ilvl w:val="0"/>
          <w:numId w:val="1001"/>
        </w:numPr>
      </w:pPr>
      <w:r>
        <w:rPr>
          <w:b/>
          <w:bCs/>
          <w:u w:val="single"/>
        </w:rPr>
        <w:t xml:space="preserve">Tentatively</w:t>
      </w:r>
      <w:r>
        <w:rPr>
          <w:b/>
          <w:bCs/>
        </w:rPr>
        <w:t xml:space="preserve">, I reached down and touched it.</w:t>
      </w:r>
      <w:r>
        <w:br/>
      </w:r>
      <w:r>
        <w:t xml:space="preserve">    (a) in an unsure or hesitant manner</w:t>
      </w:r>
      <w:r>
        <w:br/>
      </w:r>
      <w:r>
        <w:t xml:space="preserve">    (b) in comparison to something else</w:t>
      </w:r>
      <w:r>
        <w:br/>
      </w:r>
      <w:r>
        <w:t xml:space="preserve">    (c) in a manner that is not sincere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2026-07-31T17:00:38Z</dcterms:created>
  <dcterms:modified xsi:type="dcterms:W3CDTF">2026-07-31T17:00:38Z</dcterms:modified>
</cp:coreProperties>
</file>

<file path=docProps/custom.xml><?xml version="1.0" encoding="utf-8"?>
<Properties xmlns="http://schemas.openxmlformats.org/officeDocument/2006/custom-properties" xmlns:vt="http://schemas.openxmlformats.org/officeDocument/2006/docPropsVTypes"/>
</file>