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79e56302d0f19632ff17ca8ecd3308b6cde5d5e"/>
    <w:p>
      <w:pPr>
        <w:pStyle w:val="Heading1"/>
      </w:pPr>
      <w:r>
        <w:rPr>
          <w:b/>
          <w:bCs/>
        </w:rPr>
        <w:t xml:space="preserve">The Bean Trees</w:t>
      </w:r>
      <w:r>
        <w:br/>
      </w:r>
      <w:r>
        <w:rPr>
          <w:i/>
          <w:iCs/>
        </w:rPr>
        <w:t xml:space="preserve">Barbara Kingsolver</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About nineteen people</w:t>
      </w:r>
      <w:r>
        <w:rPr>
          <w:b/>
          <w:bCs/>
        </w:rPr>
        <w:t xml:space="preserve"> </w:t>
      </w:r>
      <w:r>
        <w:rPr>
          <w:b/>
          <w:bCs/>
          <w:u w:val="single"/>
        </w:rPr>
        <w:t xml:space="preserve">congregated</w:t>
      </w:r>
      <w:r>
        <w:rPr>
          <w:b/>
          <w:bCs/>
        </w:rPr>
        <w:t xml:space="preserve"> </w:t>
      </w:r>
      <w:r>
        <w:rPr>
          <w:b/>
          <w:bCs/>
        </w:rPr>
        <w:t xml:space="preserve">during the time it took for Norman Strick to walk up to the Courthouse and blow the whistle for the volunteer fire department.</w:t>
      </w:r>
      <w:r>
        <w:br/>
      </w:r>
      <w:r>
        <w:t xml:space="preserve">    (a) sat down</w:t>
      </w:r>
      <w:r>
        <w:br/>
      </w:r>
      <w:r>
        <w:t xml:space="preserve">    (b) shouted</w:t>
      </w:r>
      <w:r>
        <w:br/>
      </w:r>
      <w:r>
        <w:t xml:space="preserve">    (c) come together</w:t>
      </w:r>
    </w:p>
    <w:p>
      <w:pPr>
        <w:pStyle w:val="Compact"/>
        <w:numPr>
          <w:ilvl w:val="0"/>
          <w:numId w:val="1001"/>
        </w:numPr>
      </w:pPr>
      <w:r>
        <w:rPr>
          <w:b/>
          <w:bCs/>
        </w:rPr>
        <w:t xml:space="preserve">My mama said the Hardbines had kids just about as fast as they could fall down the well and drown. This must not have been entirely true, since they were</w:t>
      </w:r>
      <w:r>
        <w:rPr>
          <w:b/>
          <w:bCs/>
        </w:rPr>
        <w:t xml:space="preserve"> </w:t>
      </w:r>
      <w:r>
        <w:rPr>
          <w:b/>
          <w:bCs/>
          <w:u w:val="single"/>
        </w:rPr>
        <w:t xml:space="preserve">abundant</w:t>
      </w:r>
      <w:r>
        <w:rPr>
          <w:b/>
          <w:bCs/>
        </w:rPr>
        <w:t xml:space="preserve"> </w:t>
      </w:r>
      <w:r>
        <w:rPr>
          <w:b/>
          <w:bCs/>
        </w:rPr>
        <w:t xml:space="preserve">in Pittman County and many survived to adulthood.</w:t>
      </w:r>
      <w:r>
        <w:br/>
      </w:r>
      <w:r>
        <w:t xml:space="preserve">    (a) able to be disagreed with</w:t>
      </w:r>
      <w:r>
        <w:br/>
      </w:r>
      <w:r>
        <w:t xml:space="preserve">    (b) not tending to find fault</w:t>
      </w:r>
      <w:r>
        <w:br/>
      </w:r>
      <w:r>
        <w:t xml:space="preserve">    (c) present in great quantity</w:t>
      </w:r>
    </w:p>
    <w:p>
      <w:pPr>
        <w:pStyle w:val="Compact"/>
        <w:numPr>
          <w:ilvl w:val="0"/>
          <w:numId w:val="1001"/>
        </w:numPr>
      </w:pPr>
      <w:r>
        <w:rPr>
          <w:b/>
          <w:bCs/>
        </w:rPr>
        <w:t xml:space="preserve">I left the</w:t>
      </w:r>
      <w:r>
        <w:rPr>
          <w:b/>
          <w:bCs/>
        </w:rPr>
        <w:t xml:space="preserve"> </w:t>
      </w:r>
      <w:r>
        <w:rPr>
          <w:b/>
          <w:bCs/>
          <w:u w:val="single"/>
        </w:rPr>
        <w:t xml:space="preserve">interstate</w:t>
      </w:r>
      <w:r>
        <w:rPr>
          <w:b/>
          <w:bCs/>
        </w:rPr>
        <w:t xml:space="preserve"> </w:t>
      </w:r>
      <w:r>
        <w:rPr>
          <w:b/>
          <w:bCs/>
        </w:rPr>
        <w:t xml:space="preserve">at an off ramp and pulled over next to what looked like the Flying Nun's hat made out of bumpy concrete, held up by orange poles.</w:t>
      </w:r>
      <w:r>
        <w:br/>
      </w:r>
      <w:r>
        <w:t xml:space="preserve">    (a)</w:t>
      </w:r>
      <w:r>
        <w:t xml:space="preserve"> </w:t>
      </w:r>
      <w:r>
        <w:rPr>
          <w:u w:val="single"/>
        </w:rPr>
        <w:t xml:space="preserve">n</w:t>
      </w:r>
      <w:r>
        <w:t xml:space="preserve">on-</w:t>
      </w:r>
      <w:r>
        <w:rPr>
          <w:u w:val="single"/>
        </w:rPr>
        <w:t xml:space="preserve">g</w:t>
      </w:r>
      <w:r>
        <w:t xml:space="preserve">overnmental</w:t>
      </w:r>
      <w:r>
        <w:t xml:space="preserve"> </w:t>
      </w:r>
      <w:r>
        <w:rPr>
          <w:u w:val="single"/>
        </w:rPr>
        <w:t xml:space="preserve">o</w:t>
      </w:r>
      <w:r>
        <w:t xml:space="preserve">rganization (private, non-profit organization working for member goals at the international level)</w:t>
      </w:r>
      <w:r>
        <w:br/>
      </w:r>
      <w:r>
        <w:t xml:space="preserve">    (b) the result of numerical division (if 8 divided by 4 = 2, then 8 can be described as the dividend, 4 as the divisor, and 2 as the quotient)</w:t>
      </w:r>
      <w:r>
        <w:br/>
      </w:r>
      <w:r>
        <w:t xml:space="preserve">    (c) freeway, or highway that runs between states</w:t>
      </w:r>
      <w:r>
        <w:br/>
      </w:r>
      <w:r>
        <w:br/>
      </w:r>
      <w:r>
        <w:t xml:space="preserve">or:</w:t>
      </w:r>
      <w:r>
        <w:br/>
      </w:r>
      <w:r>
        <w:br/>
      </w:r>
      <w:r>
        <w:t xml:space="preserve">relating to the mutual relations between states -- especially of the United States</w:t>
      </w:r>
    </w:p>
    <w:p>
      <w:pPr>
        <w:pStyle w:val="Compact"/>
        <w:numPr>
          <w:ilvl w:val="0"/>
          <w:numId w:val="1001"/>
        </w:numPr>
      </w:pPr>
      <w:r>
        <w:rPr>
          <w:b/>
          <w:bCs/>
        </w:rPr>
        <w:t xml:space="preserve">It's so dry out here kids will</w:t>
      </w:r>
      <w:r>
        <w:rPr>
          <w:b/>
          <w:bCs/>
        </w:rPr>
        <w:t xml:space="preserve"> </w:t>
      </w:r>
      <w:r>
        <w:rPr>
          <w:b/>
          <w:bCs/>
          <w:u w:val="single"/>
        </w:rPr>
        <w:t xml:space="preserve">dehydrate</w:t>
      </w:r>
      <w:r>
        <w:rPr>
          <w:b/>
          <w:bCs/>
        </w:rPr>
        <w:t xml:space="preserve"> </w:t>
      </w:r>
      <w:r>
        <w:rPr>
          <w:b/>
          <w:bCs/>
        </w:rPr>
        <w:t xml:space="preserve">real fast,</w:t>
      </w:r>
      <w:r>
        <w:br/>
      </w:r>
      <w:r>
        <w:t xml:space="preserve">    (a) suffer from excessive loss of water from the body</w:t>
      </w:r>
      <w:r>
        <w:br/>
      </w:r>
      <w:r>
        <w:t xml:space="preserve">    (b) accept someone's membership though a special procedure such as a ceremony and/or period of instruction and/or test</w:t>
      </w:r>
      <w:r>
        <w:br/>
      </w:r>
      <w:r>
        <w:t xml:space="preserve">    (c) a method of artistic painting on a wall by using watercolors on wet plaster; or the painting made in such a manner</w:t>
      </w:r>
    </w:p>
    <w:p>
      <w:pPr>
        <w:pStyle w:val="Compact"/>
        <w:numPr>
          <w:ilvl w:val="0"/>
          <w:numId w:val="1001"/>
        </w:numPr>
      </w:pPr>
      <w:r>
        <w:rPr>
          <w:b/>
          <w:bCs/>
        </w:rPr>
        <w:t xml:space="preserve">It's water from Tug Fork, the crick at home that I was</w:t>
      </w:r>
      <w:r>
        <w:rPr>
          <w:b/>
          <w:bCs/>
        </w:rPr>
        <w:t xml:space="preserve"> </w:t>
      </w:r>
      <w:r>
        <w:rPr>
          <w:b/>
          <w:bCs/>
          <w:u w:val="single"/>
        </w:rPr>
        <w:t xml:space="preserve">baptized</w:t>
      </w:r>
      <w:r>
        <w:rPr>
          <w:b/>
          <w:bCs/>
        </w:rPr>
        <w:t xml:space="preserve"> </w:t>
      </w:r>
      <w:r>
        <w:rPr>
          <w:b/>
          <w:bCs/>
        </w:rPr>
        <w:t xml:space="preserve">in.</w:t>
      </w:r>
      <w:r>
        <w:br/>
      </w:r>
      <w:r>
        <w:t xml:space="preserve">    (a) "spiritually renewed" in a Christian ceremony</w:t>
      </w:r>
      <w:r>
        <w:br/>
      </w:r>
      <w:r>
        <w:t xml:space="preserve">    (b) expressed personal artistic ideas or feelings while performing (or performing to) someone else's work</w:t>
      </w:r>
      <w:r>
        <w:br/>
      </w:r>
      <w:r>
        <w:t xml:space="preserve">    (c) directed energy from a negative (unacceptable) impulse or urge into a positive or acceptable action</w:t>
      </w:r>
    </w:p>
    <w:p>
      <w:pPr>
        <w:pStyle w:val="Compact"/>
        <w:numPr>
          <w:ilvl w:val="0"/>
          <w:numId w:val="1001"/>
        </w:numPr>
      </w:pPr>
      <w:r>
        <w:rPr>
          <w:b/>
          <w:bCs/>
        </w:rPr>
        <w:t xml:space="preserve">In Aimee's opinion it would have been</w:t>
      </w:r>
      <w:r>
        <w:rPr>
          <w:b/>
          <w:bCs/>
        </w:rPr>
        <w:t xml:space="preserve"> </w:t>
      </w:r>
      <w:r>
        <w:rPr>
          <w:b/>
          <w:bCs/>
          <w:u w:val="single"/>
        </w:rPr>
        <w:t xml:space="preserve">condoning</w:t>
      </w:r>
      <w:r>
        <w:rPr>
          <w:b/>
          <w:bCs/>
        </w:rPr>
        <w:t xml:space="preserve"> </w:t>
      </w:r>
      <w:r>
        <w:rPr>
          <w:b/>
          <w:bCs/>
        </w:rPr>
        <w:t xml:space="preserve">sin to let Sandi and her illegitimate son stay there for free.</w:t>
      </w:r>
      <w:r>
        <w:br/>
      </w:r>
      <w:r>
        <w:t xml:space="preserve">    (a) accepting without taking a stand against it</w:t>
      </w:r>
      <w:r>
        <w:br/>
      </w:r>
      <w:r>
        <w:t xml:space="preserve">    (b) emphasizing (drawing attention to something)</w:t>
      </w:r>
      <w:r>
        <w:br/>
      </w:r>
      <w:r>
        <w:t xml:space="preserve">    (c) a non-doctor assisting a women in childbirth</w:t>
      </w:r>
    </w:p>
    <w:p>
      <w:pPr>
        <w:pStyle w:val="Compact"/>
        <w:numPr>
          <w:ilvl w:val="0"/>
          <w:numId w:val="1001"/>
        </w:numPr>
      </w:pPr>
      <w:r>
        <w:rPr>
          <w:b/>
          <w:bCs/>
        </w:rPr>
        <w:t xml:space="preserve">But neither of us could</w:t>
      </w:r>
      <w:r>
        <w:rPr>
          <w:b/>
          <w:bCs/>
        </w:rPr>
        <w:t xml:space="preserve"> </w:t>
      </w:r>
      <w:r>
        <w:rPr>
          <w:b/>
          <w:bCs/>
          <w:u w:val="single"/>
        </w:rPr>
        <w:t xml:space="preserve">interpret</w:t>
      </w:r>
      <w:r>
        <w:rPr>
          <w:b/>
          <w:bCs/>
        </w:rPr>
        <w:t xml:space="preserve"> </w:t>
      </w:r>
      <w:r>
        <w:rPr>
          <w:b/>
          <w:bCs/>
        </w:rPr>
        <w:t xml:space="preserve">the significance of Turtle's first word.</w:t>
      </w:r>
      <w:r>
        <w:br/>
      </w:r>
      <w:r>
        <w:t xml:space="preserve">    (a) become less drunk (or get completely past drunkenness)</w:t>
      </w:r>
      <w:r>
        <w:br/>
      </w:r>
      <w:r>
        <w:t xml:space="preserve">    (b) excessively examine in an attempt to better understand</w:t>
      </w:r>
      <w:r>
        <w:br/>
      </w:r>
      <w:r>
        <w:t xml:space="preserve">    (c) understand</w:t>
      </w:r>
    </w:p>
    <w:p>
      <w:pPr>
        <w:pStyle w:val="Compact"/>
        <w:numPr>
          <w:ilvl w:val="0"/>
          <w:numId w:val="1001"/>
        </w:numPr>
      </w:pPr>
      <w:r>
        <w:rPr>
          <w:b/>
          <w:bCs/>
        </w:rPr>
        <w:t xml:space="preserve">Lou Ann was going through a</w:t>
      </w:r>
      <w:r>
        <w:rPr>
          <w:b/>
          <w:bCs/>
        </w:rPr>
        <w:t xml:space="preserve"> </w:t>
      </w:r>
      <w:r>
        <w:rPr>
          <w:b/>
          <w:bCs/>
          <w:u w:val="single"/>
        </w:rPr>
        <w:t xml:space="preserve">phase</w:t>
      </w:r>
      <w:r>
        <w:rPr>
          <w:b/>
          <w:bCs/>
        </w:rPr>
        <w:t xml:space="preserve"> </w:t>
      </w:r>
      <w:r>
        <w:rPr>
          <w:b/>
          <w:bCs/>
        </w:rPr>
        <w:t xml:space="preserve">of cutting her own hair every other day.</w:t>
      </w:r>
      <w:r>
        <w:br/>
      </w:r>
      <w:r>
        <w:t xml:space="preserve">    (a) an organization comprised of firms in a single industry</w:t>
      </w:r>
      <w:r>
        <w:br/>
      </w:r>
      <w:r>
        <w:t xml:space="preserve">    (b) the act or process of stopping something from happening</w:t>
      </w:r>
      <w:r>
        <w:br/>
      </w:r>
      <w:r>
        <w:t xml:space="preserve">    (c) a period of time when someone exhibits unusual behavior</w:t>
      </w:r>
    </w:p>
    <w:p>
      <w:pPr>
        <w:pStyle w:val="Compact"/>
        <w:numPr>
          <w:ilvl w:val="0"/>
          <w:numId w:val="1001"/>
        </w:numPr>
      </w:pPr>
      <w:r>
        <w:rPr>
          <w:b/>
          <w:bCs/>
        </w:rPr>
        <w:t xml:space="preserve">I remember when the older girls spoke so endlessly of bleaching and ironing</w:t>
      </w:r>
      <w:r>
        <w:rPr>
          <w:b/>
          <w:bCs/>
        </w:rPr>
        <w:t xml:space="preserve"> </w:t>
      </w:r>
      <w:r>
        <w:rPr>
          <w:b/>
          <w:bCs/>
          <w:u w:val="single"/>
        </w:rPr>
        <w:t xml:space="preserve">techniques</w:t>
      </w:r>
      <w:r>
        <w:rPr>
          <w:b/>
          <w:bCs/>
        </w:rPr>
        <w:t xml:space="preserve"> </w:t>
      </w:r>
      <w:r>
        <w:rPr>
          <w:b/>
          <w:bCs/>
        </w:rPr>
        <w:t xml:space="preserve">you'd think their hair was something to be thrown in a white load of wash.</w:t>
      </w:r>
      <w:r>
        <w:br/>
      </w:r>
      <w:r>
        <w:t xml:space="preserve">    (a) ways of doing things</w:t>
      </w:r>
      <w:r>
        <w:br/>
      </w:r>
      <w:r>
        <w:t xml:space="preserve">    (b) acts of hiring again</w:t>
      </w:r>
      <w:r>
        <w:br/>
      </w:r>
      <w:r>
        <w:t xml:space="preserve">    (c) wrong understandings</w:t>
      </w:r>
    </w:p>
    <w:p>
      <w:pPr>
        <w:pStyle w:val="Compact"/>
        <w:numPr>
          <w:ilvl w:val="0"/>
          <w:numId w:val="1001"/>
        </w:numPr>
      </w:pPr>
      <w:r>
        <w:rPr>
          <w:b/>
          <w:bCs/>
        </w:rPr>
        <w:t xml:space="preserve">I mean, ackero-</w:t>
      </w:r>
      <w:r>
        <w:rPr>
          <w:b/>
          <w:bCs/>
          <w:u w:val="single"/>
        </w:rPr>
        <w:t xml:space="preserve">phobia</w:t>
      </w:r>
      <w:r>
        <w:rPr>
          <w:b/>
          <w:bCs/>
        </w:rPr>
        <w:t xml:space="preserve"> </w:t>
      </w:r>
      <w:r>
        <w:rPr>
          <w:b/>
          <w:bCs/>
        </w:rPr>
        <w:t xml:space="preserve">doesn't have anything to do with being afraid you'll holler out something god-awful in church, does it?</w:t>
      </w:r>
      <w:r>
        <w:br/>
      </w:r>
      <w:r>
        <w:t xml:space="preserve">    (a) extreme and unreasonable fear of something</w:t>
      </w:r>
      <w:r>
        <w:br/>
      </w:r>
      <w:r>
        <w:t xml:space="preserve">    (b) something accepted as true (without proof)</w:t>
      </w:r>
      <w:r>
        <w:br/>
      </w:r>
      <w:r>
        <w:t xml:space="preserve">    (c) relating to properties of sound or hearing</w:t>
      </w:r>
    </w:p>
    <w:p>
      <w:pPr>
        <w:pStyle w:val="Compact"/>
        <w:numPr>
          <w:ilvl w:val="0"/>
          <w:numId w:val="1001"/>
        </w:numPr>
      </w:pPr>
      <w:r>
        <w:rPr>
          <w:b/>
          <w:bCs/>
        </w:rPr>
        <w:t xml:space="preserve">Estevan didn't seem</w:t>
      </w:r>
      <w:r>
        <w:rPr>
          <w:b/>
          <w:bCs/>
        </w:rPr>
        <w:t xml:space="preserve"> </w:t>
      </w:r>
      <w:r>
        <w:rPr>
          <w:b/>
          <w:bCs/>
          <w:u w:val="single"/>
        </w:rPr>
        <w:t xml:space="preserve">perturbed</w:t>
      </w:r>
      <w:r>
        <w:rPr>
          <w:b/>
          <w:bCs/>
        </w:rPr>
        <w:t xml:space="preserve">, and I realized he must hear this kind of thing every day of his life.</w:t>
      </w:r>
      <w:r>
        <w:br/>
      </w:r>
      <w:r>
        <w:t xml:space="preserve">    (a) mirrored back (an image)</w:t>
      </w:r>
      <w:r>
        <w:br/>
      </w:r>
      <w:r>
        <w:t xml:space="preserve">    (b) disturbed</w:t>
      </w:r>
      <w:r>
        <w:br/>
      </w:r>
      <w:r>
        <w:t xml:space="preserve">    (c) quoted (to make a point)</w:t>
      </w:r>
    </w:p>
    <w:p>
      <w:pPr>
        <w:pStyle w:val="Compact"/>
        <w:numPr>
          <w:ilvl w:val="0"/>
          <w:numId w:val="1001"/>
        </w:numPr>
      </w:pPr>
      <w:r>
        <w:rPr>
          <w:b/>
          <w:bCs/>
        </w:rPr>
        <w:t xml:space="preserve">It wasn't unreasonably hot yet, and the kids were bouncing around the house like superballs (this was mainly Turtle, with Dwayne Ray's participation being mainly vocal), so we took them out to sit under the</w:t>
      </w:r>
      <w:r>
        <w:rPr>
          <w:b/>
          <w:bCs/>
        </w:rPr>
        <w:t xml:space="preserve"> </w:t>
      </w:r>
      <w:r>
        <w:rPr>
          <w:b/>
          <w:bCs/>
          <w:u w:val="single"/>
        </w:rPr>
        <w:t xml:space="preserve">arbor</w:t>
      </w:r>
      <w:r>
        <w:rPr>
          <w:b/>
          <w:bCs/>
        </w:rPr>
        <w:t xml:space="preserve"> </w:t>
      </w:r>
      <w:r>
        <w:rPr>
          <w:b/>
          <w:bCs/>
        </w:rPr>
        <w:t xml:space="preserve">for a while.</w:t>
      </w:r>
      <w:r>
        <w:br/>
      </w:r>
      <w:r>
        <w:t xml:space="preserve">    (a) a framework that supports climbing plants; or a shady rest area made by such a framework or by trees and shrubs</w:t>
      </w:r>
      <w:r>
        <w:br/>
      </w:r>
      <w:r>
        <w:t xml:space="preserve">    (b) an artists performance of another artist's work that expresses the performer's feelings or ideas about the work</w:t>
      </w:r>
      <w:r>
        <w:br/>
      </w:r>
      <w:r>
        <w:t xml:space="preserve">    (c) soccer player who typically play in the middle third of the field and who assists with both defense and offense</w:t>
      </w:r>
    </w:p>
    <w:p>
      <w:pPr>
        <w:pStyle w:val="Compact"/>
        <w:numPr>
          <w:ilvl w:val="0"/>
          <w:numId w:val="1001"/>
        </w:numPr>
      </w:pPr>
      <w:r>
        <w:rPr>
          <w:b/>
          <w:bCs/>
        </w:rPr>
        <w:t xml:space="preserve">We hadn't had a drop of rain since that double-rainbow hailstorm back in January, and the whole world was looking</w:t>
      </w:r>
      <w:r>
        <w:rPr>
          <w:b/>
          <w:bCs/>
        </w:rPr>
        <w:t xml:space="preserve"> </w:t>
      </w:r>
      <w:r>
        <w:rPr>
          <w:b/>
          <w:bCs/>
          <w:u w:val="single"/>
        </w:rPr>
        <w:t xml:space="preserve">parched</w:t>
      </w:r>
      <w:r>
        <w:rPr>
          <w:b/>
          <w:bCs/>
        </w:rPr>
        <w:t xml:space="preserve">.</w:t>
      </w:r>
      <w:r>
        <w:br/>
      </w:r>
      <w:r>
        <w:t xml:space="preserve">    (a) convinced (someone) that an idea previously believed was not correct</w:t>
      </w:r>
      <w:r>
        <w:br/>
      </w:r>
      <w:r>
        <w:t xml:space="preserve">    (b) dried out by heat (thirsty in a metaphorical sense)</w:t>
      </w:r>
      <w:r>
        <w:br/>
      </w:r>
      <w:r>
        <w:t xml:space="preserve">    (c) not with energy redirected from a negative impulse to a positive one</w:t>
      </w:r>
    </w:p>
    <w:p>
      <w:pPr>
        <w:pStyle w:val="Compact"/>
        <w:numPr>
          <w:ilvl w:val="0"/>
          <w:numId w:val="1001"/>
        </w:numPr>
      </w:pPr>
      <w:r>
        <w:rPr>
          <w:b/>
          <w:bCs/>
          <w:u w:val="single"/>
        </w:rPr>
        <w:t xml:space="preserve">Immigration</w:t>
      </w:r>
      <w:r>
        <w:rPr>
          <w:b/>
          <w:bCs/>
        </w:rPr>
        <w:t xml:space="preserve"> </w:t>
      </w:r>
      <w:r>
        <w:rPr>
          <w:b/>
          <w:bCs/>
        </w:rPr>
        <w:t xml:space="preserve">is making noises.</w:t>
      </w:r>
      <w:r>
        <w:br/>
      </w:r>
      <w:r>
        <w:t xml:space="preserve">    (a) "spiritually renew" in a Christian ceremony  OR  initiate or purify by a challenging experience</w:t>
      </w:r>
      <w:r>
        <w:br/>
      </w:r>
      <w:r>
        <w:t xml:space="preserve">    (b) the act of coming to live in a new country; or indication that something is related to that act</w:t>
      </w:r>
      <w:r>
        <w:br/>
      </w:r>
      <w:r>
        <w:t xml:space="preserve">    (c) a sexually transmitted disease that, if treated early, can be completely cured with antibiotics</w:t>
      </w:r>
    </w:p>
    <w:p>
      <w:pPr>
        <w:pStyle w:val="Compact"/>
        <w:numPr>
          <w:ilvl w:val="0"/>
          <w:numId w:val="1001"/>
        </w:numPr>
      </w:pPr>
      <w:r>
        <w:rPr>
          <w:b/>
          <w:bCs/>
        </w:rPr>
        <w:t xml:space="preserve">I think you'll find that your daughter can be a surprisingly</w:t>
      </w:r>
      <w:r>
        <w:rPr>
          <w:b/>
          <w:bCs/>
        </w:rPr>
        <w:t xml:space="preserve"> </w:t>
      </w:r>
      <w:r>
        <w:rPr>
          <w:b/>
          <w:bCs/>
          <w:u w:val="single"/>
        </w:rPr>
        <w:t xml:space="preserve">resilient</w:t>
      </w:r>
      <w:r>
        <w:rPr>
          <w:b/>
          <w:bCs/>
        </w:rPr>
        <w:t xml:space="preserve"> </w:t>
      </w:r>
      <w:r>
        <w:rPr>
          <w:b/>
          <w:bCs/>
        </w:rPr>
        <w:t xml:space="preserve">little person.</w:t>
      </w:r>
      <w:r>
        <w:br/>
      </w:r>
      <w:r>
        <w:t xml:space="preserve">    (a) able to withstand strain and/or quickly recover from it</w:t>
      </w:r>
      <w:r>
        <w:br/>
      </w:r>
      <w:r>
        <w:t xml:space="preserve">    (b) power or responsibility that can be taken on or adopted</w:t>
      </w:r>
      <w:r>
        <w:br/>
      </w:r>
      <w:r>
        <w:t xml:space="preserve">    (c) the characteristic of bouncing back light/heat/sound...</w:t>
      </w:r>
    </w:p>
    <w:p>
      <w:pPr>
        <w:pStyle w:val="Compact"/>
        <w:numPr>
          <w:ilvl w:val="0"/>
          <w:numId w:val="1001"/>
        </w:numPr>
      </w:pPr>
      <w:r>
        <w:rPr>
          <w:b/>
          <w:bCs/>
        </w:rPr>
        <w:t xml:space="preserve">But Mattie</w:t>
      </w:r>
      <w:r>
        <w:rPr>
          <w:b/>
          <w:bCs/>
        </w:rPr>
        <w:t xml:space="preserve"> </w:t>
      </w:r>
      <w:r>
        <w:rPr>
          <w:b/>
          <w:bCs/>
          <w:u w:val="single"/>
        </w:rPr>
        <w:t xml:space="preserve">persisted</w:t>
      </w:r>
      <w:r>
        <w:rPr>
          <w:b/>
          <w:bCs/>
        </w:rPr>
        <w:t xml:space="preserve">.</w:t>
      </w:r>
      <w:r>
        <w:br/>
      </w:r>
      <w:r>
        <w:t xml:space="preserve">    (a) disagreed</w:t>
      </w:r>
      <w:r>
        <w:br/>
      </w:r>
      <w:r>
        <w:t xml:space="preserve">    (b) stuck out</w:t>
      </w:r>
      <w:r>
        <w:br/>
      </w:r>
      <w:r>
        <w:t xml:space="preserve">    (c) continued</w:t>
      </w:r>
    </w:p>
    <w:p>
      <w:pPr>
        <w:pStyle w:val="Compact"/>
        <w:numPr>
          <w:ilvl w:val="0"/>
          <w:numId w:val="1001"/>
        </w:numPr>
      </w:pPr>
      <w:r>
        <w:rPr>
          <w:b/>
          <w:bCs/>
        </w:rPr>
        <w:t xml:space="preserve">Mattie used to talk about the Underground Railroad, by which she meant these churches and the people who carried</w:t>
      </w:r>
      <w:r>
        <w:rPr>
          <w:b/>
          <w:bCs/>
        </w:rPr>
        <w:t xml:space="preserve"> </w:t>
      </w:r>
      <w:r>
        <w:rPr>
          <w:b/>
          <w:bCs/>
          <w:u w:val="single"/>
        </w:rPr>
        <w:t xml:space="preserve">refugees</w:t>
      </w:r>
      <w:r>
        <w:rPr>
          <w:b/>
          <w:bCs/>
        </w:rPr>
        <w:t xml:space="preserve"> </w:t>
      </w:r>
      <w:r>
        <w:rPr>
          <w:b/>
          <w:bCs/>
        </w:rPr>
        <w:t xml:space="preserve">between them,</w:t>
      </w:r>
      <w:r>
        <w:br/>
      </w:r>
      <w:r>
        <w:t xml:space="preserve">    (a) understandings or explanations</w:t>
      </w:r>
      <w:r>
        <w:br/>
      </w:r>
      <w:r>
        <w:t xml:space="preserve">    (b) quiet voices; or a quiet voice</w:t>
      </w:r>
      <w:r>
        <w:br/>
      </w:r>
      <w:r>
        <w:t xml:space="preserve">    (c) people fleeing their homeland (in this case, fleeing slavery in the South)</w:t>
      </w:r>
    </w:p>
    <w:p>
      <w:pPr>
        <w:pStyle w:val="Compact"/>
        <w:numPr>
          <w:ilvl w:val="0"/>
          <w:numId w:val="1001"/>
        </w:numPr>
      </w:pPr>
      <w:r>
        <w:rPr>
          <w:b/>
          <w:bCs/>
        </w:rPr>
        <w:t xml:space="preserve">A</w:t>
      </w:r>
      <w:r>
        <w:rPr>
          <w:b/>
          <w:bCs/>
        </w:rPr>
        <w:t xml:space="preserve"> </w:t>
      </w:r>
      <w:r>
        <w:rPr>
          <w:b/>
          <w:bCs/>
          <w:u w:val="single"/>
        </w:rPr>
        <w:t xml:space="preserve">catharsis</w:t>
      </w:r>
      <w:r>
        <w:rPr>
          <w:b/>
          <w:bCs/>
        </w:rPr>
        <w:t xml:space="preserve">.</w:t>
      </w:r>
      <w:r>
        <w:br/>
      </w:r>
      <w:r>
        <w:t xml:space="preserve">    (a) between daylight and darkness</w:t>
      </w:r>
      <w:r>
        <w:br/>
      </w:r>
      <w:r>
        <w:t xml:space="preserve">    (b) the process of not continuing</w:t>
      </w:r>
      <w:r>
        <w:br/>
      </w:r>
      <w:r>
        <w:t xml:space="preserve">    (c) release of emotional tensions</w:t>
      </w:r>
    </w:p>
    <w:p>
      <w:pPr>
        <w:pStyle w:val="Compact"/>
        <w:numPr>
          <w:ilvl w:val="0"/>
          <w:numId w:val="1001"/>
        </w:numPr>
      </w:pPr>
      <w:r>
        <w:rPr>
          <w:b/>
          <w:bCs/>
        </w:rPr>
        <w:t xml:space="preserve">You're about as</w:t>
      </w:r>
      <w:r>
        <w:rPr>
          <w:b/>
          <w:bCs/>
        </w:rPr>
        <w:t xml:space="preserve"> </w:t>
      </w:r>
      <w:r>
        <w:rPr>
          <w:b/>
          <w:bCs/>
          <w:u w:val="single"/>
        </w:rPr>
        <w:t xml:space="preserve">tempest</w:t>
      </w:r>
      <w:r>
        <w:rPr>
          <w:b/>
          <w:bCs/>
        </w:rPr>
        <w:t xml:space="preserve">-tossed as they come.</w:t>
      </w:r>
      <w:r>
        <w:br/>
      </w:r>
      <w:r>
        <w:t xml:space="preserve">    (a) a violent commotion or disturbance -- especially a violent storm or emotional outburst</w:t>
      </w:r>
      <w:r>
        <w:br/>
      </w:r>
      <w:r>
        <w:t xml:space="preserve">    (b) a long and determined effort for a cause that is passionately believed to be important</w:t>
      </w:r>
      <w:r>
        <w:br/>
      </w:r>
      <w:r>
        <w:t xml:space="preserve">    (c) to dominate harshly and unfairly  OR  to deny equal rights to others or make them suffer</w:t>
      </w:r>
    </w:p>
    <w:p>
      <w:pPr>
        <w:pStyle w:val="Compact"/>
        <w:numPr>
          <w:ilvl w:val="0"/>
          <w:numId w:val="1001"/>
        </w:numPr>
      </w:pPr>
      <w:r>
        <w:rPr>
          <w:b/>
          <w:bCs/>
        </w:rPr>
        <w:t xml:space="preserve">There wasn't any</w:t>
      </w:r>
      <w:r>
        <w:rPr>
          <w:b/>
          <w:bCs/>
        </w:rPr>
        <w:t xml:space="preserve"> </w:t>
      </w:r>
      <w:r>
        <w:rPr>
          <w:b/>
          <w:bCs/>
          <w:u w:val="single"/>
        </w:rPr>
        <w:t xml:space="preserve">meteor</w:t>
      </w:r>
      <w:r>
        <w:rPr>
          <w:b/>
          <w:bCs/>
        </w:rPr>
        <w:t xml:space="preserve"> </w:t>
      </w:r>
      <w:r>
        <w:rPr>
          <w:b/>
          <w:bCs/>
        </w:rPr>
        <w:t xml:space="preserve">shower.</w:t>
      </w:r>
      <w:r>
        <w:br/>
      </w:r>
      <w:r>
        <w:t xml:space="preserve">    (a) a streak of light in the night sky that results from small extraterrestrial bodies burning in the earth's atmosphere</w:t>
      </w:r>
      <w:r>
        <w:br/>
      </w:r>
      <w:r>
        <w:t xml:space="preserve">    (b) a large space rock with an irregular orbit</w:t>
      </w:r>
      <w:r>
        <w:br/>
      </w:r>
      <w:r>
        <w:t xml:space="preserve">    (c) a solar flare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2026-07-31T16:55:59Z</dcterms:created>
  <dcterms:modified xsi:type="dcterms:W3CDTF">2026-07-31T16:55:59Z</dcterms:modified>
</cp:coreProperties>
</file>

<file path=docProps/custom.xml><?xml version="1.0" encoding="utf-8"?>
<Properties xmlns="http://schemas.openxmlformats.org/officeDocument/2006/custom-properties" xmlns:vt="http://schemas.openxmlformats.org/officeDocument/2006/docPropsVTypes"/>
</file>