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9579f804736c57fcc472bc91f7629335452aef"/>
    <w:p>
      <w:pPr>
        <w:pStyle w:val="Heading1"/>
      </w:pPr>
      <w:r>
        <w:rPr>
          <w:b/>
          <w:bCs/>
        </w:rPr>
        <w:t xml:space="preserve">The Battle of the Labyrinth</w:t>
      </w:r>
      <w:r>
        <w:br/>
      </w:r>
      <w:r>
        <w:rPr>
          <w:i/>
          <w:iCs/>
        </w:rPr>
        <w:t xml:space="preserve">Rick Riordan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to stop her from hurting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mortals</w:t>
      </w:r>
      <w:r>
        <w:rPr>
          <w:b/>
          <w:bCs/>
        </w:rPr>
        <w:t xml:space="preserve">.</w:t>
      </w:r>
      <w:r>
        <w:br/>
      </w:r>
      <w:r>
        <w:t xml:space="preserve">    (a) humans (especially merely humans)</w:t>
      </w:r>
      <w:r>
        <w:br/>
      </w:r>
      <w:r>
        <w:t xml:space="preserve">    (b) things or characteristics that express agreement or approval</w:t>
      </w:r>
      <w:r>
        <w:br/>
      </w:r>
      <w:r>
        <w:t xml:space="preserve">    (c) acts of being in a working position; or the acts of starting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all of us are the subject of terrible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prophecies</w:t>
      </w:r>
      <w:r>
        <w:rPr>
          <w:b/>
          <w:bCs/>
        </w:rPr>
        <w:t xml:space="preserve">?</w:t>
      </w:r>
      <w:r>
        <w:br/>
      </w:r>
      <w:r>
        <w:t xml:space="preserve">    (a) interactions or interests</w:t>
      </w:r>
      <w:r>
        <w:br/>
      </w:r>
      <w:r>
        <w:t xml:space="preserve">    (b) things easily set on fire</w:t>
      </w:r>
      <w:r>
        <w:br/>
      </w:r>
      <w:r>
        <w:t xml:space="preserve">    (c) predictions of the future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 quiver and bow slung over his #I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CENTAUR</w:t>
      </w:r>
      <w:r>
        <w:rPr>
          <w:b/>
          <w:bCs/>
        </w:rPr>
        <w:t xml:space="preserve"> </w:t>
      </w:r>
      <w:r>
        <w:rPr>
          <w:b/>
          <w:bCs/>
        </w:rPr>
        <w:t xml:space="preserve">T-shirt.</w:t>
      </w:r>
      <w:r>
        <w:br/>
      </w:r>
      <w:r>
        <w:t xml:space="preserve">    (a) a general feeling of not being as good as others</w:t>
      </w:r>
      <w:r>
        <w:br/>
      </w:r>
      <w:r>
        <w:t xml:space="preserve">    (b) the act, process, or instance of telling a story</w:t>
      </w:r>
      <w:r>
        <w:br/>
      </w:r>
      <w:r>
        <w:t xml:space="preserve">    (c) a mythical being that is half man and half horse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we galloped past the cabins, I glanced at the dining hall-an open-air Greek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pavilion</w:t>
      </w:r>
      <w:r>
        <w:rPr>
          <w:b/>
          <w:bCs/>
        </w:rPr>
        <w:t xml:space="preserve"> </w:t>
      </w:r>
      <w:r>
        <w:rPr>
          <w:b/>
          <w:bCs/>
        </w:rPr>
        <w:t xml:space="preserve">on a hill overlooking the sea.</w:t>
      </w:r>
      <w:r>
        <w:br/>
      </w:r>
      <w:r>
        <w:t xml:space="preserve">    (a) a large structure separate from a main structure or temporary</w:t>
      </w:r>
      <w:r>
        <w:br/>
      </w:r>
      <w:r>
        <w:t xml:space="preserve">    (b) make something more attractive or interesting by adding to it</w:t>
      </w:r>
      <w:r>
        <w:br/>
      </w:r>
      <w:r>
        <w:t xml:space="preserve">    (c) a small group of people who plot in secret and exercise power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Labyrinth</w:t>
      </w:r>
      <w:r>
        <w:rPr>
          <w:b/>
          <w:bCs/>
        </w:rPr>
        <w:t xml:space="preserve"> </w:t>
      </w:r>
      <w:r>
        <w:rPr>
          <w:b/>
          <w:bCs/>
        </w:rPr>
        <w:t xml:space="preserve">is right under the surface of the mortal world, kind of like a second skin.</w:t>
      </w:r>
      <w:r>
        <w:br/>
      </w:r>
      <w:r>
        <w:t xml:space="preserve">    (a) a melody that, after a short interval, is exactly repeated by a different instrument or voice to create competing melodic lines (a strict counterpoint)</w:t>
      </w:r>
      <w:r>
        <w:br/>
      </w:r>
      <w:r>
        <w:t xml:space="preserve">    (b) a math value that tells how many times a number is multiplied by itself to reach another number -- often used to describe very big or very small quantities</w:t>
      </w:r>
      <w:r>
        <w:br/>
      </w:r>
      <w:r>
        <w:t xml:space="preserve">    (c) a complex system of paths or tunnels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Grover and I could sort of read each other's emotions because of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empathy</w:t>
      </w:r>
      <w:r>
        <w:rPr>
          <w:b/>
          <w:bCs/>
        </w:rPr>
        <w:t xml:space="preserve"> </w:t>
      </w:r>
      <w:r>
        <w:rPr>
          <w:b/>
          <w:bCs/>
        </w:rPr>
        <w:t xml:space="preserve">link Grover had made between us.</w:t>
      </w:r>
      <w:r>
        <w:br/>
      </w:r>
      <w:r>
        <w:t xml:space="preserve">    (a) a place where conditions are kept as they were to protect wildlife</w:t>
      </w:r>
      <w:r>
        <w:br/>
      </w:r>
      <w:r>
        <w:t xml:space="preserve">    (b) someone who believes that all knowledge is derived from experience</w:t>
      </w:r>
      <w:r>
        <w:br/>
      </w:r>
      <w:r>
        <w:t xml:space="preserve">    (c) the ability or tendency to understand or share in others'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felt ashamed that I could even think about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mistrusting</w:t>
      </w:r>
      <w:r>
        <w:rPr>
          <w:b/>
          <w:bCs/>
        </w:rPr>
        <w:t xml:space="preserve"> </w:t>
      </w:r>
      <w:r>
        <w:rPr>
          <w:b/>
          <w:bCs/>
        </w:rPr>
        <w:t xml:space="preserve">Quintus.</w:t>
      </w:r>
      <w:r>
        <w:br/>
      </w:r>
      <w:r>
        <w:t xml:space="preserve">    (a) someone who disturbs or annoys</w:t>
      </w:r>
      <w:r>
        <w:br/>
      </w:r>
      <w:r>
        <w:t xml:space="preserve">    (b) calculating or judging too low</w:t>
      </w:r>
      <w:r>
        <w:br/>
      </w:r>
      <w:r>
        <w:t xml:space="preserve">    (c) lacking trust or confidence 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two-faced man regarded Annabeth as best he could out of the corners of his eyes. It was impossible to look at him straight on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focusing</w:t>
      </w:r>
      <w:r>
        <w:rPr>
          <w:b/>
          <w:bCs/>
        </w:rPr>
        <w:t xml:space="preserve"> </w:t>
      </w:r>
      <w:r>
        <w:rPr>
          <w:b/>
          <w:bCs/>
        </w:rPr>
        <w:t xml:space="preserve">on one side or the other.</w:t>
      </w:r>
      <w:r>
        <w:br/>
      </w:r>
      <w:r>
        <w:t xml:space="preserve">    (a) adjusting vision (to see something clearly)</w:t>
      </w:r>
      <w:r>
        <w:br/>
      </w:r>
      <w:r>
        <w:t xml:space="preserve">    (b) differing notably in brightness or tone</w:t>
      </w:r>
      <w:r>
        <w:br/>
      </w:r>
      <w:r>
        <w:t xml:space="preserve">    (c) making different; or showing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blinked at all of us, like he was trying to remember who we were, and then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focused</w:t>
      </w:r>
      <w:r>
        <w:rPr>
          <w:b/>
          <w:bCs/>
        </w:rPr>
        <w:t xml:space="preserve"> </w:t>
      </w:r>
      <w:r>
        <w:rPr>
          <w:b/>
          <w:bCs/>
        </w:rPr>
        <w:t xml:space="preserve">on someone behind me.</w:t>
      </w:r>
      <w:r>
        <w:br/>
      </w:r>
      <w:r>
        <w:t xml:space="preserve">    (a) began speaking with someone about something</w:t>
      </w:r>
      <w:r>
        <w:br/>
      </w:r>
      <w:r>
        <w:t xml:space="preserve">    (b) thought carefully and made a judgment about</w:t>
      </w:r>
      <w:r>
        <w:br/>
      </w:r>
      <w:r>
        <w:t xml:space="preserve">    (c) looked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know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indecision</w:t>
      </w:r>
      <w:r>
        <w:rPr>
          <w:b/>
          <w:bCs/>
        </w:rPr>
        <w:t xml:space="preserve">.</w:t>
      </w:r>
      <w:r>
        <w:br/>
      </w:r>
      <w:r>
        <w:t xml:space="preserve">    (a) a response to an offer that proposes a different agreement while rejecting the previous offer</w:t>
      </w:r>
      <w:r>
        <w:br/>
      </w:r>
      <w:r>
        <w:t xml:space="preserve">    (b) of the philosophical &amp; religious system based on the teachings of Laozi (also spelled Taoist)</w:t>
      </w:r>
      <w:r>
        <w:br/>
      </w:r>
      <w:r>
        <w:t xml:space="preserve">    (c) leaving a decision unmade due to uncertainty; or a general tendency to leave decisions unmade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other spirits stirred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agitation</w:t>
      </w:r>
      <w:r>
        <w:rPr>
          <w:b/>
          <w:bCs/>
        </w:rPr>
        <w:t xml:space="preserve">.</w:t>
      </w:r>
      <w:r>
        <w:br/>
      </w:r>
      <w:r>
        <w:t xml:space="preserve">    (a) the act of stirring up (emotionally or physically); or a state of emotional unrest</w:t>
      </w:r>
      <w:r>
        <w:br/>
      </w:r>
      <w:r>
        <w:t xml:space="preserve">    (b) formula (a mathematical expression that describe a relationship between variables)</w:t>
      </w:r>
      <w:r>
        <w:br/>
      </w:r>
      <w:r>
        <w:t xml:space="preserve">    (c) officially telling someone about something; or something that contains the message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stood on a glittery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dais</w:t>
      </w:r>
      <w:r>
        <w:rPr>
          <w:b/>
          <w:bCs/>
        </w:rPr>
        <w:t xml:space="preserve"> </w:t>
      </w:r>
      <w:r>
        <w:rPr>
          <w:b/>
          <w:bCs/>
        </w:rPr>
        <w:t xml:space="preserve">on the opposite side of the room.</w:t>
      </w:r>
      <w:r>
        <w:br/>
      </w:r>
      <w:r>
        <w:t xml:space="preserve">    (a) raised platform</w:t>
      </w:r>
      <w:r>
        <w:br/>
      </w:r>
      <w:r>
        <w:t xml:space="preserve">    (b) dramatic change</w:t>
      </w:r>
      <w:r>
        <w:br/>
      </w:r>
      <w:r>
        <w:t xml:space="preserve">    (c) in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 other sounds too-like an old-fashioned film projector and a tinny voice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narrating</w:t>
      </w:r>
      <w:r>
        <w:rPr>
          <w:b/>
          <w:bCs/>
        </w:rPr>
        <w:t xml:space="preserve">.</w:t>
      </w:r>
      <w:r>
        <w:br/>
      </w:r>
      <w:r>
        <w:t xml:space="preserve">    (a) telling (a story)</w:t>
      </w:r>
      <w:r>
        <w:br/>
      </w:r>
      <w:r>
        <w:t xml:space="preserve">    (b) becoming aware of</w:t>
      </w:r>
      <w:r>
        <w:br/>
      </w:r>
      <w:r>
        <w:t xml:space="preserve">    (c) causing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young sea demon matures,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narrator</w:t>
      </w:r>
      <w:r>
        <w:rPr>
          <w:b/>
          <w:bCs/>
        </w:rPr>
        <w:t xml:space="preserve"> </w:t>
      </w:r>
      <w:r>
        <w:rPr>
          <w:b/>
          <w:bCs/>
        </w:rPr>
        <w:t xml:space="preserve">said, changes happen in the monster's body.</w:t>
      </w:r>
      <w:r>
        <w:br/>
      </w:r>
      <w:r>
        <w:t xml:space="preserve">    (a) translation</w:t>
      </w:r>
      <w:r>
        <w:br/>
      </w:r>
      <w:r>
        <w:t xml:space="preserve">    (b) storyteller</w:t>
      </w:r>
      <w:r>
        <w:br/>
      </w:r>
      <w:r>
        <w:t xml:space="preserve">    (c) quiet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Assuming he comes back alive, they will force him into a shameful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exile</w:t>
      </w:r>
      <w:r>
        <w:rPr>
          <w:b/>
          <w:bCs/>
        </w:rPr>
        <w:t xml:space="preserve">.</w:t>
      </w:r>
      <w:r>
        <w:br/>
      </w:r>
      <w:r>
        <w:t xml:space="preserve">    (a) (noun) something that is lighter and draws attention -- such as an area of a painting  OR  (verb) making something lighter -- such as an area of a painting</w:t>
      </w:r>
      <w:r>
        <w:br/>
      </w:r>
      <w:r>
        <w:t xml:space="preserve">    (b) recommend or require what should be done  OR  (of a medical doctor) give medical instructions -- such as writing that a patient should take antibiotics</w:t>
      </w:r>
      <w:r>
        <w:br/>
      </w:r>
      <w:r>
        <w:t xml:space="preserve">    (c) to force someone to live outside of their homeland; or living in such a condition</w:t>
      </w:r>
      <w:r>
        <w:br/>
      </w:r>
      <w:r>
        <w:br/>
      </w:r>
      <w:r>
        <w:t xml:space="preserve">or more rarely:  voluntary absence from a place someone would rather be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exchanged thrusts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parries</w:t>
      </w:r>
      <w:r>
        <w:rPr>
          <w:b/>
          <w:bCs/>
        </w:rPr>
        <w:t xml:space="preserve">, getting a feel for each other's fighting style.</w:t>
      </w:r>
      <w:r>
        <w:br/>
      </w:r>
      <w:r>
        <w:t xml:space="preserve">    (a) directs energy from a negative (unacceptable) impulse or urge into a positive or acceptable action</w:t>
      </w:r>
      <w:r>
        <w:br/>
      </w:r>
      <w:r>
        <w:t xml:space="preserve">    (b) deflections of sword thrusts</w:t>
      </w:r>
      <w:r>
        <w:br/>
      </w:r>
      <w:r>
        <w:t xml:space="preserve">    (c) "spiritually renews" in a Christian ceremony  OR  initiates or purifies by a challenging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straightened up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indignantly</w:t>
      </w:r>
      <w:r>
        <w:rPr>
          <w:b/>
          <w:bCs/>
        </w:rPr>
        <w:t xml:space="preserve"> </w:t>
      </w:r>
      <w:r>
        <w:rPr>
          <w:b/>
          <w:bCs/>
        </w:rPr>
        <w:t xml:space="preserve">and yelled "HEY!"</w:t>
      </w:r>
      <w:r>
        <w:br/>
      </w:r>
      <w:r>
        <w:t xml:space="preserve">    (a) with acceptance of something undesired as unavoidable</w:t>
      </w:r>
      <w:r>
        <w:br/>
      </w:r>
      <w:r>
        <w:t xml:space="preserve">    (b) with surprise as something unexpected</w:t>
      </w:r>
      <w:r>
        <w:br/>
      </w:r>
      <w:r>
        <w:t xml:space="preserve">    (c) with anger or annoyance at something unjust or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Underneath,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bronze</w:t>
      </w:r>
      <w:r>
        <w:rPr>
          <w:b/>
          <w:bCs/>
        </w:rPr>
        <w:t xml:space="preserve"> </w:t>
      </w:r>
      <w:r>
        <w:rPr>
          <w:b/>
          <w:bCs/>
        </w:rPr>
        <w:t xml:space="preserve">gears whirred.</w:t>
      </w:r>
      <w:r>
        <w:br/>
      </w:r>
      <w:r>
        <w:t xml:space="preserve">    (a) examine in detail to better understand</w:t>
      </w:r>
      <w:r>
        <w:br/>
      </w:r>
      <w:r>
        <w:t xml:space="preserve">    (b) appropriate in size, amount, or degree</w:t>
      </w:r>
      <w:r>
        <w:br/>
      </w:r>
      <w:r>
        <w:t xml:space="preserve">    (c) made of a brownish metal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stabbed his black blade into the floor, and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cleaved</w:t>
      </w:r>
      <w:r>
        <w:rPr>
          <w:b/>
          <w:bCs/>
        </w:rPr>
        <w:t xml:space="preserve"> </w:t>
      </w:r>
      <w:r>
        <w:rPr>
          <w:b/>
          <w:bCs/>
        </w:rPr>
        <w:t xml:space="preserve">through the stone like butter.</w:t>
      </w:r>
      <w:r>
        <w:br/>
      </w:r>
      <w:r>
        <w:t xml:space="preserve">    (a) splitting or cutting through</w:t>
      </w:r>
      <w:r>
        <w:br/>
      </w:r>
      <w:r>
        <w:t xml:space="preserve">    (b) took on as one's own</w:t>
      </w:r>
      <w:r>
        <w:br/>
      </w:r>
      <w:r>
        <w:t xml:space="preserve">    (c) differed; or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Sacrilege</w:t>
      </w:r>
      <w:r>
        <w:rPr>
          <w:b/>
          <w:bCs/>
        </w:rPr>
        <w:t xml:space="preserve"> </w:t>
      </w:r>
      <w:r>
        <w:rPr>
          <w:b/>
          <w:bCs/>
        </w:rPr>
        <w:t xml:space="preserve">and lies!</w:t>
      </w:r>
      <w:r>
        <w:br/>
      </w:r>
      <w:r>
        <w:t xml:space="preserve">    (a) disrespect of something others consider important or sacred</w:t>
      </w:r>
      <w:r>
        <w:br/>
      </w:r>
      <w:r>
        <w:t xml:space="preserve">    (b) the process or result of learning, discovering, or deciding</w:t>
      </w:r>
      <w:r>
        <w:br/>
      </w:r>
      <w:r>
        <w:t xml:space="preserve">    (c) person, organization, or anything with a separate existence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2026-07-31T18:33:12Z</dcterms:created>
  <dcterms:modified xsi:type="dcterms:W3CDTF">2026-07-31T18:33:12Z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