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36677bb1ffc1013c7673b65d7e5df4c87cc650"/>
    <w:p>
      <w:pPr>
        <w:pStyle w:val="Heading1"/>
      </w:pPr>
      <w:r>
        <w:rPr>
          <w:b/>
          <w:bCs/>
        </w:rPr>
        <w:t xml:space="preserve">The Awakening</w:t>
      </w:r>
      <w:r>
        <w:br/>
      </w:r>
      <w:r>
        <w:rPr>
          <w:i/>
          <w:iCs/>
        </w:rPr>
        <w:t xml:space="preserve">Kate Chopin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detailed research report</w:t>
      </w:r>
      <w:r>
        <w:br/>
      </w:r>
      <w:r>
        <w:t xml:space="preserve">    (b) long boring lecture</w:t>
      </w:r>
      <w:r>
        <w:br/>
      </w:r>
      <w:r>
        <w:t xml:space="preserve">    (c) short true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enemy</w:t>
      </w:r>
      <w:r>
        <w:br/>
      </w:r>
      <w:r>
        <w:t xml:space="preserve">    (b) friend</w:t>
      </w:r>
      <w:r>
        <w:br/>
      </w:r>
      <w:r>
        <w:t xml:space="preserve">    (c) partner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tactful</w:t>
      </w:r>
      <w:r>
        <w:br/>
      </w:r>
      <w:r>
        <w:t xml:space="preserve">    (b) expert</w:t>
      </w:r>
      <w:r>
        <w:br/>
      </w:r>
      <w:r>
        <w:t xml:space="preserve">    (c) honest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harmful</w:t>
      </w:r>
      <w:r>
        <w:br/>
      </w:r>
      <w:r>
        <w:t xml:space="preserve">    (b) impulsive</w:t>
      </w:r>
      <w:r>
        <w:br/>
      </w:r>
      <w:r>
        <w:t xml:space="preserve">    (c)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disagree with</w:t>
      </w:r>
      <w:r>
        <w:br/>
      </w:r>
      <w:r>
        <w:t xml:space="preserve">    (c) reinforce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attract</w:t>
      </w:r>
      <w:r>
        <w:br/>
      </w:r>
      <w:r>
        <w:t xml:space="preserve">    (b) entertain</w:t>
      </w:r>
      <w:r>
        <w:br/>
      </w:r>
      <w:r>
        <w:t xml:space="preserve">    (c) lie to or mislead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after weeks of trying without any success.</w:t>
      </w:r>
      <w:r>
        <w:br/>
      </w:r>
      <w:r>
        <w:t xml:space="preserve">    (a) secretly amused</w:t>
      </w:r>
      <w:r>
        <w:br/>
      </w:r>
      <w:r>
        <w:t xml:space="preserve">    (b) deeply discouraged</w:t>
      </w:r>
      <w:r>
        <w:br/>
      </w:r>
      <w:r>
        <w:t xml:space="preserve">    (c) mildly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promise</w:t>
      </w:r>
      <w:r>
        <w:br/>
      </w:r>
      <w:r>
        <w:t xml:space="preserve">    (b) try</w:t>
      </w:r>
      <w:r>
        <w:br/>
      </w:r>
      <w:r>
        <w:t xml:space="preserve">    (c) not be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threatened</w:t>
      </w:r>
      <w:r>
        <w:br/>
      </w:r>
      <w:r>
        <w:t xml:space="preserve">    (b) bribed (with gifts)</w:t>
      </w:r>
      <w:r>
        <w:br/>
      </w:r>
      <w:r>
        <w:t xml:space="preserve">    (c) asked earnestly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impromptu</w:t>
      </w:r>
      <w:r>
        <w:rPr>
          <w:b/>
          <w:bCs/>
        </w:rPr>
        <w:t xml:space="preserve"> </w:t>
      </w:r>
      <w:r>
        <w:rPr>
          <w:b/>
          <w:bCs/>
        </w:rPr>
        <w:t xml:space="preserve">jokes had the audience laughing uncontrollably.</w:t>
      </w:r>
      <w:r>
        <w:br/>
      </w:r>
      <w:r>
        <w:t xml:space="preserve">    (a) pushing the envelope of what is acceptable</w:t>
      </w:r>
      <w:r>
        <w:br/>
      </w:r>
      <w:r>
        <w:t xml:space="preserve">    (b) especially humorous and penetrating</w:t>
      </w:r>
      <w:r>
        <w:br/>
      </w:r>
      <w:r>
        <w:t xml:space="preserve">    (c) made without advance preparation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greeted us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</w:t>
      </w:r>
      <w:r>
        <w:rPr>
          <w:b/>
          <w:bCs/>
        </w:rPr>
        <w:t xml:space="preserve"> </w:t>
      </w:r>
      <w:r>
        <w:rPr>
          <w:b/>
          <w:bCs/>
        </w:rPr>
        <w:t xml:space="preserve">wave of the hand.</w:t>
      </w:r>
      <w:r>
        <w:br/>
      </w:r>
      <w:r>
        <w:t xml:space="preserve">    (a) slow and relaxed</w:t>
      </w:r>
      <w:r>
        <w:br/>
      </w:r>
      <w:r>
        <w:t xml:space="preserve">    (b) stiff and formal</w:t>
      </w:r>
      <w:r>
        <w:br/>
      </w:r>
      <w:r>
        <w:t xml:space="preserve">    (c) quick and sharp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evilly</w:t>
      </w:r>
      <w:r>
        <w:br/>
      </w:r>
      <w:r>
        <w:t xml:space="preserve">    (b) carelessly</w:t>
      </w:r>
      <w:r>
        <w:br/>
      </w:r>
      <w:r>
        <w:t xml:space="preserve">    (c) mockingly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technique</w:t>
      </w:r>
      <w:r>
        <w:br/>
      </w:r>
      <w:r>
        <w:t xml:space="preserve">    (b) excuse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scientist in her research eventually led to a groundbreaking discovery.</w:t>
      </w:r>
      <w:r>
        <w:br/>
      </w:r>
      <w:r>
        <w:t xml:space="preserve">    (a) continuing effort despite difficulties</w:t>
      </w:r>
      <w:r>
        <w:br/>
      </w:r>
      <w:r>
        <w:t xml:space="preserve">    (b) immediate success</w:t>
      </w:r>
      <w:r>
        <w:br/>
      </w:r>
      <w:r>
        <w:t xml:space="preserve">    (c) blind optimism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pronounce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criticize</w:t>
      </w:r>
      <w:r>
        <w:br/>
      </w:r>
      <w:r>
        <w:t xml:space="preserve">    (b) accept honor for</w:t>
      </w:r>
      <w:r>
        <w:br/>
      </w:r>
      <w:r>
        <w:t xml:space="preserve">    (c) congratulate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pleasing to touch</w:t>
      </w:r>
      <w:r>
        <w:br/>
      </w:r>
      <w:r>
        <w:t xml:space="preserve">    (b) smooth to the touch</w:t>
      </w:r>
      <w:r>
        <w:br/>
      </w:r>
      <w:r>
        <w:t xml:space="preserve">    (c) cool to the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speculating</w:t>
      </w:r>
      <w:r>
        <w:rPr>
          <w:b/>
          <w:bCs/>
        </w:rPr>
        <w:t xml:space="preserve"> </w:t>
      </w:r>
      <w:r>
        <w:rPr>
          <w:b/>
          <w:bCs/>
        </w:rPr>
        <w:t xml:space="preserve">as to whether a president would have to resign after that kind of scandal.</w:t>
      </w:r>
      <w:r>
        <w:br/>
      </w:r>
      <w:r>
        <w:t xml:space="preserve">    (a) thoughtfully guessing</w:t>
      </w:r>
      <w:r>
        <w:br/>
      </w:r>
      <w:r>
        <w:t xml:space="preserve">    (b) hoping</w:t>
      </w:r>
      <w:r>
        <w:br/>
      </w:r>
      <w:r>
        <w:t xml:space="preserve">    (c) demonstrating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2026-07-31T15:06:49Z</dcterms:created>
  <dcterms:modified xsi:type="dcterms:W3CDTF">2026-07-31T15:06:49Z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