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ec6ae3187c9ece34e6227fd69422bc977bbb9f1"/>
    <w:p>
      <w:pPr>
        <w:pStyle w:val="Heading1"/>
      </w:pPr>
      <w:r>
        <w:rPr>
          <w:b/>
          <w:bCs/>
        </w:rPr>
        <w:t xml:space="preserve">The Awakening</w:t>
      </w:r>
      <w:r>
        <w:br/>
      </w:r>
      <w:r>
        <w:rPr>
          <w:i/>
          <w:iCs/>
        </w:rPr>
        <w:t xml:space="preserve">Kate Chopin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Rumors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abound</w:t>
      </w:r>
      <w:r>
        <w:rPr>
          <w:b/>
          <w:bCs/>
        </w:rPr>
        <w:t xml:space="preserve"> </w:t>
      </w:r>
      <w:r>
        <w:rPr>
          <w:b/>
          <w:bCs/>
        </w:rPr>
        <w:t xml:space="preserve">about the new student in class.</w:t>
      </w:r>
      <w:r>
        <w:br/>
      </w:r>
      <w:r>
        <w:t xml:space="preserve">    (a) are plentiful</w:t>
      </w:r>
      <w:r>
        <w:br/>
      </w:r>
      <w:r>
        <w:t xml:space="preserve">    (b) are rare</w:t>
      </w:r>
      <w:r>
        <w:br/>
      </w:r>
      <w:r>
        <w:t xml:space="preserve">    (c) gradually disappear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accepted the invitation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alacrity</w:t>
      </w:r>
      <w:r>
        <w:rPr>
          <w:b/>
          <w:bCs/>
        </w:rPr>
        <w:t xml:space="preserve">.</w:t>
      </w:r>
      <w:r>
        <w:br/>
      </w:r>
      <w:r>
        <w:t xml:space="preserve">    (a) quickness</w:t>
      </w:r>
      <w:r>
        <w:br/>
      </w:r>
      <w:r>
        <w:t xml:space="preserve">    (b) concern</w:t>
      </w:r>
      <w:r>
        <w:br/>
      </w:r>
      <w:r>
        <w:t xml:space="preserve">    (c) embarrassment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took every opportunity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assail</w:t>
      </w:r>
      <w:r>
        <w:rPr>
          <w:b/>
          <w:bCs/>
        </w:rPr>
        <w:t xml:space="preserve"> </w:t>
      </w:r>
      <w:r>
        <w:rPr>
          <w:b/>
          <w:bCs/>
        </w:rPr>
        <w:t xml:space="preserve">the policy.</w:t>
      </w:r>
      <w:r>
        <w:br/>
      </w:r>
      <w:r>
        <w:t xml:space="preserve">    (a) attack</w:t>
      </w:r>
      <w:r>
        <w:br/>
      </w:r>
      <w:r>
        <w:t xml:space="preserve">    (b) study</w:t>
      </w:r>
      <w:r>
        <w:br/>
      </w:r>
      <w:r>
        <w:t xml:space="preserve">    (c) understand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found her new colleagues to be quite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congenial</w:t>
      </w:r>
      <w:r>
        <w:rPr>
          <w:b/>
          <w:bCs/>
        </w:rPr>
        <w:t xml:space="preserve">, making her transition to the new job much easier.</w:t>
      </w:r>
      <w:r>
        <w:br/>
      </w:r>
      <w:r>
        <w:t xml:space="preserve">    (a) friendly</w:t>
      </w:r>
      <w:r>
        <w:br/>
      </w:r>
      <w:r>
        <w:t xml:space="preserve">    (b) unfamiliar</w:t>
      </w:r>
      <w:r>
        <w:br/>
      </w:r>
      <w:r>
        <w:t xml:space="preserve">    (c) challenging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introduced Bette Midler (pronounced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bet</w:t>
      </w:r>
      <w:r>
        <w:rPr>
          <w:b/>
          <w:bCs/>
        </w:rPr>
        <w:t xml:space="preserve">) by saying,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Bette</w:t>
      </w:r>
      <w:r>
        <w:rPr>
          <w:b/>
          <w:bCs/>
        </w:rPr>
        <w:t xml:space="preserve"> </w:t>
      </w:r>
      <w:r>
        <w:rPr>
          <w:b/>
          <w:bCs/>
        </w:rPr>
        <w:t xml:space="preserve">rhymes with</w:t>
      </w:r>
      <w:r>
        <w:rPr>
          <w:b/>
          <w:bCs/>
        </w:rPr>
        <w:t xml:space="preserve"> </w:t>
      </w:r>
      <w:r>
        <w:rPr>
          <w:b/>
          <w:bCs/>
          <w:i/>
          <w:iCs/>
          <w:u w:val="single"/>
        </w:rPr>
        <w:t xml:space="preserve">coquette</w:t>
      </w:r>
      <w:r>
        <w:rPr>
          <w:b/>
          <w:bCs/>
        </w:rPr>
        <w:t xml:space="preserve">, but never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regret</w:t>
      </w:r>
      <w:r>
        <w:rPr>
          <w:b/>
          <w:bCs/>
        </w:rPr>
        <w:t xml:space="preserve">.</w:t>
      </w:r>
      <w:r>
        <w:br/>
      </w:r>
      <w:r>
        <w:t xml:space="preserve">    (a) a star</w:t>
      </w:r>
      <w:r>
        <w:br/>
      </w:r>
      <w:r>
        <w:t xml:space="preserve">    (b) a dancer</w:t>
      </w:r>
      <w:r>
        <w:br/>
      </w:r>
      <w:r>
        <w:t xml:space="preserve">    (c) a flirt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Stay away from her. She's dangerous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demented</w:t>
      </w:r>
      <w:r>
        <w:rPr>
          <w:b/>
          <w:bCs/>
        </w:rPr>
        <w:t xml:space="preserve">.</w:t>
      </w:r>
      <w:r>
        <w:br/>
      </w:r>
      <w:r>
        <w:t xml:space="preserve">    (a) overly confident</w:t>
      </w:r>
      <w:r>
        <w:br/>
      </w:r>
      <w:r>
        <w:t xml:space="preserve">    (b) insane (crazy)</w:t>
      </w:r>
      <w:r>
        <w:br/>
      </w:r>
      <w:r>
        <w:t xml:space="preserve">    (c) devious (clever)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heard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discordant</w:t>
      </w:r>
      <w:r>
        <w:rPr>
          <w:b/>
          <w:bCs/>
        </w:rPr>
        <w:t xml:space="preserve"> </w:t>
      </w:r>
      <w:r>
        <w:rPr>
          <w:b/>
          <w:bCs/>
        </w:rPr>
        <w:t xml:space="preserve">clanging of pots in the kitchen.</w:t>
      </w:r>
      <w:r>
        <w:br/>
      </w:r>
      <w:r>
        <w:t xml:space="preserve">    (a) unpleasant sound</w:t>
      </w:r>
      <w:r>
        <w:br/>
      </w:r>
      <w:r>
        <w:t xml:space="preserve">    (b) attractive sound</w:t>
      </w:r>
      <w:r>
        <w:br/>
      </w:r>
      <w:r>
        <w:t xml:space="preserve">    (c) loud sound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Supreme Court was unanimous except for one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dissenting</w:t>
      </w:r>
      <w:r>
        <w:rPr>
          <w:b/>
          <w:bCs/>
        </w:rPr>
        <w:t xml:space="preserve"> </w:t>
      </w:r>
      <w:r>
        <w:rPr>
          <w:b/>
          <w:bCs/>
        </w:rPr>
        <w:t xml:space="preserve">opinion.</w:t>
      </w:r>
      <w:r>
        <w:br/>
      </w:r>
      <w:r>
        <w:t xml:space="preserve">    (a) disagreeing</w:t>
      </w:r>
      <w:r>
        <w:br/>
      </w:r>
      <w:r>
        <w:t xml:space="preserve">    (b) supporting</w:t>
      </w:r>
      <w:r>
        <w:br/>
      </w:r>
      <w:r>
        <w:t xml:space="preserve">    (c) withheld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lawyer objected to the prosecutor's introduction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extraneous</w:t>
      </w:r>
      <w:r>
        <w:rPr>
          <w:b/>
          <w:bCs/>
        </w:rPr>
        <w:t xml:space="preserve"> </w:t>
      </w:r>
      <w:r>
        <w:rPr>
          <w:b/>
          <w:bCs/>
        </w:rPr>
        <w:t xml:space="preserve">evidence.</w:t>
      </w:r>
      <w:r>
        <w:br/>
      </w:r>
      <w:r>
        <w:t xml:space="preserve">    (a) irrelevant</w:t>
      </w:r>
      <w:r>
        <w:br/>
      </w:r>
      <w:r>
        <w:t xml:space="preserve">    (b) inflammatory</w:t>
      </w:r>
      <w:r>
        <w:br/>
      </w:r>
      <w:r>
        <w:t xml:space="preserve">    (c) faulty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knew neither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filial</w:t>
      </w:r>
      <w:r>
        <w:rPr>
          <w:b/>
          <w:bCs/>
        </w:rPr>
        <w:t xml:space="preserve"> </w:t>
      </w:r>
      <w:r>
        <w:rPr>
          <w:b/>
          <w:bCs/>
        </w:rPr>
        <w:t xml:space="preserve">nor romantic love.</w:t>
      </w:r>
      <w:r>
        <w:br/>
      </w:r>
      <w:r>
        <w:t xml:space="preserve">    (a) owner/pet</w:t>
      </w:r>
      <w:r>
        <w:br/>
      </w:r>
      <w:r>
        <w:t xml:space="preserve">    (b) friend/friend</w:t>
      </w:r>
      <w:r>
        <w:br/>
      </w:r>
      <w:r>
        <w:t xml:space="preserve">    (c) parent/child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Concern for her children's safety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impelled</w:t>
      </w:r>
      <w:r>
        <w:rPr>
          <w:b/>
          <w:bCs/>
        </w:rPr>
        <w:t xml:space="preserve"> </w:t>
      </w:r>
      <w:r>
        <w:rPr>
          <w:b/>
          <w:bCs/>
        </w:rPr>
        <w:t xml:space="preserve">her to take action and confront the intruder.</w:t>
      </w:r>
      <w:r>
        <w:br/>
      </w:r>
      <w:r>
        <w:t xml:space="preserve">    (a) prevented</w:t>
      </w:r>
      <w:r>
        <w:br/>
      </w:r>
      <w:r>
        <w:t xml:space="preserve">    (b) slowed</w:t>
      </w:r>
      <w:r>
        <w:br/>
      </w:r>
      <w:r>
        <w:t xml:space="preserve">    (c) drove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infatuated</w:t>
      </w:r>
      <w:r>
        <w:rPr>
          <w:b/>
          <w:bCs/>
        </w:rPr>
        <w:t xml:space="preserve"> </w:t>
      </w:r>
      <w:r>
        <w:rPr>
          <w:b/>
          <w:bCs/>
        </w:rPr>
        <w:t xml:space="preserve">with the new singer and talked about her constantly.</w:t>
      </w:r>
      <w:r>
        <w:br/>
      </w:r>
      <w:r>
        <w:t xml:space="preserve">    (a) openly annoyed</w:t>
      </w:r>
      <w:r>
        <w:br/>
      </w:r>
      <w:r>
        <w:t xml:space="preserve">    (b) slightly informed</w:t>
      </w:r>
      <w:r>
        <w:br/>
      </w:r>
      <w:r>
        <w:t xml:space="preserve">    (c) foolishly fascinated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bill may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languish</w:t>
      </w:r>
      <w:r>
        <w:rPr>
          <w:b/>
          <w:bCs/>
        </w:rPr>
        <w:t xml:space="preserve"> </w:t>
      </w:r>
      <w:r>
        <w:rPr>
          <w:b/>
          <w:bCs/>
        </w:rPr>
        <w:t xml:space="preserve">in committee for months without a vote.</w:t>
      </w:r>
      <w:r>
        <w:br/>
      </w:r>
      <w:r>
        <w:t xml:space="preserve">    (a) move forward quickly</w:t>
      </w:r>
      <w:r>
        <w:br/>
      </w:r>
      <w:r>
        <w:t xml:space="preserve">    (b) win strong support</w:t>
      </w:r>
      <w:r>
        <w:br/>
      </w:r>
      <w:r>
        <w:t xml:space="preserve">    (c) remain neglected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parents were too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lenient</w:t>
      </w:r>
      <w:r>
        <w:rPr>
          <w:b/>
          <w:bCs/>
        </w:rPr>
        <w:t xml:space="preserve">.</w:t>
      </w:r>
      <w:r>
        <w:br/>
      </w:r>
      <w:r>
        <w:t xml:space="preserve">    (a) authoritarian (overly strict)</w:t>
      </w:r>
      <w:r>
        <w:br/>
      </w:r>
      <w:r>
        <w:t xml:space="preserve">    (b) permissive (not strict)</w:t>
      </w:r>
      <w:r>
        <w:br/>
      </w:r>
      <w:r>
        <w:t xml:space="preserve">    (c) concerned or worried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Have you read MLK's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poignant</w:t>
      </w:r>
      <w:r>
        <w:rPr>
          <w:b/>
          <w:bCs/>
        </w:rPr>
        <w:t xml:space="preserve"> </w:t>
      </w:r>
      <w:r>
        <w:rPr>
          <w:b/>
          <w:bCs/>
        </w:rPr>
        <w:t xml:space="preserve">"Letter from Birmingham Jail"?</w:t>
      </w:r>
      <w:r>
        <w:br/>
      </w:r>
      <w:r>
        <w:t xml:space="preserve">    (a) arousing deep emotion</w:t>
      </w:r>
      <w:r>
        <w:br/>
      </w:r>
      <w:r>
        <w:t xml:space="preserve">    (b) logically compelling</w:t>
      </w:r>
      <w:r>
        <w:br/>
      </w:r>
      <w:r>
        <w:t xml:space="preserve">    (c) long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a group, the people with a family history of heart disease have a higher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propensity</w:t>
      </w:r>
      <w:r>
        <w:rPr>
          <w:b/>
          <w:bCs/>
        </w:rPr>
        <w:t xml:space="preserve"> </w:t>
      </w:r>
      <w:r>
        <w:rPr>
          <w:b/>
          <w:bCs/>
        </w:rPr>
        <w:t xml:space="preserve">to develop the condition themselves.</w:t>
      </w:r>
      <w:r>
        <w:br/>
      </w:r>
      <w:r>
        <w:t xml:space="preserve">    (a) tendency</w:t>
      </w:r>
      <w:r>
        <w:br/>
      </w:r>
      <w:r>
        <w:t xml:space="preserve">    (b) fear</w:t>
      </w:r>
      <w:r>
        <w:br/>
      </w:r>
      <w:r>
        <w:t xml:space="preserve">    (c) avoidance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described him as humble, polite,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solicitous</w:t>
      </w:r>
      <w:r>
        <w:rPr>
          <w:b/>
          <w:bCs/>
        </w:rPr>
        <w:t xml:space="preserve">.</w:t>
      </w:r>
      <w:r>
        <w:br/>
      </w:r>
      <w:r>
        <w:t xml:space="preserve">    (a) perceptive</w:t>
      </w:r>
      <w:r>
        <w:br/>
      </w:r>
      <w:r>
        <w:t xml:space="preserve">    (b) caring</w:t>
      </w:r>
      <w:r>
        <w:br/>
      </w:r>
      <w:r>
        <w:t xml:space="preserve">    (c) smart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wore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sumptuous</w:t>
      </w:r>
      <w:r>
        <w:rPr>
          <w:b/>
          <w:bCs/>
        </w:rPr>
        <w:t xml:space="preserve"> </w:t>
      </w:r>
      <w:r>
        <w:rPr>
          <w:b/>
          <w:bCs/>
        </w:rPr>
        <w:t xml:space="preserve">gown made of the finest silk and adorned with sparkling jewels.</w:t>
      </w:r>
      <w:r>
        <w:br/>
      </w:r>
      <w:r>
        <w:t xml:space="preserve">    (a) magnificent</w:t>
      </w:r>
      <w:r>
        <w:br/>
      </w:r>
      <w:r>
        <w:t xml:space="preserve">    (b) long</w:t>
      </w:r>
      <w:r>
        <w:br/>
      </w:r>
      <w:r>
        <w:t xml:space="preserve">    (c) flattering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have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tacit</w:t>
      </w:r>
      <w:r>
        <w:rPr>
          <w:b/>
          <w:bCs/>
        </w:rPr>
        <w:t xml:space="preserve"> </w:t>
      </w:r>
      <w:r>
        <w:rPr>
          <w:b/>
          <w:bCs/>
        </w:rPr>
        <w:t xml:space="preserve">agreement.</w:t>
      </w:r>
      <w:r>
        <w:br/>
      </w:r>
      <w:r>
        <w:t xml:space="preserve">    (a) reasonable</w:t>
      </w:r>
      <w:r>
        <w:br/>
      </w:r>
      <w:r>
        <w:t xml:space="preserve">    (b) implied</w:t>
      </w:r>
      <w:r>
        <w:br/>
      </w:r>
      <w:r>
        <w:t xml:space="preserve">    (c) clear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vivacious</w:t>
      </w:r>
      <w:r>
        <w:rPr>
          <w:b/>
          <w:bCs/>
        </w:rPr>
        <w:t xml:space="preserve"> </w:t>
      </w:r>
      <w:r>
        <w:rPr>
          <w:b/>
          <w:bCs/>
        </w:rPr>
        <w:t xml:space="preserve">high school senior who has captured the nations heart.</w:t>
      </w:r>
      <w:r>
        <w:br/>
      </w:r>
      <w:r>
        <w:t xml:space="preserve">    (a) kind and attractive</w:t>
      </w:r>
      <w:r>
        <w:br/>
      </w:r>
      <w:r>
        <w:t xml:space="preserve">    (b) smart and well-spoken</w:t>
      </w:r>
      <w:r>
        <w:br/>
      </w:r>
      <w:r>
        <w:t xml:space="preserve">    (c) engaging and lively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2026-07-31T15:06:50Z</dcterms:created>
  <dcterms:modified xsi:type="dcterms:W3CDTF">2026-07-31T15:06:50Z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