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e9a5094c33d781517e1fcd9c1d7b0e02cac4d4a"/>
    <w:p>
      <w:pPr>
        <w:pStyle w:val="Heading1"/>
      </w:pPr>
      <w:r>
        <w:rPr>
          <w:b/>
          <w:bCs/>
        </w:rPr>
        <w:t xml:space="preserve">The Awakening</w:t>
      </w:r>
      <w:r>
        <w:br/>
      </w:r>
      <w:r>
        <w:rPr>
          <w:i/>
          <w:iCs/>
        </w:rPr>
        <w:t xml:space="preserve">Kate Chopin</w:t>
      </w:r>
      <w:r>
        <w:br/>
      </w:r>
      <w:r>
        <w:rPr>
          <w:b/>
          <w:bCs/>
        </w:rPr>
        <w:t xml:space="preserve">Vocabulary in Context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Her face was captivating by reason of a certain frankness of expression and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contradictory</w:t>
      </w:r>
      <w:r>
        <w:rPr>
          <w:b/>
          <w:bCs/>
        </w:rPr>
        <w:t xml:space="preserve"> </w:t>
      </w:r>
      <w:r>
        <w:rPr>
          <w:b/>
          <w:bCs/>
        </w:rPr>
        <w:t xml:space="preserve">subtle play of features.</w:t>
      </w:r>
      <w:r>
        <w:br/>
      </w:r>
      <w:r>
        <w:t xml:space="preserve">    (a) dramatic change</w:t>
      </w:r>
      <w:r>
        <w:br/>
      </w:r>
      <w:r>
        <w:t xml:space="preserve">    (b) in disagreement</w:t>
      </w:r>
      <w:r>
        <w:br/>
      </w:r>
      <w:r>
        <w:t xml:space="preserve">    (c) relative amount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talked to her while he undressed, telling her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anecdotes</w:t>
      </w:r>
      <w:r>
        <w:rPr>
          <w:b/>
          <w:bCs/>
        </w:rPr>
        <w:t xml:space="preserve"> </w:t>
      </w:r>
      <w:r>
        <w:rPr>
          <w:b/>
          <w:bCs/>
        </w:rPr>
        <w:t xml:space="preserve">and bits of news and gossip that he had gathered during the day.</w:t>
      </w:r>
      <w:r>
        <w:br/>
      </w:r>
      <w:r>
        <w:t xml:space="preserve">    (a) short, true stories</w:t>
      </w:r>
      <w:r>
        <w:br/>
      </w:r>
      <w:r>
        <w:t xml:space="preserve">    (b) outward appearances</w:t>
      </w:r>
      <w:r>
        <w:br/>
      </w:r>
      <w:r>
        <w:t xml:space="preserve">    (c) sizes or dimensions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Her "condition" was in no way apparent, and no one would have known a thing about it but for her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persistence</w:t>
      </w:r>
      <w:r>
        <w:rPr>
          <w:b/>
          <w:bCs/>
        </w:rPr>
        <w:t xml:space="preserve"> </w:t>
      </w:r>
      <w:r>
        <w:rPr>
          <w:b/>
          <w:bCs/>
        </w:rPr>
        <w:t xml:space="preserve">in making it the subject of conversation.</w:t>
      </w:r>
      <w:r>
        <w:br/>
      </w:r>
      <w:r>
        <w:t xml:space="preserve">    (a) main character of Mark Twain's classic novel about Huck and Jim's journey down the Mississippi River to find freedom (1884)</w:t>
      </w:r>
      <w:r>
        <w:br/>
      </w:r>
      <w:r>
        <w:t xml:space="preserve">    (b) continuing or repeating behavior -- especially in spite of difficulties</w:t>
      </w:r>
      <w:r>
        <w:br/>
      </w:r>
      <w:r>
        <w:br/>
      </w:r>
      <w:r>
        <w:t xml:space="preserve">or:</w:t>
      </w:r>
      <w:r>
        <w:br/>
      </w:r>
      <w:r>
        <w:br/>
      </w:r>
      <w:r>
        <w:t xml:space="preserve">continuing or prolonged existence of something</w:t>
      </w:r>
      <w:r>
        <w:br/>
      </w:r>
      <w:r>
        <w:t xml:space="preserve">    (c) a baseball pitcher who throws knuckleballs -- a pitch thrown with little spin (so that it moves in an unpredictable manner)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sun was low in the west, and the breeze soft 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languorous</w:t>
      </w:r>
      <w:r>
        <w:rPr>
          <w:b/>
          <w:bCs/>
        </w:rPr>
        <w:t xml:space="preserve"> </w:t>
      </w:r>
      <w:r>
        <w:rPr>
          <w:b/>
          <w:bCs/>
        </w:rPr>
        <w:t xml:space="preserve">that came up from the south, charged with the seductive odor of the sea.</w:t>
      </w:r>
      <w:r>
        <w:br/>
      </w:r>
      <w:r>
        <w:t xml:space="preserve">    (a) slow, relaxed, or with little energy</w:t>
      </w:r>
      <w:r>
        <w:br/>
      </w:r>
      <w:r>
        <w:t xml:space="preserve">    (b) inconspicuousness or trustworthiness</w:t>
      </w:r>
      <w:r>
        <w:br/>
      </w:r>
      <w:r>
        <w:t xml:space="preserve">    (c) lacking a reason for doing something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touch of the sea is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sensuous</w:t>
      </w:r>
      <w:r>
        <w:rPr>
          <w:b/>
          <w:bCs/>
        </w:rPr>
        <w:t xml:space="preserve">, enfolding the body in its soft, close embrace.</w:t>
      </w:r>
      <w:r>
        <w:br/>
      </w:r>
      <w:r>
        <w:t xml:space="preserve">    (a) relating to pleasure from the body's senses rather than from the intellect</w:t>
      </w:r>
      <w:r>
        <w:br/>
      </w:r>
      <w:r>
        <w:t xml:space="preserve">    (b) the state or degree of having found a condition or substance to be present</w:t>
      </w:r>
      <w:r>
        <w:br/>
      </w:r>
      <w:r>
        <w:t xml:space="preserve">    (c) most extreme as in final, best, worst, most important, or most fundamental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"Granted; as many as you like," he returned, glancing down into her eyes that were full of thoughtfulness and some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speculation</w:t>
      </w:r>
      <w:r>
        <w:rPr>
          <w:b/>
          <w:bCs/>
        </w:rPr>
        <w:t xml:space="preserve">.</w:t>
      </w:r>
      <w:r>
        <w:br/>
      </w:r>
      <w:r>
        <w:t xml:space="preserve">    (a) guessing or theorizing</w:t>
      </w:r>
      <w:r>
        <w:br/>
      </w:r>
      <w:r>
        <w:t xml:space="preserve">    (b) cash or an asset (something of value) that is easily converted into cash</w:t>
      </w:r>
      <w:r>
        <w:br/>
      </w:r>
      <w:r>
        <w:t xml:space="preserve">    (c) ruling on a point of Islamic law that is given by a recognized authority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curtains which draped the windows, and which puffed, floated, and flapped at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capricious</w:t>
      </w:r>
      <w:r>
        <w:rPr>
          <w:b/>
          <w:bCs/>
        </w:rPr>
        <w:t xml:space="preserve"> </w:t>
      </w:r>
      <w:r>
        <w:rPr>
          <w:b/>
          <w:bCs/>
        </w:rPr>
        <w:t xml:space="preserve">will of a stiff breeze</w:t>
      </w:r>
      <w:r>
        <w:br/>
      </w:r>
      <w:r>
        <w:t xml:space="preserve">    (a) the quality of disagreeing</w:t>
      </w:r>
      <w:r>
        <w:br/>
      </w:r>
      <w:r>
        <w:t xml:space="preserve">    (b) able to meet and talk with</w:t>
      </w:r>
      <w:r>
        <w:br/>
      </w:r>
      <w:r>
        <w:t xml:space="preserve">    (c) unpredictable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was dragging a chair in and out of her room, and at intervals objecting to the crying of a baby, which a nurse in the adjoining cottage was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endeavoring</w:t>
      </w:r>
      <w:r>
        <w:rPr>
          <w:b/>
          <w:bCs/>
        </w:rPr>
        <w:t xml:space="preserve"> </w:t>
      </w:r>
      <w:r>
        <w:rPr>
          <w:b/>
          <w:bCs/>
        </w:rPr>
        <w:t xml:space="preserve">to put to sleep.</w:t>
      </w:r>
      <w:r>
        <w:br/>
      </w:r>
      <w:r>
        <w:t xml:space="preserve">    (a) trying or attempting</w:t>
      </w:r>
      <w:r>
        <w:br/>
      </w:r>
      <w:r>
        <w:t xml:space="preserve">    (b) working or operating</w:t>
      </w:r>
      <w:r>
        <w:br/>
      </w:r>
      <w:r>
        <w:t xml:space="preserve">    (c) believing or judging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walked between them, whether with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malicious</w:t>
      </w:r>
      <w:r>
        <w:rPr>
          <w:b/>
          <w:bCs/>
        </w:rPr>
        <w:t xml:space="preserve"> </w:t>
      </w:r>
      <w:r>
        <w:rPr>
          <w:b/>
          <w:bCs/>
        </w:rPr>
        <w:t xml:space="preserve">or mischievous intent was not wholly clear, even to himself.</w:t>
      </w:r>
      <w:r>
        <w:br/>
      </w:r>
      <w:r>
        <w:t xml:space="preserve">    (a) exceedingly important, serious, or dangerous</w:t>
      </w:r>
      <w:r>
        <w:br/>
      </w:r>
      <w:r>
        <w:t xml:space="preserve">    (b) the intention or desire to see others suffer</w:t>
      </w:r>
      <w:r>
        <w:br/>
      </w:r>
      <w:r>
        <w:t xml:space="preserve">    (c) designed to be useful; or capable of working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did not mind the entreaty, but the tone with its delicate note of pathos was like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reproach</w:t>
      </w:r>
      <w:r>
        <w:rPr>
          <w:b/>
          <w:bCs/>
        </w:rPr>
        <w:t xml:space="preserve">.</w:t>
      </w:r>
      <w:r>
        <w:br/>
      </w:r>
      <w:r>
        <w:t xml:space="preserve">    (a) a criticism; or to express criticism</w:t>
      </w:r>
      <w:r>
        <w:br/>
      </w:r>
      <w:r>
        <w:t xml:space="preserve">    (b) move into position to work; or start</w:t>
      </w:r>
      <w:r>
        <w:br/>
      </w:r>
      <w:r>
        <w:t xml:space="preserve">    (c) to spread to other parts of the body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asked again, this time fondly, with a note of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entreaty</w:t>
      </w:r>
      <w:r>
        <w:rPr>
          <w:b/>
          <w:bCs/>
        </w:rPr>
        <w:t xml:space="preserve">.</w:t>
      </w:r>
      <w:r>
        <w:br/>
      </w:r>
      <w:r>
        <w:t xml:space="preserve">    (a) easily set on fire</w:t>
      </w:r>
      <w:r>
        <w:br/>
      </w:r>
      <w:r>
        <w:t xml:space="preserve">    (b) untied or released</w:t>
      </w:r>
      <w:r>
        <w:br/>
      </w:r>
      <w:r>
        <w:t xml:space="preserve">    (c) pleading or attempt at persuasion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don't understand your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motive</w:t>
      </w:r>
      <w:r>
        <w:rPr>
          <w:b/>
          <w:bCs/>
        </w:rPr>
        <w:t xml:space="preserve"> </w:t>
      </w:r>
      <w:r>
        <w:rPr>
          <w:b/>
          <w:bCs/>
        </w:rPr>
        <w:t xml:space="preserve">for silence and mystery, never saying a word to me about it this morning.</w:t>
      </w:r>
      <w:r>
        <w:br/>
      </w:r>
      <w:r>
        <w:t xml:space="preserve">    (a) small quantity or indication</w:t>
      </w:r>
      <w:r>
        <w:br/>
      </w:r>
      <w:r>
        <w:t xml:space="preserve">    (b) the sacred writings of Islam</w:t>
      </w:r>
      <w:r>
        <w:br/>
      </w:r>
      <w:r>
        <w:t xml:space="preserve">    (c) reason (for doing something)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street, the children, the fruit vender, the flowers growing there under her eyes, were all part and parcel of an alien world which had suddenly become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antagonistic</w:t>
      </w:r>
      <w:r>
        <w:rPr>
          <w:b/>
          <w:bCs/>
        </w:rPr>
        <w:t xml:space="preserve">.</w:t>
      </w:r>
      <w:r>
        <w:br/>
      </w:r>
      <w:r>
        <w:t xml:space="preserve">    (a) not good at making decisions</w:t>
      </w:r>
      <w:r>
        <w:br/>
      </w:r>
      <w:r>
        <w:t xml:space="preserve">    (b) without boundaries or limits</w:t>
      </w:r>
      <w:r>
        <w:br/>
      </w:r>
      <w:r>
        <w:t xml:space="preserve">    (c) with opposition or hostility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 moved her with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recollections</w:t>
      </w:r>
      <w:r>
        <w:rPr>
          <w:b/>
          <w:bCs/>
        </w:rPr>
        <w:t xml:space="preserve">.</w:t>
      </w:r>
      <w:r>
        <w:br/>
      </w:r>
      <w:r>
        <w:t xml:space="preserve">    (a) thoughts</w:t>
      </w:r>
      <w:r>
        <w:br/>
      </w:r>
      <w:r>
        <w:t xml:space="preserve">    (b) restores</w:t>
      </w:r>
      <w:r>
        <w:br/>
      </w:r>
      <w:r>
        <w:t xml:space="preserve">    (c) memories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was a dark-browed, good-looking youngster of nineteen, greatly resembling his mother, but with ten times her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impetuosity</w:t>
      </w:r>
      <w:r>
        <w:rPr>
          <w:b/>
          <w:bCs/>
        </w:rPr>
        <w:t xml:space="preserve">.</w:t>
      </w:r>
      <w:r>
        <w:br/>
      </w:r>
      <w:r>
        <w:t xml:space="preserve">    (a) impulsiveness (the trait of acting suddenly without much thought)</w:t>
      </w:r>
      <w:r>
        <w:br/>
      </w:r>
      <w:r>
        <w:t xml:space="preserve">    (b) a person (often a writer or artist) living an unconventional life</w:t>
      </w:r>
      <w:r>
        <w:br/>
      </w:r>
      <w:r>
        <w:t xml:space="preserve">    (c) a ceiling designed to affect noise -- typically to decrease noise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candor</w:t>
      </w:r>
      <w:r>
        <w:rPr>
          <w:b/>
          <w:bCs/>
        </w:rPr>
        <w:t xml:space="preserve"> </w:t>
      </w:r>
      <w:r>
        <w:rPr>
          <w:b/>
          <w:bCs/>
        </w:rPr>
        <w:t xml:space="preserve">of Mrs. Pontellier's admission greatly pleased Mademoiselle Reisz.</w:t>
      </w:r>
      <w:r>
        <w:br/>
      </w:r>
      <w:r>
        <w:t xml:space="preserve">    (a) honesty and directness</w:t>
      </w:r>
      <w:r>
        <w:br/>
      </w:r>
      <w:r>
        <w:t xml:space="preserve">    (b) lacks adequate funding</w:t>
      </w:r>
      <w:r>
        <w:br/>
      </w:r>
      <w:r>
        <w:t xml:space="preserve">    (c) lowers moral standards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'If Mrs. Pontellier should call upon you, play for her that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Impromptu</w:t>
      </w:r>
      <w:r>
        <w:rPr>
          <w:b/>
          <w:bCs/>
        </w:rPr>
        <w:t xml:space="preserve"> </w:t>
      </w:r>
      <w:r>
        <w:rPr>
          <w:b/>
          <w:bCs/>
        </w:rPr>
        <w:t xml:space="preserve">of Chopin's, my favorite.</w:t>
      </w:r>
      <w:r>
        <w:br/>
      </w:r>
      <w:r>
        <w:t xml:space="preserve">    (a) result or predictable value</w:t>
      </w:r>
      <w:r>
        <w:br/>
      </w:r>
      <w:r>
        <w:t xml:space="preserve">    (b) the highest-ranking manager</w:t>
      </w:r>
      <w:r>
        <w:br/>
      </w:r>
      <w:r>
        <w:t xml:space="preserve">    (c) without advance preparation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Yet there were other days when she listened, was led on 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deceived</w:t>
      </w:r>
      <w:r>
        <w:rPr>
          <w:b/>
          <w:bCs/>
        </w:rPr>
        <w:t xml:space="preserve"> </w:t>
      </w:r>
      <w:r>
        <w:rPr>
          <w:b/>
          <w:bCs/>
        </w:rPr>
        <w:t xml:space="preserve">by fresh promises which her youth held out to her.</w:t>
      </w:r>
      <w:r>
        <w:br/>
      </w:r>
      <w:r>
        <w:t xml:space="preserve">    (a) told (a story)</w:t>
      </w:r>
      <w:r>
        <w:br/>
      </w:r>
      <w:r>
        <w:t xml:space="preserve">    (b) lied or misled</w:t>
      </w:r>
      <w:r>
        <w:br/>
      </w:r>
      <w:r>
        <w:t xml:space="preserve">    (c) began fighting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If she replied to it in a serious spirit it would still leave in his mind the impression that she had in a susceptible moment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yielded</w:t>
      </w:r>
      <w:r>
        <w:rPr>
          <w:b/>
          <w:bCs/>
        </w:rPr>
        <w:t xml:space="preserve"> </w:t>
      </w:r>
      <w:r>
        <w:rPr>
          <w:b/>
          <w:bCs/>
        </w:rPr>
        <w:t xml:space="preserve">to his influence.</w:t>
      </w:r>
      <w:r>
        <w:br/>
      </w:r>
      <w:r>
        <w:t xml:space="preserve">    (a) gave in, gave way, or gave up</w:t>
      </w:r>
      <w:r>
        <w:br/>
      </w:r>
      <w:r>
        <w:t xml:space="preserve">    (b) with rises and falls in pitch</w:t>
      </w:r>
      <w:r>
        <w:br/>
      </w:r>
      <w:r>
        <w:t xml:space="preserve">    (c) embarrassed or self-conscious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  <w:u w:val="single"/>
        </w:rPr>
        <w:t xml:space="preserve">Despondency</w:t>
      </w:r>
      <w:r>
        <w:rPr>
          <w:b/>
          <w:bCs/>
        </w:rPr>
        <w:t xml:space="preserve"> </w:t>
      </w:r>
      <w:r>
        <w:rPr>
          <w:b/>
          <w:bCs/>
        </w:rPr>
        <w:t xml:space="preserve">had come upon her there in the wakeful night, and had never lifted.</w:t>
      </w:r>
      <w:r>
        <w:br/>
      </w:r>
      <w:r>
        <w:t xml:space="preserve">    (a) sticks out</w:t>
      </w:r>
      <w:r>
        <w:br/>
      </w:r>
      <w:r>
        <w:t xml:space="preserve">    (b) bends down</w:t>
      </w:r>
      <w:r>
        <w:br/>
      </w:r>
      <w:r>
        <w:t xml:space="preserve">    (c) depression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2026-07-31T15:06:50Z</dcterms:created>
  <dcterms:modified xsi:type="dcterms:W3CDTF">2026-07-31T15:06:50Z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