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0f5e64b67108d138afd4fead221088d61aed9f0"/>
    <w:p>
      <w:pPr>
        <w:pStyle w:val="Heading1"/>
      </w:pPr>
      <w:r>
        <w:rPr>
          <w:b/>
          <w:bCs/>
        </w:rPr>
        <w:t xml:space="preserve">The Autobiography of Miss Jane Pittman</w:t>
      </w:r>
      <w:r>
        <w:br/>
      </w:r>
      <w:r>
        <w:rPr>
          <w:i/>
          <w:iCs/>
        </w:rPr>
        <w:t xml:space="preserve">Ernest J. Gaines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baby's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baptism</w:t>
      </w:r>
      <w:r>
        <w:rPr>
          <w:b/>
          <w:bCs/>
        </w:rPr>
        <w:t xml:space="preserve"> </w:t>
      </w:r>
      <w:r>
        <w:rPr>
          <w:b/>
          <w:bCs/>
        </w:rPr>
        <w:t xml:space="preserve">took place at the local church on Sunday.</w:t>
      </w:r>
      <w:r>
        <w:br/>
      </w:r>
      <w:r>
        <w:t xml:space="preserve">    (a) religious ceremony</w:t>
      </w:r>
      <w:r>
        <w:br/>
      </w:r>
      <w:r>
        <w:t xml:space="preserve">    (b) first birthday party</w:t>
      </w:r>
      <w:r>
        <w:br/>
      </w:r>
      <w:r>
        <w:t xml:space="preserve">    (c) doctor's appointment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Between 1890 and 1915,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Booker T. Washington</w:t>
      </w:r>
      <w:r>
        <w:rPr>
          <w:b/>
          <w:bCs/>
        </w:rPr>
        <w:t xml:space="preserve"> </w:t>
      </w:r>
      <w:r>
        <w:rPr>
          <w:b/>
          <w:bCs/>
        </w:rPr>
        <w:t xml:space="preserve">was the dominant leader in the African American community.</w:t>
      </w:r>
      <w:r>
        <w:br/>
      </w:r>
      <w:r>
        <w:t xml:space="preserve">    (a) United States educator who was born a slave but became educated and founded a college</w:t>
      </w:r>
      <w:r>
        <w:br/>
      </w:r>
      <w:r>
        <w:t xml:space="preserve">    (b) a renowned African American jazz musician who was known for his innovative compositions and improvisations</w:t>
      </w:r>
      <w:r>
        <w:br/>
      </w:r>
      <w:r>
        <w:t xml:space="preserve">    (c) famous African American boxer who won the world heavyweight championship in the early 20th century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 she was a slave, he was restrained from harming her because she was another's valuable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chattel</w:t>
      </w:r>
      <w:r>
        <w:rPr>
          <w:b/>
          <w:bCs/>
        </w:rPr>
        <w:t xml:space="preserve">.</w:t>
      </w:r>
      <w:r>
        <w:br/>
      </w:r>
      <w:r>
        <w:t xml:space="preserve">    (a) a hoofed mamma</w:t>
      </w:r>
      <w:r>
        <w:br/>
      </w:r>
      <w:r>
        <w:t xml:space="preserve">    (b) a fat compound</w:t>
      </w:r>
      <w:r>
        <w:br/>
      </w:r>
      <w:r>
        <w:t xml:space="preserve">    (c) property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United Nations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condemned</w:t>
      </w:r>
      <w:r>
        <w:rPr>
          <w:b/>
          <w:bCs/>
        </w:rPr>
        <w:t xml:space="preserve"> </w:t>
      </w:r>
      <w:r>
        <w:rPr>
          <w:b/>
          <w:bCs/>
        </w:rPr>
        <w:t xml:space="preserve">North Korea's development of nuclear weapons.</w:t>
      </w:r>
      <w:r>
        <w:br/>
      </w:r>
      <w:r>
        <w:t xml:space="preserve">    (a) criticized</w:t>
      </w:r>
      <w:r>
        <w:br/>
      </w:r>
      <w:r>
        <w:t xml:space="preserve">    (b) ended</w:t>
      </w:r>
      <w:r>
        <w:br/>
      </w:r>
      <w:r>
        <w:t xml:space="preserve">    (c) delayed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congregation</w:t>
      </w:r>
      <w:r>
        <w:rPr>
          <w:b/>
          <w:bCs/>
        </w:rPr>
        <w:t xml:space="preserve"> </w:t>
      </w:r>
      <w:r>
        <w:rPr>
          <w:b/>
          <w:bCs/>
        </w:rPr>
        <w:t xml:space="preserve">voted to approve appointment of the new minister.</w:t>
      </w:r>
      <w:r>
        <w:br/>
      </w:r>
      <w:r>
        <w:t xml:space="preserve">    (a) people who agree</w:t>
      </w:r>
      <w:r>
        <w:br/>
      </w:r>
      <w:r>
        <w:t xml:space="preserve">    (b) people who worship together</w:t>
      </w:r>
      <w:r>
        <w:br/>
      </w:r>
      <w:r>
        <w:t xml:space="preserve">    (c) people who meet periodically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It's hard to get her to consider a change because she is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contented</w:t>
      </w:r>
      <w:r>
        <w:rPr>
          <w:b/>
          <w:bCs/>
        </w:rPr>
        <w:t xml:space="preserve"> </w:t>
      </w:r>
      <w:r>
        <w:rPr>
          <w:b/>
          <w:bCs/>
        </w:rPr>
        <w:t xml:space="preserve">with the way things are.</w:t>
      </w:r>
      <w:r>
        <w:br/>
      </w:r>
      <w:r>
        <w:t xml:space="preserve">    (a) stubborn</w:t>
      </w:r>
      <w:r>
        <w:br/>
      </w:r>
      <w:r>
        <w:t xml:space="preserve">    (b) satisfied</w:t>
      </w:r>
      <w:r>
        <w:br/>
      </w:r>
      <w:r>
        <w:t xml:space="preserve">    (c) concerned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Havana, the capital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Cuba</w:t>
      </w:r>
      <w:r>
        <w:rPr>
          <w:b/>
          <w:bCs/>
        </w:rPr>
        <w:t xml:space="preserve">, is known for its colorful architecture and classic American cars.</w:t>
      </w:r>
      <w:r>
        <w:br/>
      </w:r>
      <w:r>
        <w:t xml:space="preserve">    (a) communist country that is 90 miles from Florida</w:t>
      </w:r>
      <w:r>
        <w:br/>
      </w:r>
      <w:r>
        <w:t xml:space="preserve">    (b) Mexican state that exports much coffee and sugar</w:t>
      </w:r>
      <w:r>
        <w:br/>
      </w:r>
      <w:r>
        <w:t xml:space="preserve">    (c) large Caribbean island known for high-tech industry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Creativity can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cultivated</w:t>
      </w:r>
      <w:r>
        <w:rPr>
          <w:b/>
          <w:bCs/>
        </w:rPr>
        <w:t xml:space="preserve">.</w:t>
      </w:r>
      <w:r>
        <w:br/>
      </w:r>
      <w:r>
        <w:t xml:space="preserve">    (a) risky or dangerous</w:t>
      </w:r>
      <w:r>
        <w:br/>
      </w:r>
      <w:r>
        <w:t xml:space="preserve">    (b) developed or grown</w:t>
      </w:r>
      <w:r>
        <w:br/>
      </w:r>
      <w:r>
        <w:t xml:space="preserve">    (c) useful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medal is given only to a few who have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demonstrated</w:t>
      </w:r>
      <w:r>
        <w:rPr>
          <w:b/>
          <w:bCs/>
        </w:rPr>
        <w:t xml:space="preserve"> </w:t>
      </w:r>
      <w:r>
        <w:rPr>
          <w:b/>
          <w:bCs/>
        </w:rPr>
        <w:t xml:space="preserve">extraordinary courage while defending their country.</w:t>
      </w:r>
      <w:r>
        <w:br/>
      </w:r>
      <w:r>
        <w:t xml:space="preserve">    (a) encouraged</w:t>
      </w:r>
      <w:r>
        <w:br/>
      </w:r>
      <w:r>
        <w:t xml:space="preserve">    (b) protested</w:t>
      </w:r>
      <w:r>
        <w:br/>
      </w:r>
      <w:r>
        <w:t xml:space="preserve">    (c) shown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court ruling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deprived</w:t>
      </w:r>
      <w:r>
        <w:rPr>
          <w:b/>
          <w:bCs/>
        </w:rPr>
        <w:t xml:space="preserve"> </w:t>
      </w:r>
      <w:r>
        <w:rPr>
          <w:b/>
          <w:bCs/>
        </w:rPr>
        <w:t xml:space="preserve">him of custody of his children.</w:t>
      </w:r>
      <w:r>
        <w:br/>
      </w:r>
      <w:r>
        <w:t xml:space="preserve">    (a) stripped</w:t>
      </w:r>
      <w:r>
        <w:br/>
      </w:r>
      <w:r>
        <w:t xml:space="preserve">    (b) delayed</w:t>
      </w:r>
      <w:r>
        <w:br/>
      </w:r>
      <w:r>
        <w:t xml:space="preserve">    (c) granted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essence</w:t>
      </w:r>
      <w:r>
        <w:rPr>
          <w:b/>
          <w:bCs/>
        </w:rPr>
        <w:t xml:space="preserve"> </w:t>
      </w:r>
      <w:r>
        <w:rPr>
          <w:b/>
          <w:bCs/>
        </w:rPr>
        <w:t xml:space="preserve">of friendship is trust, even more than shared interests.</w:t>
      </w:r>
      <w:r>
        <w:br/>
      </w:r>
      <w:r>
        <w:t xml:space="preserve">    (a) most important quality</w:t>
      </w:r>
      <w:r>
        <w:br/>
      </w:r>
      <w:r>
        <w:t xml:space="preserve">    (b) most common activity</w:t>
      </w:r>
      <w:r>
        <w:br/>
      </w:r>
      <w:r>
        <w:t xml:space="preserve">    (c) least noticeable detail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didn’t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heed</w:t>
      </w:r>
      <w:r>
        <w:rPr>
          <w:b/>
          <w:bCs/>
        </w:rPr>
        <w:t xml:space="preserve"> </w:t>
      </w:r>
      <w:r>
        <w:rPr>
          <w:b/>
          <w:bCs/>
        </w:rPr>
        <w:t xml:space="preserve">the storm warnings and got caught in the heavy rain.</w:t>
      </w:r>
      <w:r>
        <w:br/>
      </w:r>
      <w:r>
        <w:t xml:space="preserve">    (a) pay attention to</w:t>
      </w:r>
      <w:r>
        <w:br/>
      </w:r>
      <w:r>
        <w:t xml:space="preserve">    (b) pass through</w:t>
      </w:r>
      <w:r>
        <w:br/>
      </w:r>
      <w:r>
        <w:t xml:space="preserve">    (c) tell others 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At first, 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incredulous</w:t>
      </w:r>
      <w:r>
        <w:rPr>
          <w:b/>
          <w:bCs/>
        </w:rPr>
        <w:t xml:space="preserve">--thinking the report was in error.</w:t>
      </w:r>
      <w:r>
        <w:br/>
      </w:r>
      <w:r>
        <w:t xml:space="preserve">    (a) without belief</w:t>
      </w:r>
      <w:r>
        <w:br/>
      </w:r>
      <w:r>
        <w:t xml:space="preserve">    (b) confused</w:t>
      </w:r>
      <w:r>
        <w:br/>
      </w:r>
      <w:r>
        <w:t xml:space="preserve">    (c) worried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She's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liable</w:t>
      </w:r>
      <w:r>
        <w:rPr>
          <w:b/>
          <w:bCs/>
        </w:rPr>
        <w:t xml:space="preserve"> </w:t>
      </w:r>
      <w:r>
        <w:rPr>
          <w:b/>
          <w:bCs/>
        </w:rPr>
        <w:t xml:space="preserve">to forget something that important.</w:t>
      </w:r>
      <w:r>
        <w:br/>
      </w:r>
      <w:r>
        <w:t xml:space="preserve">    (a) the state or degree of being less than zero</w:t>
      </w:r>
      <w:r>
        <w:br/>
      </w:r>
      <w:r>
        <w:t xml:space="preserve">    (b) likely</w:t>
      </w:r>
      <w:r>
        <w:br/>
      </w:r>
      <w:r>
        <w:t xml:space="preserve">    (c) the state or degree of being bad or harmful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brushed the horse's tangled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mane</w:t>
      </w:r>
      <w:r>
        <w:rPr>
          <w:b/>
          <w:bCs/>
        </w:rPr>
        <w:t xml:space="preserve"> </w:t>
      </w:r>
      <w:r>
        <w:rPr>
          <w:b/>
          <w:bCs/>
        </w:rPr>
        <w:t xml:space="preserve">until it flowed smoothly down its neck.</w:t>
      </w:r>
      <w:r>
        <w:br/>
      </w:r>
      <w:r>
        <w:t xml:space="preserve">    (a) long curved tail</w:t>
      </w:r>
      <w:r>
        <w:br/>
      </w:r>
      <w:r>
        <w:t xml:space="preserve">    (b) sharp pointed hoof</w:t>
      </w:r>
      <w:r>
        <w:br/>
      </w:r>
      <w:r>
        <w:t xml:space="preserve">    (c) thick neck hair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village suffered a brutal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massacre</w:t>
      </w:r>
      <w:r>
        <w:rPr>
          <w:b/>
          <w:bCs/>
        </w:rPr>
        <w:t xml:space="preserve"> </w:t>
      </w:r>
      <w:r>
        <w:rPr>
          <w:b/>
          <w:bCs/>
        </w:rPr>
        <w:t xml:space="preserve">during the long civil war.</w:t>
      </w:r>
      <w:r>
        <w:br/>
      </w:r>
      <w:r>
        <w:t xml:space="preserve">    (a) tense standoff</w:t>
      </w:r>
      <w:r>
        <w:br/>
      </w:r>
      <w:r>
        <w:t xml:space="preserve">    (b) quiet retreat</w:t>
      </w:r>
      <w:r>
        <w:br/>
      </w:r>
      <w:r>
        <w:t xml:space="preserve">    (c) mass slaughter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I'll be happy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oblige</w:t>
      </w:r>
      <w:r>
        <w:rPr>
          <w:b/>
          <w:bCs/>
        </w:rPr>
        <w:t xml:space="preserve">.</w:t>
      </w:r>
      <w:r>
        <w:br/>
      </w:r>
      <w:r>
        <w:t xml:space="preserve">    (a) grant a favor</w:t>
      </w:r>
      <w:r>
        <w:br/>
      </w:r>
      <w:r>
        <w:t xml:space="preserve">    (b) say nice things</w:t>
      </w:r>
      <w:r>
        <w:br/>
      </w:r>
      <w:r>
        <w:t xml:space="preserve">    (c) delay until a later time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During the Second World War, products such as food and gasoline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rationed</w:t>
      </w:r>
      <w:r>
        <w:rPr>
          <w:b/>
          <w:bCs/>
        </w:rPr>
        <w:t xml:space="preserve"> </w:t>
      </w:r>
      <w:r>
        <w:rPr>
          <w:b/>
          <w:bCs/>
        </w:rPr>
        <w:t xml:space="preserve">in the United States, so more resources could be devoted to the war effort.</w:t>
      </w:r>
      <w:r>
        <w:br/>
      </w:r>
      <w:r>
        <w:t xml:space="preserve">    (a) restricted in the amount each person could have</w:t>
      </w:r>
      <w:r>
        <w:br/>
      </w:r>
      <w:r>
        <w:t xml:space="preserve">    (b) imported in small amounts from many countries</w:t>
      </w:r>
      <w:r>
        <w:br/>
      </w:r>
      <w:r>
        <w:t xml:space="preserve">    (c) set at a high price only the military could afford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speculating</w:t>
      </w:r>
      <w:r>
        <w:rPr>
          <w:b/>
          <w:bCs/>
        </w:rPr>
        <w:t xml:space="preserve"> </w:t>
      </w:r>
      <w:r>
        <w:rPr>
          <w:b/>
          <w:bCs/>
        </w:rPr>
        <w:t xml:space="preserve">as to whether a president would have to resign after that kind of scandal.</w:t>
      </w:r>
      <w:r>
        <w:br/>
      </w:r>
      <w:r>
        <w:t xml:space="preserve">    (a) hoping</w:t>
      </w:r>
      <w:r>
        <w:br/>
      </w:r>
      <w:r>
        <w:t xml:space="preserve">    (b) thoughtfully guessing</w:t>
      </w:r>
      <w:r>
        <w:br/>
      </w:r>
      <w:r>
        <w:t xml:space="preserve">    (c) demonstrating concern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vulgar</w:t>
      </w:r>
      <w:r>
        <w:rPr>
          <w:b/>
          <w:bCs/>
        </w:rPr>
        <w:t xml:space="preserve"> </w:t>
      </w:r>
      <w:r>
        <w:rPr>
          <w:b/>
          <w:bCs/>
        </w:rPr>
        <w:t xml:space="preserve">jokes embarrassed everyone at the formal dinner party.</w:t>
      </w:r>
      <w:r>
        <w:br/>
      </w:r>
      <w:r>
        <w:t xml:space="preserve">    (a) crude</w:t>
      </w:r>
      <w:r>
        <w:br/>
      </w:r>
      <w:r>
        <w:t xml:space="preserve">    (b) stale</w:t>
      </w:r>
      <w:r>
        <w:br/>
      </w:r>
      <w:r>
        <w:t xml:space="preserve">    (c) clever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2026-07-31T18:09:05Z</dcterms:created>
  <dcterms:modified xsi:type="dcterms:W3CDTF">2026-07-31T18:09:05Z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