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016f10b974c4023486aa659567850afd0cfb02"/>
    <w:p>
      <w:pPr>
        <w:pStyle w:val="Heading1"/>
      </w:pPr>
      <w:r>
        <w:rPr>
          <w:b/>
          <w:bCs/>
        </w:rPr>
        <w:t xml:space="preserve">The Autobiography of Benjamin Franklin</w:t>
      </w:r>
      <w:r>
        <w:br/>
      </w:r>
      <w:r>
        <w:rPr>
          <w:i/>
          <w:iCs/>
        </w:rPr>
        <w:t xml:space="preserve">Benjamin Franklin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quick</w:t>
      </w:r>
      <w:r>
        <w:br/>
      </w:r>
      <w:r>
        <w:t xml:space="preserve">    (b) friendly</w:t>
      </w:r>
      <w:r>
        <w:br/>
      </w:r>
      <w:r>
        <w:t xml:space="preserve">    (c) temporary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deist</w:t>
      </w:r>
      <w:r>
        <w:rPr>
          <w:b/>
          <w:bCs/>
        </w:rPr>
        <w:t xml:space="preserve"> </w:t>
      </w:r>
      <w:r>
        <w:rPr>
          <w:b/>
          <w:bCs/>
        </w:rPr>
        <w:t xml:space="preserve">who views the world as a machine of God's making.</w:t>
      </w:r>
      <w:r>
        <w:br/>
      </w:r>
      <w:r>
        <w:t xml:space="preserve">    (a) the degree to which a solution is simpler (and often more comprehensive) than most would anticipate</w:t>
      </w:r>
      <w:r>
        <w:br/>
      </w:r>
      <w:r>
        <w:t xml:space="preserve">    (b) a person who believes that God created the universe, but doesn't interfere with how it runs</w:t>
      </w:r>
      <w:r>
        <w:br/>
      </w:r>
      <w:r>
        <w:t xml:space="preserve">    (c) an architectural feature at the top of a roof, usually dome-shaped and opened by windows or columns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young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care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dogmatic</w:t>
      </w:r>
      <w:r>
        <w:rPr>
          <w:b/>
          <w:bCs/>
        </w:rPr>
        <w:t xml:space="preserve"> </w:t>
      </w:r>
      <w:r>
        <w:rPr>
          <w:b/>
          <w:bCs/>
        </w:rPr>
        <w:t xml:space="preserve">writings. I like writing that presents different perspectives and leaves me to decide what I believe.</w:t>
      </w:r>
      <w:r>
        <w:br/>
      </w:r>
      <w:r>
        <w:t xml:space="preserve">    (a) characterized by stating opinions as absolute truth</w:t>
      </w:r>
      <w:r>
        <w:br/>
      </w:r>
      <w:r>
        <w:t xml:space="preserve">    (b) computer code that performs a specific task</w:t>
      </w:r>
      <w:r>
        <w:br/>
      </w:r>
      <w:r>
        <w:t xml:space="preserve">    (c) relating to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list</w:t>
      </w:r>
      <w:r>
        <w:br/>
      </w:r>
      <w:r>
        <w:t xml:space="preserve">    (b) follow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teacher looked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equitable</w:t>
      </w:r>
      <w:r>
        <w:rPr>
          <w:b/>
          <w:bCs/>
        </w:rPr>
        <w:t xml:space="preserve"> </w:t>
      </w:r>
      <w:r>
        <w:rPr>
          <w:b/>
          <w:bCs/>
        </w:rPr>
        <w:t xml:space="preserve">way to divide the supplies among the groups.</w:t>
      </w:r>
      <w:r>
        <w:br/>
      </w:r>
      <w:r>
        <w:t xml:space="preserve">    (a) quick</w:t>
      </w:r>
      <w:r>
        <w:br/>
      </w:r>
      <w:r>
        <w:t xml:space="preserve">    (b) fair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annual technology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exposition</w:t>
      </w:r>
      <w:r>
        <w:rPr>
          <w:b/>
          <w:bCs/>
        </w:rPr>
        <w:t xml:space="preserve"> </w:t>
      </w:r>
      <w:r>
        <w:rPr>
          <w:b/>
          <w:bCs/>
        </w:rPr>
        <w:t xml:space="preserve">drew engineers from across the country.</w:t>
      </w:r>
      <w:r>
        <w:br/>
      </w:r>
      <w:r>
        <w:t xml:space="preserve">    (a) formal academic lecture</w:t>
      </w:r>
      <w:r>
        <w:br/>
      </w:r>
      <w:r>
        <w:t xml:space="preserve">    (b) small private meeting</w:t>
      </w:r>
      <w:r>
        <w:br/>
      </w:r>
      <w:r>
        <w:t xml:space="preserve">    (c) large public exhibition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of the old traditions are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 </w:t>
      </w:r>
      <w:r>
        <w:rPr>
          <w:b/>
          <w:bCs/>
        </w:rPr>
        <w:t xml:space="preserve">in rural areas.</w:t>
      </w:r>
      <w:r>
        <w:br/>
      </w:r>
      <w:r>
        <w:t xml:space="preserve">    (a) still in existence</w:t>
      </w:r>
      <w:r>
        <w:br/>
      </w:r>
      <w:r>
        <w:t xml:space="preserve">    (b) wrongly translates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lecture</w:t>
      </w:r>
      <w:r>
        <w:br/>
      </w:r>
      <w:r>
        <w:t xml:space="preserve">    (b) delay</w:t>
      </w:r>
      <w:r>
        <w:br/>
      </w:r>
      <w:r>
        <w:t xml:space="preserve">    (c) assignment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investigation paints a portrait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impropriety</w:t>
      </w:r>
      <w:r>
        <w:rPr>
          <w:b/>
          <w:bCs/>
        </w:rPr>
        <w:t xml:space="preserve">.</w:t>
      </w:r>
      <w:r>
        <w:br/>
      </w:r>
      <w:r>
        <w:t xml:space="preserve">    (a) foolishness</w:t>
      </w:r>
      <w:r>
        <w:br/>
      </w:r>
      <w:r>
        <w:t xml:space="preserve">    (b) false rumors</w:t>
      </w:r>
      <w:r>
        <w:br/>
      </w:r>
      <w:r>
        <w:t xml:space="preserve">    (c) inappropriate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including even small considerations</w:t>
      </w:r>
      <w:r>
        <w:br/>
      </w:r>
      <w:r>
        <w:t xml:space="preserve">    (b) available from prior research</w:t>
      </w:r>
      <w:r>
        <w:br/>
      </w:r>
      <w:r>
        <w:t xml:space="preserve">    (c) quickly eliminated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interest</w:t>
      </w:r>
      <w:r>
        <w:br/>
      </w:r>
      <w:r>
        <w:t xml:space="preserve">    (b) permission</w:t>
      </w:r>
      <w:r>
        <w:br/>
      </w:r>
      <w:r>
        <w:t xml:space="preserve">    (c) skill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compensation for loss</w:t>
      </w:r>
      <w:r>
        <w:br/>
      </w:r>
      <w:r>
        <w:t xml:space="preserve">    (b) a penalty fine</w:t>
      </w:r>
      <w:r>
        <w:br/>
      </w:r>
      <w:r>
        <w:t xml:space="preserve">    (c) an apology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wise</w:t>
      </w:r>
      <w:r>
        <w:br/>
      </w:r>
      <w:r>
        <w:t xml:space="preserve">    (b) impatient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in the world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subsist</w:t>
      </w:r>
      <w:r>
        <w:rPr>
          <w:b/>
          <w:bCs/>
        </w:rPr>
        <w:t xml:space="preserve"> </w:t>
      </w:r>
      <w:r>
        <w:rPr>
          <w:b/>
          <w:bCs/>
        </w:rPr>
        <w:t xml:space="preserve">on $1 a day.</w:t>
      </w:r>
      <w:r>
        <w:br/>
      </w:r>
      <w:r>
        <w:t xml:space="preserve">    (a) survive</w:t>
      </w:r>
      <w:r>
        <w:br/>
      </w:r>
      <w:r>
        <w:t xml:space="preserve">    (b) grow</w:t>
      </w:r>
      <w:r>
        <w:br/>
      </w:r>
      <w:r>
        <w:t xml:space="preserve">    (c) thrive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belief</w:t>
      </w:r>
      <w:r>
        <w:br/>
      </w:r>
      <w:r>
        <w:t xml:space="preserve">    (b) computer program</w:t>
      </w:r>
      <w:r>
        <w:br/>
      </w:r>
      <w:r>
        <w:t xml:space="preserve">    (c) expense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learned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temperance</w:t>
      </w:r>
      <w:r>
        <w:rPr>
          <w:b/>
          <w:bCs/>
        </w:rPr>
        <w:t xml:space="preserve"> </w:t>
      </w:r>
      <w:r>
        <w:rPr>
          <w:b/>
          <w:bCs/>
        </w:rPr>
        <w:t xml:space="preserve">in my spending.</w:t>
      </w:r>
      <w:r>
        <w:br/>
      </w:r>
      <w:r>
        <w:t xml:space="preserve">    (a) value</w:t>
      </w:r>
      <w:r>
        <w:br/>
      </w:r>
      <w:r>
        <w:t xml:space="preserve">    (b) enjoyment</w:t>
      </w:r>
      <w:r>
        <w:br/>
      </w:r>
      <w:r>
        <w:t xml:space="preserve">    (c) moderation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Unlike most involved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 Reformation</w:t>
      </w:r>
      <w:r>
        <w:rPr>
          <w:b/>
          <w:bCs/>
        </w:rPr>
        <w:t xml:space="preserve">, Luther argued that free will was the central issue.</w:t>
      </w:r>
      <w:r>
        <w:br/>
      </w:r>
      <w:r>
        <w:t xml:space="preserve">    (a) a therapist who tries to have a quick impact on patient behavior without necessarily understanding the underlying reasons for the undesirable behavior</w:t>
      </w:r>
      <w:r>
        <w:br/>
      </w:r>
      <w:r>
        <w:t xml:space="preserve">    (b) 16th century efforts to reform the Catholic Church which led to major protestant denominations</w:t>
      </w:r>
      <w:r>
        <w:br/>
      </w:r>
      <w:r>
        <w:t xml:space="preserve">    (c) obsessive-compulsive disorder -- an anxiety disorder characterized by recurrent and persistent thoughts and feelings and repetitive, ritualized behaviors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human spine is not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well 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 walking upright as we would like.</w:t>
      </w:r>
      <w:r>
        <w:br/>
      </w:r>
      <w:r>
        <w:t xml:space="preserve">    (a) known widely</w:t>
      </w:r>
      <w:r>
        <w:br/>
      </w:r>
      <w:r>
        <w:t xml:space="preserve">    (b) well suited</w:t>
      </w:r>
      <w:r>
        <w:br/>
      </w:r>
      <w:r>
        <w:t xml:space="preserve">    (c) insured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2026-07-31T15:03:29Z</dcterms:created>
  <dcterms:modified xsi:type="dcterms:W3CDTF">2026-07-31T15:03:29Z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