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the-apology-plato-vocabulary-in-context"/>
    <w:p>
      <w:pPr>
        <w:pStyle w:val="Heading1"/>
      </w:pPr>
      <w:r>
        <w:rPr>
          <w:b/>
          <w:bCs/>
        </w:rPr>
        <w:t xml:space="preserve">The Apology</w:t>
      </w:r>
      <w:r>
        <w:br/>
      </w:r>
      <w:r>
        <w:rPr>
          <w:i/>
          <w:iCs/>
        </w:rPr>
        <w:t xml:space="preserve">Plato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of the many falsehoods told by them, there was one which quite amazed me;—I mean when they said that you should be upon your guard and not allow yourselves to be deceived by the force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eloquence</w:t>
      </w:r>
      <w:r>
        <w:rPr>
          <w:b/>
          <w:bCs/>
        </w:rPr>
        <w:t xml:space="preserve">.</w:t>
      </w:r>
      <w:r>
        <w:br/>
      </w:r>
      <w:r>
        <w:t xml:space="preserve">    (a) powerful use of language</w:t>
      </w:r>
      <w:r>
        <w:br/>
      </w:r>
      <w:r>
        <w:t xml:space="preserve">    (b) lowering moral standards</w:t>
      </w:r>
      <w:r>
        <w:br/>
      </w:r>
      <w:r>
        <w:t xml:space="preserve">    (c) changing or not reliable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Never mind the manner, which may or may not be good; but think only of the truth of my words, and give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to that: let the speaker speak truly and the judge decide justly.</w:t>
      </w:r>
      <w:r>
        <w:br/>
      </w:r>
      <w:r>
        <w:t xml:space="preserve">    (a) pay close attention to; or do what is suggested</w:t>
      </w:r>
      <w:r>
        <w:br/>
      </w:r>
      <w:r>
        <w:t xml:space="preserve">    (b) a non-doctor who assisted a women in childbirth</w:t>
      </w:r>
      <w:r>
        <w:br/>
      </w:r>
      <w:r>
        <w:t xml:space="preserve">    (c) adjusted excessively or made up for excessively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then, I must make my defence,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endeavour</w:t>
      </w:r>
      <w:r>
        <w:rPr>
          <w:b/>
          <w:bCs/>
        </w:rPr>
        <w:t xml:space="preserve"> </w:t>
      </w:r>
      <w:r>
        <w:rPr>
          <w:b/>
          <w:bCs/>
        </w:rPr>
        <w:t xml:space="preserve">to clear away in a short time, a slander which has lasted a long time.</w:t>
      </w:r>
      <w:r>
        <w:br/>
      </w:r>
      <w:r>
        <w:t xml:space="preserve">    (a) to write or exchange written letters or emails</w:t>
      </w:r>
      <w:r>
        <w:br/>
      </w:r>
      <w:r>
        <w:t xml:space="preserve">    (b) a slight amount; or to contain a slight amount</w:t>
      </w:r>
      <w:r>
        <w:br/>
      </w:r>
      <w:r>
        <w:t xml:space="preserve">    (c) to attempt; or a project or activity attempted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then, I must make my defence, and endeavour to clear away in a short time,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slander</w:t>
      </w:r>
      <w:r>
        <w:rPr>
          <w:b/>
          <w:bCs/>
        </w:rPr>
        <w:t xml:space="preserve"> </w:t>
      </w:r>
      <w:r>
        <w:rPr>
          <w:b/>
          <w:bCs/>
        </w:rPr>
        <w:t xml:space="preserve">which has lasted a long time.</w:t>
      </w:r>
      <w:r>
        <w:br/>
      </w:r>
      <w:r>
        <w:t xml:space="preserve">    (a) lie in such a way as to damage the reputation of another; or the lies told</w:t>
      </w:r>
      <w:r>
        <w:br/>
      </w:r>
      <w:r>
        <w:t xml:space="preserve">    (b) surgically interrupt nerve tracts to and from the frontal lobe of the brain</w:t>
      </w:r>
      <w:r>
        <w:br/>
      </w:r>
      <w:r>
        <w:t xml:space="preserve">    (c) a rough calculation or guess of a value, quantity, or extent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shall be my prosecutors, and I will sum up their words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affidavit</w:t>
      </w:r>
      <w:r>
        <w:rPr>
          <w:b/>
          <w:bCs/>
        </w:rPr>
        <w:t xml:space="preserve">: 'Socrates is an evil-doer, and a curious person, who searches into things under the earth and in heaven, and he makes the worse appear the better cause; and he teaches the aforesaid doctrines to others.'</w:t>
      </w:r>
      <w:r>
        <w:br/>
      </w:r>
      <w:r>
        <w:t xml:space="preserve">    (a) a written statement made under oath</w:t>
      </w:r>
      <w:r>
        <w:br/>
      </w:r>
      <w:r>
        <w:t xml:space="preserve">    (b) someone who believe in a single God</w:t>
      </w:r>
      <w:r>
        <w:br/>
      </w:r>
      <w:r>
        <w:t xml:space="preserve">    (c) a basic building block for proteins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must have known Chaerephon; he was early a friend of mine, and also a friend of yours, for he shared in the recent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</w:t>
      </w:r>
      <w:r>
        <w:rPr>
          <w:b/>
          <w:bCs/>
        </w:rPr>
        <w:t xml:space="preserve"> </w:t>
      </w:r>
      <w:r>
        <w:rPr>
          <w:b/>
          <w:bCs/>
        </w:rPr>
        <w:t xml:space="preserve">of the people, and returned with you.</w:t>
      </w:r>
      <w:r>
        <w:br/>
      </w:r>
      <w:r>
        <w:t xml:space="preserve">    (a) to force someone to live outside of their homeland; or living in such a condition</w:t>
      </w:r>
      <w:r>
        <w:br/>
      </w:r>
      <w:r>
        <w:br/>
      </w:r>
      <w:r>
        <w:t xml:space="preserve">or more rarely:  voluntary absence from a place someone would rather be</w:t>
      </w:r>
      <w:r>
        <w:br/>
      </w:r>
      <w:r>
        <w:t xml:space="preserve">    (b) (noun) something that is lighter and draws attention -- such as an area of a painting  OR  (verb) making something lighter -- such as an area of a painting</w:t>
      </w:r>
      <w:r>
        <w:br/>
      </w:r>
      <w:r>
        <w:t xml:space="preserve">    (c) recommend or require what should be done  OR  (of a medical doctor) give medical instructions -- such as writing that a patient should take antibiotics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reflected that if I could only find a man wiser than myself, then I might go to the god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refutation</w:t>
      </w:r>
      <w:r>
        <w:rPr>
          <w:b/>
          <w:bCs/>
        </w:rPr>
        <w:t xml:space="preserve"> </w:t>
      </w:r>
      <w:r>
        <w:rPr>
          <w:b/>
          <w:bCs/>
        </w:rPr>
        <w:t xml:space="preserve">in my hand.</w:t>
      </w:r>
      <w:r>
        <w:br/>
      </w:r>
      <w:r>
        <w:t xml:space="preserve">    (a) found a condition or substance to be present</w:t>
      </w:r>
      <w:r>
        <w:br/>
      </w:r>
      <w:r>
        <w:t xml:space="preserve">    (b) evidence or argument that something is false</w:t>
      </w:r>
      <w:r>
        <w:br/>
      </w:r>
      <w:r>
        <w:t xml:space="preserve">    (c) Nazi organization for children aged 10 to 18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went to another who had still higher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pretensions</w:t>
      </w:r>
      <w:r>
        <w:rPr>
          <w:b/>
          <w:bCs/>
        </w:rPr>
        <w:t xml:space="preserve"> </w:t>
      </w:r>
      <w:r>
        <w:rPr>
          <w:b/>
          <w:bCs/>
        </w:rPr>
        <w:t xml:space="preserve">to wisdom, and my conclusion was exactly the same.</w:t>
      </w:r>
      <w:r>
        <w:br/>
      </w:r>
      <w:r>
        <w:t xml:space="preserve">    (a) appearances or actions to help one pretend</w:t>
      </w:r>
      <w:r>
        <w:br/>
      </w:r>
      <w:r>
        <w:t xml:space="preserve">    (b) not appropriate in size, amount, or degree</w:t>
      </w:r>
      <w:r>
        <w:br/>
      </w:r>
      <w:r>
        <w:t xml:space="preserve">    (c) a device that turns light into electricity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went to one man after another, being not unconscious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 </w:t>
      </w:r>
      <w:r>
        <w:rPr>
          <w:b/>
          <w:bCs/>
        </w:rPr>
        <w:t xml:space="preserve">which I provoked, and I lamented and feared this: but necessity was laid upon me,—the word of God, I thought, ought to be considered first.</w:t>
      </w:r>
      <w:r>
        <w:br/>
      </w:r>
      <w:r>
        <w:t xml:space="preserve">    (a) battle</w:t>
      </w:r>
      <w:r>
        <w:br/>
      </w:r>
      <w:r>
        <w:t xml:space="preserve">    (b) memory</w:t>
      </w:r>
      <w:r>
        <w:br/>
      </w:r>
      <w:r>
        <w:t xml:space="preserve">    (c) hatred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went to one man after another, being not unconscious of the enmity which I provoked, and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and feared this: but necessity was laid upon me,—the word of God, I thought, ought to be considered first.</w:t>
      </w:r>
      <w:r>
        <w:br/>
      </w:r>
      <w:r>
        <w:t xml:space="preserve">    (a) was abundant or plentiful</w:t>
      </w:r>
      <w:r>
        <w:br/>
      </w:r>
      <w:r>
        <w:t xml:space="preserve">    (b) thought -- possibly aloud</w:t>
      </w:r>
      <w:r>
        <w:br/>
      </w:r>
      <w:r>
        <w:t xml:space="preserve">    (c) expressed grief or regret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—Hence has arisen the prejudice against me; and this is the reason of it, as you will find out either in this or in any future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enquiry</w:t>
      </w:r>
      <w:r>
        <w:rPr>
          <w:b/>
          <w:bCs/>
        </w:rPr>
        <w:t xml:space="preserve">.</w:t>
      </w:r>
      <w:r>
        <w:br/>
      </w:r>
      <w:r>
        <w:t xml:space="preserve">    (a) a sexually transmitted disease that, if treated early, can be completely cured with antibiotics</w:t>
      </w:r>
      <w:r>
        <w:br/>
      </w:r>
      <w:r>
        <w:t xml:space="preserve">    (b) a question or investigation -- especially one meant to gather information or find out the truth</w:t>
      </w:r>
      <w:r>
        <w:br/>
      </w:r>
      <w:r>
        <w:t xml:space="preserve">    (c) a European country (sometimes called Holland) and that literally means</w:t>
      </w:r>
      <w:r>
        <w:t xml:space="preserve"> </w:t>
      </w:r>
      <w:r>
        <w:rPr>
          <w:i/>
          <w:iCs/>
        </w:rPr>
        <w:t xml:space="preserve">"lower countries"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suppose you mean, as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</w:t>
      </w:r>
      <w:r>
        <w:rPr>
          <w:b/>
          <w:bCs/>
        </w:rPr>
        <w:t xml:space="preserve"> </w:t>
      </w:r>
      <w:r>
        <w:rPr>
          <w:b/>
          <w:bCs/>
        </w:rPr>
        <w:t xml:space="preserve">from your indictment, that I teach them not to acknowledge the gods which the state acknowledges, but some other new divinities or spiritual agencies in their stead.</w:t>
      </w:r>
      <w:r>
        <w:br/>
      </w:r>
      <w:r>
        <w:t xml:space="preserve">    (a) take up or receive into heaven</w:t>
      </w:r>
      <w:r>
        <w:br/>
      </w:r>
      <w:r>
        <w:t xml:space="preserve">    (b) hire, reserve, book, or occupy</w:t>
      </w:r>
      <w:r>
        <w:br/>
      </w:r>
      <w:r>
        <w:t xml:space="preserve">    (c) conclude or guess by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cannot help thinking, men of Athens, that Meletus is reckless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impudent</w:t>
      </w:r>
      <w:r>
        <w:rPr>
          <w:b/>
          <w:bCs/>
        </w:rPr>
        <w:t xml:space="preserve">, and that he has written this indictment in a spirit of mere wantonness and youthful bravado.</w:t>
      </w:r>
      <w:r>
        <w:br/>
      </w:r>
      <w:r>
        <w:t xml:space="preserve">    (a) improperly bold or disrespectful -- especially toward someone who is older or considered to be of higher status</w:t>
      </w:r>
      <w:r>
        <w:br/>
      </w:r>
      <w:r>
        <w:t xml:space="preserve">    (b) working against psychosis (any severe mental disorder in which contact with reality is lost or highly distorted)</w:t>
      </w:r>
      <w:r>
        <w:br/>
      </w:r>
      <w:r>
        <w:t xml:space="preserve">    (c) alternative medicine using extremely diluted doses of a substance to treat the same symptoms larger doses cause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said to himself:—I shall see whether the wise Socrates will discover my facetious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contradiction</w:t>
      </w:r>
      <w:r>
        <w:rPr>
          <w:b/>
          <w:bCs/>
        </w:rPr>
        <w:t xml:space="preserve">, or whether I shall be able to deceive him and the rest of them.</w:t>
      </w:r>
      <w:r>
        <w:br/>
      </w:r>
      <w:r>
        <w:t xml:space="preserve">    (a) something (typically a statement) that disagrees with itself; or (more rarely) the act of disagreeing</w:t>
      </w:r>
      <w:r>
        <w:br/>
      </w:r>
      <w:r>
        <w:t xml:space="preserve">    (b) nerve cells running from the base of the skull to the lower back and enclosed by vertebrae in adults</w:t>
      </w:r>
      <w:r>
        <w:br/>
      </w:r>
      <w:r>
        <w:t xml:space="preserve">    (c) something made of the brownish metal with the same name -- such as a sculpture or a third place medal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said to himself:—I shall see whether the wise Socrates will discover my facetious contradiction, or whether I shall be able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</w:t>
      </w:r>
      <w:r>
        <w:rPr>
          <w:b/>
          <w:bCs/>
        </w:rPr>
        <w:t xml:space="preserve"> </w:t>
      </w:r>
      <w:r>
        <w:rPr>
          <w:b/>
          <w:bCs/>
        </w:rPr>
        <w:t xml:space="preserve">him and the rest of them.</w:t>
      </w:r>
      <w:r>
        <w:br/>
      </w:r>
      <w:r>
        <w:t xml:space="preserve">    (a) bad or harmful</w:t>
      </w:r>
      <w:r>
        <w:br/>
      </w:r>
      <w:r>
        <w:t xml:space="preserve">    (b) lie or mislead</w:t>
      </w:r>
      <w:r>
        <w:br/>
      </w:r>
      <w:r>
        <w:t xml:space="preserve">    (c) tell (a story)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me die forthwith,' he replies, 'and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avenged</w:t>
      </w:r>
      <w:r>
        <w:rPr>
          <w:b/>
          <w:bCs/>
        </w:rPr>
        <w:t xml:space="preserve"> </w:t>
      </w:r>
      <w:r>
        <w:rPr>
          <w:b/>
          <w:bCs/>
        </w:rPr>
        <w:t xml:space="preserve">of my enemy, rather than abide here by the beaked ships, a laughing-stock and a burden of the earth.</w:t>
      </w:r>
      <w:r>
        <w:br/>
      </w:r>
      <w:r>
        <w:t xml:space="preserve">    (a) not fighting</w:t>
      </w:r>
      <w:r>
        <w:br/>
      </w:r>
      <w:r>
        <w:t xml:space="preserve">    (b) took revenge</w:t>
      </w:r>
      <w:r>
        <w:br/>
      </w:r>
      <w:r>
        <w:t xml:space="preserve">    (c) concentrated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 my teaching, and if this is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doctrine</w:t>
      </w:r>
      <w:r>
        <w:rPr>
          <w:b/>
          <w:bCs/>
        </w:rPr>
        <w:t xml:space="preserve"> </w:t>
      </w:r>
      <w:r>
        <w:rPr>
          <w:b/>
          <w:bCs/>
        </w:rPr>
        <w:t xml:space="preserve">which corrupts the youth, I am a mischievous person.</w:t>
      </w:r>
      <w:r>
        <w:br/>
      </w:r>
      <w:r>
        <w:t xml:space="preserve">    (a) a belief (or system of beliefs or principles) accepted as authoritative by some group</w:t>
      </w:r>
      <w:r>
        <w:br/>
      </w:r>
      <w:r>
        <w:t xml:space="preserve">    (b) a substance that stimulates the production of antibodies to protect against a disease</w:t>
      </w:r>
      <w:r>
        <w:br/>
      </w:r>
      <w:r>
        <w:t xml:space="preserve">    (c) an economic system where most decisions are made through voluntary buying and selling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that gadfly which God has attached to the state, and all day long and in all places am always fastening upon you, arousing and persuading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reproaching</w:t>
      </w:r>
      <w:r>
        <w:rPr>
          <w:b/>
          <w:bCs/>
        </w:rPr>
        <w:t xml:space="preserve"> </w:t>
      </w:r>
      <w:r>
        <w:rPr>
          <w:b/>
          <w:bCs/>
        </w:rPr>
        <w:t xml:space="preserve">you.</w:t>
      </w:r>
      <w:r>
        <w:br/>
      </w:r>
      <w:r>
        <w:t xml:space="preserve">    (a) criticizing</w:t>
      </w:r>
      <w:r>
        <w:br/>
      </w:r>
      <w:r>
        <w:t xml:space="preserve">    (b) translating</w:t>
      </w:r>
      <w:r>
        <w:br/>
      </w:r>
      <w:r>
        <w:t xml:space="preserve">    (c) disagreeing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have been always the same in all my actions, public as well as private, and never have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any base compliance to those who are slanderously termed my disciples, or to any other.</w:t>
      </w:r>
      <w:r>
        <w:br/>
      </w:r>
      <w:r>
        <w:t xml:space="preserve">    (a) with rises and falls in pitch</w:t>
      </w:r>
      <w:r>
        <w:br/>
      </w:r>
      <w:r>
        <w:t xml:space="preserve">    (b) embarrassed or self-conscious</w:t>
      </w:r>
      <w:r>
        <w:br/>
      </w:r>
      <w:r>
        <w:t xml:space="preserve">    (c) gave in, gave way, or gave 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told you already, Athenians, the whole truth about this matter: they like to hear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cross-examination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pretenders to wisdom; there is amusement in it.</w:t>
      </w:r>
      <w:r>
        <w:br/>
      </w:r>
      <w:r>
        <w:t xml:space="preserve">    (a)</w:t>
      </w:r>
      <w:r>
        <w:t xml:space="preserve"> </w:t>
      </w:r>
      <w:r>
        <w:rPr>
          <w:u w:val="single"/>
        </w:rPr>
        <w:t xml:space="preserve">n</w:t>
      </w:r>
      <w:r>
        <w:t xml:space="preserve">on-</w:t>
      </w:r>
      <w:r>
        <w:rPr>
          <w:u w:val="single"/>
        </w:rPr>
        <w:t xml:space="preserve">g</w:t>
      </w:r>
      <w:r>
        <w:t xml:space="preserve">overnmental</w:t>
      </w:r>
      <w:r>
        <w:t xml:space="preserve"> </w:t>
      </w:r>
      <w:r>
        <w:rPr>
          <w:u w:val="single"/>
        </w:rPr>
        <w:t xml:space="preserve">o</w:t>
      </w:r>
      <w:r>
        <w:t xml:space="preserve">rganization (private, non-profit organization working for member goals at the international level)</w:t>
      </w:r>
      <w:r>
        <w:br/>
      </w:r>
      <w:r>
        <w:t xml:space="preserve">    (b) careful, detailed questioning—especially in court, where the opposing side questions a witness after the other side has questioned them</w:t>
      </w:r>
      <w:r>
        <w:br/>
      </w:r>
      <w:r>
        <w:t xml:space="preserve">    (c) the result of numerical division (if 8 divided by 4 = 2, then 8 can be described as the dividend, 4 as the divisor, and 2 as the quotient)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2026-07-31T19:08:52Z</dcterms:created>
  <dcterms:modified xsi:type="dcterms:W3CDTF">2026-07-31T19:08:52Z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