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4a4398f8ebb46247ef88dd6cb736efac046f122"/>
    <w:p>
      <w:pPr>
        <w:pStyle w:val="Heading1"/>
      </w:pPr>
      <w:r>
        <w:rPr>
          <w:b/>
          <w:bCs/>
        </w:rPr>
        <w:t xml:space="preserve">The Angel Experiment</w:t>
      </w:r>
      <w:r>
        <w:br/>
      </w:r>
      <w:r>
        <w:rPr>
          <w:i/>
          <w:iCs/>
        </w:rPr>
        <w:t xml:space="preserve">James Patterson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Fang dropped on him, then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recoiled</w:t>
      </w:r>
      <w:r>
        <w:rPr>
          <w:b/>
          <w:bCs/>
        </w:rPr>
        <w:t xml:space="preserve"> </w:t>
      </w:r>
      <w:r>
        <w:rPr>
          <w:b/>
          <w:bCs/>
        </w:rPr>
        <w:t xml:space="preserve">with a yell, his arm dripping blood.</w:t>
      </w:r>
      <w:r>
        <w:br/>
      </w:r>
      <w:r>
        <w:t xml:space="preserve">    (a) excessively excited</w:t>
      </w:r>
      <w:r>
        <w:br/>
      </w:r>
      <w:r>
        <w:t xml:space="preserve">    (b) moved back suddenly</w:t>
      </w:r>
      <w:r>
        <w:br/>
      </w:r>
      <w:r>
        <w:t xml:space="preserve">    (c) nervous or confused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When he'd been at the School, they'd tried to surgically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enhance</w:t>
      </w:r>
      <w:r>
        <w:rPr>
          <w:b/>
          <w:bCs/>
        </w:rPr>
        <w:t xml:space="preserve"> </w:t>
      </w:r>
      <w:r>
        <w:rPr>
          <w:b/>
          <w:bCs/>
        </w:rPr>
        <w:t xml:space="preserve">his night vision.</w:t>
      </w:r>
      <w:r>
        <w:br/>
      </w:r>
      <w:r>
        <w:t xml:space="preserve">    (a) gain advantage from</w:t>
      </w:r>
      <w:r>
        <w:br/>
      </w:r>
      <w:r>
        <w:t xml:space="preserve">    (b) increase or improve</w:t>
      </w:r>
      <w:r>
        <w:br/>
      </w:r>
      <w:r>
        <w:t xml:space="preserve">    (c) influence or effect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"So, Ella, what have you got to say for yourself?" the lead guy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taunted</w:t>
      </w:r>
      <w:r>
        <w:rPr>
          <w:b/>
          <w:bCs/>
        </w:rPr>
        <w:t xml:space="preserve">.</w:t>
      </w:r>
      <w:r>
        <w:br/>
      </w:r>
      <w:r>
        <w:t xml:space="preserve">    (a) concentrated, look at, or paid attention to</w:t>
      </w:r>
      <w:r>
        <w:br/>
      </w:r>
      <w:r>
        <w:t xml:space="preserve">    (b) intentionally angered, challenged, or upset</w:t>
      </w:r>
      <w:r>
        <w:br/>
      </w:r>
      <w:r>
        <w:t xml:space="preserve">    (c) made appropriate in size, amount, or degree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probably lived here with her two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doting</w:t>
      </w:r>
      <w:r>
        <w:rPr>
          <w:b/>
          <w:bCs/>
        </w:rPr>
        <w:t xml:space="preserve"> </w:t>
      </w:r>
      <w:r>
        <w:rPr>
          <w:b/>
          <w:bCs/>
        </w:rPr>
        <w:t xml:space="preserve">parents and her 1.6 siblings.</w:t>
      </w:r>
      <w:r>
        <w:br/>
      </w:r>
      <w:r>
        <w:t xml:space="preserve">    (a) protecting something or keeping it as it is</w:t>
      </w:r>
      <w:r>
        <w:br/>
      </w:r>
      <w:r>
        <w:t xml:space="preserve">    (b) compensating for a loss; or paying a reward</w:t>
      </w:r>
      <w:r>
        <w:br/>
      </w:r>
      <w:r>
        <w:t xml:space="preserve">    (c) demonstrating love and uncritical affection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looked at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solemnly</w:t>
      </w:r>
      <w:r>
        <w:rPr>
          <w:b/>
          <w:bCs/>
        </w:rPr>
        <w:t xml:space="preserve">.</w:t>
      </w:r>
      <w:r>
        <w:br/>
      </w:r>
      <w:r>
        <w:t xml:space="preserve">    (a) with seriousness</w:t>
      </w:r>
      <w:r>
        <w:br/>
      </w:r>
      <w:r>
        <w:t xml:space="preserve">    (b) in a manner that finds fault</w:t>
      </w:r>
      <w:r>
        <w:br/>
      </w:r>
      <w:r>
        <w:t xml:space="preserve">    (c) in a manner that is not good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look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comprehending</w:t>
      </w:r>
      <w:r>
        <w:rPr>
          <w:b/>
          <w:bCs/>
        </w:rPr>
        <w:t xml:space="preserve"> </w:t>
      </w:r>
      <w:r>
        <w:rPr>
          <w:b/>
          <w:bCs/>
        </w:rPr>
        <w:t xml:space="preserve">horror that rose in my face alarmed Dr. Martinez.</w:t>
      </w:r>
      <w:r>
        <w:br/>
      </w:r>
      <w:r>
        <w:t xml:space="preserve">    (a) concentrating</w:t>
      </w:r>
      <w:r>
        <w:br/>
      </w:r>
      <w:r>
        <w:t xml:space="preserve">    (b) understanding</w:t>
      </w:r>
      <w:r>
        <w:br/>
      </w:r>
      <w:r>
        <w:t xml:space="preserve">    (c) bouncing back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soothing, calming,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placating</w:t>
      </w:r>
      <w:r>
        <w:rPr>
          <w:b/>
          <w:bCs/>
        </w:rPr>
        <w:t xml:space="preserve">.</w:t>
      </w:r>
      <w:r>
        <w:br/>
      </w:r>
      <w:r>
        <w:t xml:space="preserve">    (a) calming (to remove anger or concern)</w:t>
      </w:r>
      <w:r>
        <w:br/>
      </w:r>
      <w:r>
        <w:t xml:space="preserve">    (b) entering another's property without right or permission</w:t>
      </w:r>
      <w:r>
        <w:br/>
      </w:r>
      <w:r>
        <w:t xml:space="preserve">    (c) catching in; or twisting together into a confusing mass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Incoherent</w:t>
      </w:r>
      <w:r>
        <w:rPr>
          <w:b/>
          <w:bCs/>
        </w:rPr>
        <w:t xml:space="preserve"> </w:t>
      </w:r>
      <w:r>
        <w:rPr>
          <w:b/>
          <w:bCs/>
        </w:rPr>
        <w:t xml:space="preserve">murmurings of pleasure escaped my lips as I chewed slowly, savoring every bite.</w:t>
      </w:r>
      <w:r>
        <w:br/>
      </w:r>
      <w:r>
        <w:t xml:space="preserve">    (a) related to a scale where each step is a multiple of the prior step rather than a fixed addition to it</w:t>
      </w:r>
      <w:r>
        <w:br/>
      </w:r>
      <w:r>
        <w:t xml:space="preserve">    (b) not logically consistent</w:t>
      </w:r>
      <w:r>
        <w:br/>
      </w:r>
      <w:r>
        <w:t xml:space="preserve">    (c) related to the change of a light wave (or other wave) when it passes an opaque edge or narrow opening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gave a little halfwave, hoping it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jaunty</w:t>
      </w:r>
      <w:r>
        <w:rPr>
          <w:b/>
          <w:bCs/>
        </w:rPr>
        <w:t xml:space="preserve">, then headed out into the yard.</w:t>
      </w:r>
      <w:r>
        <w:br/>
      </w:r>
      <w:r>
        <w:t xml:space="preserve">    (a) appearing cheerful, lively, and self-confident</w:t>
      </w:r>
      <w:r>
        <w:br/>
      </w:r>
      <w:r>
        <w:t xml:space="preserve">    (b) with the involvement of other people or things</w:t>
      </w:r>
      <w:r>
        <w:br/>
      </w:r>
      <w:r>
        <w:t xml:space="preserve">    (c) the state or degree of being greater than zero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Fang looked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incredulous</w:t>
      </w:r>
      <w:r>
        <w:rPr>
          <w:b/>
          <w:bCs/>
        </w:rPr>
        <w:t xml:space="preserve">.</w:t>
      </w:r>
      <w:r>
        <w:br/>
      </w:r>
      <w:r>
        <w:t xml:space="preserve">    (a) not capable of being better understood through detailed examination</w:t>
      </w:r>
      <w:r>
        <w:br/>
      </w:r>
      <w:r>
        <w:t xml:space="preserve">    (b) unbelieving; or having difficulty accepting something so unexpected</w:t>
      </w:r>
      <w:r>
        <w:br/>
      </w:r>
      <w:r>
        <w:t xml:space="preserve">    (c) clear, easily noticed, and/or identifiable as different or separate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shuffled into line, trying to be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inconspicuous</w:t>
      </w:r>
      <w:r>
        <w:rPr>
          <w:b/>
          <w:bCs/>
        </w:rPr>
        <w:t xml:space="preserve">.</w:t>
      </w:r>
      <w:r>
        <w:br/>
      </w:r>
      <w:r>
        <w:t xml:space="preserve">    (a) not done on purpose</w:t>
      </w:r>
      <w:r>
        <w:br/>
      </w:r>
      <w:r>
        <w:t xml:space="preserve">    (b) not straightforward</w:t>
      </w:r>
      <w:r>
        <w:br/>
      </w:r>
      <w:r>
        <w:t xml:space="preserve">    (c) not very noticeable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felt totally wired on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adrenaline</w:t>
      </w:r>
      <w:r>
        <w:rPr>
          <w:b/>
          <w:bCs/>
        </w:rPr>
        <w:t xml:space="preserve">, just nuts.</w:t>
      </w:r>
      <w:r>
        <w:br/>
      </w:r>
      <w:r>
        <w:t xml:space="preserve">    (a) declaration of invalidity; or cancelation</w:t>
      </w:r>
      <w:r>
        <w:br/>
      </w:r>
      <w:r>
        <w:t xml:space="preserve">    (b) “fight or flight” stimulating hormone</w:t>
      </w:r>
      <w:r>
        <w:br/>
      </w:r>
      <w:r>
        <w:t xml:space="preserve">    (c) the branch of geology that studies rocks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had a pretty large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habitat</w:t>
      </w:r>
      <w:r>
        <w:rPr>
          <w:b/>
          <w:bCs/>
        </w:rPr>
        <w:t xml:space="preserve">, with huge rocks, an enormous swimming pool, toys to play with.</w:t>
      </w:r>
      <w:r>
        <w:br/>
      </w:r>
      <w:r>
        <w:t xml:space="preserve">    (a) relating to logical examination of something to better understand it</w:t>
      </w:r>
      <w:r>
        <w:br/>
      </w:r>
      <w:r>
        <w:t xml:space="preserve">    (b) lack of interest; or the process of stopping interaction or interest</w:t>
      </w:r>
      <w:r>
        <w:br/>
      </w:r>
      <w:r>
        <w:t xml:space="preserve">    (c) the type of environment in which an organism or group normally lives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Fun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crucial</w:t>
      </w:r>
      <w:r>
        <w:rPr>
          <w:b/>
          <w:bCs/>
        </w:rPr>
        <w:t xml:space="preserve"> </w:t>
      </w:r>
      <w:r>
        <w:rPr>
          <w:b/>
          <w:bCs/>
        </w:rPr>
        <w:t xml:space="preserve">to human development.</w:t>
      </w:r>
      <w:r>
        <w:br/>
      </w:r>
      <w:r>
        <w:t xml:space="preserve">    (a) very important</w:t>
      </w:r>
      <w:r>
        <w:br/>
      </w:r>
      <w:r>
        <w:t xml:space="preserve">    (b) more than is needed</w:t>
      </w:r>
      <w:r>
        <w:br/>
      </w:r>
      <w:r>
        <w:t xml:space="preserve">    (c) natural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Relaxation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facilitates</w:t>
      </w:r>
      <w:r>
        <w:rPr>
          <w:b/>
          <w:bCs/>
        </w:rPr>
        <w:t xml:space="preserve"> </w:t>
      </w:r>
      <w:r>
        <w:rPr>
          <w:b/>
          <w:bCs/>
        </w:rPr>
        <w:t xml:space="preserve">learning and communication.</w:t>
      </w:r>
      <w:r>
        <w:br/>
      </w:r>
      <w:r>
        <w:t xml:space="preserve">    (a) makes easier</w:t>
      </w:r>
      <w:r>
        <w:br/>
      </w:r>
      <w:r>
        <w:t xml:space="preserve">    (b) bounces back</w:t>
      </w:r>
      <w:r>
        <w:br/>
      </w:r>
      <w:r>
        <w:t xml:space="preserve">    (c) fights again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Even she seemed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skeptical</w:t>
      </w:r>
      <w:r>
        <w:rPr>
          <w:b/>
          <w:bCs/>
        </w:rPr>
        <w:t xml:space="preserve">.</w:t>
      </w:r>
      <w:r>
        <w:br/>
      </w:r>
      <w:r>
        <w:t xml:space="preserve">    (a) related to the branch of medicine that deals with the diseases of women -- especially those of the reproductive organs</w:t>
      </w:r>
      <w:r>
        <w:br/>
      </w:r>
      <w:r>
        <w:t xml:space="preserve">    (b) the quality of being characterized by fantastic imagery, or combinations of things and events that don't go together</w:t>
      </w:r>
      <w:r>
        <w:br/>
      </w:r>
      <w:r>
        <w:t xml:space="preserve">    (c) doubtful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Superhumans or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Genetic</w:t>
      </w:r>
      <w:r>
        <w:rPr>
          <w:b/>
          <w:bCs/>
        </w:rPr>
        <w:t xml:space="preserve"> </w:t>
      </w:r>
      <w:r>
        <w:rPr>
          <w:b/>
          <w:bCs/>
        </w:rPr>
        <w:t xml:space="preserve">Freaks?</w:t>
      </w:r>
      <w:r>
        <w:br/>
      </w:r>
      <w:r>
        <w:t xml:space="preserve">    (a) segments of DNA which when combined determine biological traits such as hair color or height</w:t>
      </w:r>
      <w:r>
        <w:br/>
      </w:r>
      <w:r>
        <w:t xml:space="preserve">    (b) a rough substance that can be rubbed against something else to polish or clean</w:t>
      </w:r>
      <w:r>
        <w:br/>
      </w:r>
      <w:r>
        <w:t xml:space="preserve">    (c) something exclusive to (someone or some group) -- such as an activity or place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this store, he'd exchanged his basic black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ensemble</w:t>
      </w:r>
      <w:r>
        <w:rPr>
          <w:b/>
          <w:bCs/>
        </w:rPr>
        <w:t xml:space="preserve"> </w:t>
      </w:r>
      <w:r>
        <w:rPr>
          <w:b/>
          <w:bCs/>
        </w:rPr>
        <w:t xml:space="preserve">for a slightly different basic black ensemble.</w:t>
      </w:r>
      <w:r>
        <w:br/>
      </w:r>
      <w:r>
        <w:t xml:space="preserve">    (a) thing that affects a result or outcome</w:t>
      </w:r>
      <w:r>
        <w:br/>
      </w:r>
      <w:r>
        <w:t xml:space="preserve">    (b) job, reservation, booking, or activity</w:t>
      </w:r>
      <w:r>
        <w:br/>
      </w:r>
      <w:r>
        <w:t xml:space="preserve">    (c) a group of parts considered as a whole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looked down, then sucked in my breath so fast I almost choked. I was standing on a translucent platform suspended high over the sewer system. I wanted to scream, feeling off-balance and scared. ... I swallowed hard and tried to get a grip.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Tentatively</w:t>
      </w:r>
      <w:r>
        <w:rPr>
          <w:b/>
          <w:bCs/>
        </w:rPr>
        <w:t xml:space="preserve">, I glanced down again at the translucent surface.</w:t>
      </w:r>
      <w:r>
        <w:br/>
      </w:r>
      <w:r>
        <w:t xml:space="preserve">    (a) in an unsure or careful manner</w:t>
      </w:r>
      <w:r>
        <w:br/>
      </w:r>
      <w:r>
        <w:t xml:space="preserve">    (b) in a manner that is not sincere</w:t>
      </w:r>
      <w:r>
        <w:br/>
      </w:r>
      <w:r>
        <w:t xml:space="preserve">    (c) in comparison to something else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Ari's heavily muscled body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quivered</w:t>
      </w:r>
      <w:r>
        <w:rPr>
          <w:b/>
          <w:bCs/>
        </w:rPr>
        <w:t xml:space="preserve"> </w:t>
      </w:r>
      <w:r>
        <w:rPr>
          <w:b/>
          <w:bCs/>
        </w:rPr>
        <w:t xml:space="preserve">with rage.</w:t>
      </w:r>
      <w:r>
        <w:br/>
      </w:r>
      <w:r>
        <w:t xml:space="preserve">    (a) not working or not operating</w:t>
      </w:r>
      <w:r>
        <w:br/>
      </w:r>
      <w:r>
        <w:t xml:space="preserve">    (b) calculates or judges too low</w:t>
      </w:r>
      <w:r>
        <w:br/>
      </w:r>
      <w:r>
        <w:t xml:space="preserve">    (c) to shake or tremble slightly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2026-07-31T16:37:57Z</dcterms:created>
  <dcterms:modified xsi:type="dcterms:W3CDTF">2026-07-31T16:37:57Z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