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a50dd3d816ecbbe6ec7d1e145a1b47e273184d"/>
    <w:p>
      <w:pPr>
        <w:pStyle w:val="Heading1"/>
      </w:pPr>
      <w:r>
        <w:rPr>
          <w:b/>
          <w:bCs/>
        </w:rPr>
        <w:t xml:space="preserve">The Andromeda Strain</w:t>
      </w:r>
      <w:r>
        <w:br/>
      </w:r>
      <w:r>
        <w:rPr>
          <w:i/>
          <w:iCs/>
        </w:rPr>
        <w:t xml:space="preserve">Michael Crichton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cumbersome</w:t>
      </w:r>
      <w:r>
        <w:rPr>
          <w:b/>
          <w:bCs/>
        </w:rPr>
        <w:t xml:space="preserve">, the binoculars would at least feel comfortable and familiar in his hands.</w:t>
      </w:r>
      <w:r>
        <w:br/>
      </w:r>
      <w:r>
        <w:t xml:space="preserve">    (a) difficult to handle or awkward</w:t>
      </w:r>
      <w:r>
        <w:br/>
      </w:r>
      <w:r>
        <w:t xml:space="preserve">    (b) a sensible view of a situation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intermediate-range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jet aircraft fully equipped for day or night intelligence nights.</w:t>
      </w:r>
      <w:r>
        <w:br/>
      </w:r>
      <w:r>
        <w:t xml:space="preserve">    (a) aka natural right -- a right that is naturally due because of human nature and the natural condition</w:t>
      </w:r>
      <w:r>
        <w:br/>
      </w:r>
      <w:r>
        <w:t xml:space="preserve">    (b) a powerful stimulant drug that increases activity in the brain and nervous system -- often addictive</w:t>
      </w:r>
      <w:r>
        <w:br/>
      </w:r>
      <w:r>
        <w:t xml:space="preserve">    (c) the act of exploring or information produced by such exploration -- especially for military purposes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the ARPL was heavily invested in chemistry and physics—</w:t>
      </w:r>
      <w:r>
        <w:rPr>
          <w:b/>
          <w:bCs/>
          <w:u w:val="single"/>
        </w:rPr>
        <w:t xml:space="preserve">ion</w:t>
      </w:r>
      <w:r>
        <w:rPr>
          <w:b/>
          <w:bCs/>
        </w:rPr>
        <w:t xml:space="preserve"> </w:t>
      </w:r>
      <w:r>
        <w:rPr>
          <w:b/>
          <w:bCs/>
        </w:rPr>
        <w:t xml:space="preserve">sprays, reversal duplication, pimeson substrates—but there was growing interest in biologic problems.</w:t>
      </w:r>
      <w:r>
        <w:br/>
      </w:r>
      <w:r>
        <w:t xml:space="preserve">    (a) a group, made up of government representatives, that has the power to create laws</w:t>
      </w:r>
      <w:r>
        <w:br/>
      </w:r>
      <w:r>
        <w:t xml:space="preserve">    (b) an atom that has acquired an electrical charge by the loss or gain of an electron</w:t>
      </w:r>
      <w:r>
        <w:br/>
      </w:r>
      <w:r>
        <w:t xml:space="preserve">    (c) something that serves as evidence -- especially a statement at a trial or hearing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floor was more sterile than the one above; the first floor was nonsterile, the second moderately sterile, the third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stringently</w:t>
      </w:r>
      <w:r>
        <w:rPr>
          <w:b/>
          <w:bCs/>
        </w:rPr>
        <w:t xml:space="preserve"> </w:t>
      </w:r>
      <w:r>
        <w:rPr>
          <w:b/>
          <w:bCs/>
        </w:rPr>
        <w:t xml:space="preserve">sterile, and so on.</w:t>
      </w:r>
      <w:r>
        <w:br/>
      </w:r>
      <w:r>
        <w:t xml:space="preserve">    (a) demanding strict attention to detailed rules and procedures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with restricted options -- such as when there is a shortage of money or time</w:t>
      </w:r>
      <w:r>
        <w:br/>
      </w:r>
      <w:r>
        <w:t xml:space="preserve">    (b) in a manner like a virus (often used to indicate that something spread quickly from person-to-person in a natural, unplanned manner)</w:t>
      </w:r>
      <w:r>
        <w:br/>
      </w:r>
      <w:r>
        <w:t xml:space="preserve">    (c) in a manner related to a mental illness most commonly associated with undeveloped social abilities, language, and other communication skills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he persisted, patiently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elucidating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coats of the cell wall that caused a reaction in host tissue and helping to discover the half-dozen toxins secreted by the bacteria to break down tissue, spread infection, and destroy red cells.</w:t>
      </w:r>
      <w:r>
        <w:br/>
      </w:r>
      <w:r>
        <w:t xml:space="preserve">    (a) getting near</w:t>
      </w:r>
      <w:r>
        <w:br/>
      </w:r>
      <w:r>
        <w:t xml:space="preserve">    (b) making clear</w:t>
      </w:r>
      <w:r>
        <w:br/>
      </w:r>
      <w:r>
        <w:t xml:space="preserve">    (c)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single year, Burton watched his grant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appropriations</w:t>
      </w:r>
      <w:r>
        <w:rPr>
          <w:b/>
          <w:bCs/>
        </w:rPr>
        <w:t xml:space="preserve"> </w:t>
      </w:r>
      <w:r>
        <w:rPr>
          <w:b/>
          <w:bCs/>
        </w:rPr>
        <w:t xml:space="preserve">jump from $6,000 a year to $300,000.</w:t>
      </w:r>
      <w:r>
        <w:br/>
      </w:r>
      <w:r>
        <w:t xml:space="preserve">    (a) money approved to spend</w:t>
      </w:r>
      <w:r>
        <w:br/>
      </w:r>
      <w:r>
        <w:t xml:space="preserve">    (b) money short of what was spent</w:t>
      </w:r>
      <w:r>
        <w:br/>
      </w:r>
      <w:r>
        <w:t xml:space="preserve">    (c) money above what was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same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pulmonary</w:t>
      </w:r>
      <w:r>
        <w:rPr>
          <w:b/>
          <w:bCs/>
        </w:rPr>
        <w:t xml:space="preserve"> </w:t>
      </w:r>
      <w:r>
        <w:rPr>
          <w:b/>
          <w:bCs/>
        </w:rPr>
        <w:t xml:space="preserve">embolus.</w:t>
      </w:r>
      <w:r>
        <w:br/>
      </w:r>
      <w:r>
        <w:t xml:space="preserve">    (a) relating to or affecting the lungs</w:t>
      </w:r>
      <w:r>
        <w:br/>
      </w:r>
      <w:r>
        <w:t xml:space="preserve">    (b) able to be understood or explained</w:t>
      </w:r>
      <w:r>
        <w:br/>
      </w:r>
      <w:r>
        <w:t xml:space="preserve">    (c) degree to which things are 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 thing called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disseminated</w:t>
      </w:r>
      <w:r>
        <w:rPr>
          <w:b/>
          <w:bCs/>
        </w:rPr>
        <w:t xml:space="preserve"> </w:t>
      </w:r>
      <w:r>
        <w:rPr>
          <w:b/>
          <w:bCs/>
        </w:rPr>
        <w:t xml:space="preserve">intravascular coagulation, but it's rare and requires all sorts of special circumstances to initiate it.</w:t>
      </w:r>
      <w:r>
        <w:br/>
      </w:r>
      <w:r>
        <w:t xml:space="preserve">    (a) not having begun speaking with someone about something</w:t>
      </w:r>
      <w:r>
        <w:br/>
      </w:r>
      <w:r>
        <w:t xml:space="preserve">    (b) entered another's property without right or permission</w:t>
      </w:r>
      <w:r>
        <w:br/>
      </w:r>
      <w:r>
        <w:t xml:space="preserve">    (c) to spread widely -- especially information or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 </w:t>
      </w:r>
      <w:r>
        <w:rPr>
          <w:b/>
          <w:bCs/>
        </w:rPr>
        <w:t xml:space="preserve">sterilization procedures: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done a second time in a second way in case the first technique did not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Inside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utilitarian</w:t>
      </w:r>
      <w:r>
        <w:rPr>
          <w:b/>
          <w:bCs/>
        </w:rPr>
        <w:t xml:space="preserve"> </w:t>
      </w:r>
      <w:r>
        <w:rPr>
          <w:b/>
          <w:bCs/>
        </w:rPr>
        <w:t xml:space="preserve">wooden building, and a field of corn.</w:t>
      </w:r>
      <w:r>
        <w:br/>
      </w:r>
      <w:r>
        <w:t xml:space="preserve">    (a) someone who controls, prevents, or makes less intense</w:t>
      </w:r>
      <w:r>
        <w:br/>
      </w:r>
      <w:r>
        <w:t xml:space="preserve">    (b) someone who accepts something as true (without proof)</w:t>
      </w:r>
      <w:r>
        <w:br/>
      </w:r>
      <w:r>
        <w:t xml:space="preserve">    (c) concerned with usefulness rather than beauty or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tried to guess what the solutions were by smell, but failed; the shower was slippery, though, which meant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alkaline</w:t>
      </w:r>
      <w:r>
        <w:rPr>
          <w:b/>
          <w:bCs/>
        </w:rPr>
        <w:t xml:space="preserve">.</w:t>
      </w:r>
      <w:r>
        <w:br/>
      </w:r>
      <w:r>
        <w:t xml:space="preserve">    (a) able to adjust readily to different conditions  OR  (less commonly) susceptible to being led or directed</w:t>
      </w:r>
      <w:r>
        <w:br/>
      </w:r>
      <w:r>
        <w:t xml:space="preserve">    (b) having a pH greater than 7 (this is the opposite of acidic); or having a greater pH than something else</w:t>
      </w:r>
      <w:r>
        <w:br/>
      </w:r>
      <w:r>
        <w:t xml:space="preserve">    (c) infectious disease characterized by inflammation of the tissues that surround the brain or spinal 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satellite was scheduled for a six-day orbit, since the probability of collecting organisms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proportional</w:t>
      </w:r>
      <w:r>
        <w:rPr>
          <w:b/>
          <w:bCs/>
        </w:rPr>
        <w:t xml:space="preserve"> </w:t>
      </w:r>
      <w:r>
        <w:rPr>
          <w:b/>
          <w:bCs/>
        </w:rPr>
        <w:t xml:space="preserve">to time in orbit.</w:t>
      </w:r>
      <w:r>
        <w:br/>
      </w:r>
      <w:r>
        <w:t xml:space="preserve">    (a) appropriate or related in size, amount, or degree</w:t>
      </w:r>
      <w:r>
        <w:br/>
      </w:r>
      <w:r>
        <w:t xml:space="preserve">    (b) suitability; or the degree of having been adapted</w:t>
      </w:r>
      <w:r>
        <w:br/>
      </w:r>
      <w:r>
        <w:t xml:space="preserve">    (c) the quality of being without boundaries or limits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Hall opened his file. AUTOCLOCK TRANSCRIPT PROJECT: SCOOP VII LAUNCHDATE: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ABRIDGED</w:t>
      </w:r>
      <w:r>
        <w:rPr>
          <w:b/>
          <w:bCs/>
        </w:rPr>
        <w:t xml:space="preserve"> </w:t>
      </w:r>
      <w:r>
        <w:rPr>
          <w:b/>
          <w:bCs/>
        </w:rPr>
        <w:t xml:space="preserve">VERSION.</w:t>
      </w:r>
      <w:r>
        <w:br/>
      </w:r>
      <w:r>
        <w:t xml:space="preserve">    (a) shortened; or reduced in scope while retaining essential elements</w:t>
      </w:r>
      <w:r>
        <w:br/>
      </w:r>
      <w:r>
        <w:t xml:space="preserve">    (b) showed fear by positioning the body as though afraid of being hit</w:t>
      </w:r>
      <w:r>
        <w:br/>
      </w:r>
      <w:r>
        <w:t xml:space="preserve">    (c) deeply involved; or intermixed with complications or difficulties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Television was cheaper and more easily set up; TV image-intensifiers were already in use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electron microscopes</w:t>
      </w:r>
      <w:r>
        <w:rPr>
          <w:b/>
          <w:bCs/>
        </w:rPr>
        <w:t xml:space="preserve">, X-ray machines, and other devices.</w:t>
      </w:r>
      <w:r>
        <w:br/>
      </w:r>
      <w:r>
        <w:t xml:space="preserve">    (a) tiles designed to affect noise -- typically to decrease noise</w:t>
      </w:r>
      <w:r>
        <w:br/>
      </w:r>
      <w:r>
        <w:t xml:space="preserve">    (b) high-powered microscopes that uses electrons instead of light</w:t>
      </w:r>
      <w:r>
        <w:br/>
      </w:r>
      <w:r>
        <w:t xml:space="preserve">    (c) periods of time or stages during the development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Bacteria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.</w:t>
      </w:r>
      <w:r>
        <w:br/>
      </w:r>
      <w:r>
        <w:t xml:space="preserve">    (a) lacking a tendency to be full of thought</w:t>
      </w:r>
      <w:r>
        <w:br/>
      </w:r>
      <w:r>
        <w:t xml:space="preserve">    (b) being present everywhere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infused the radioactive tagging substance, a magnesium isotope, into the monkey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calibrated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scanner.</w:t>
      </w:r>
      <w:r>
        <w:br/>
      </w:r>
      <w:r>
        <w:t xml:space="preserve">    (a) interfered (in another's affairs or business); or handled (something that shouldn't be handled)</w:t>
      </w:r>
      <w:r>
        <w:br/>
      </w:r>
      <w:r>
        <w:t xml:space="preserve">    (b) finely adjusted</w:t>
      </w:r>
      <w:r>
        <w:br/>
      </w:r>
      <w:r>
        <w:t xml:space="preserve">    (c) separated two things to prevent passage of something such as heat, cold, noise, or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early fifties, the analysis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amino acids</w:t>
      </w:r>
      <w:r>
        <w:rPr>
          <w:b/>
          <w:bCs/>
        </w:rPr>
        <w:t xml:space="preserve"> </w:t>
      </w:r>
      <w:r>
        <w:rPr>
          <w:b/>
          <w:bCs/>
        </w:rPr>
        <w:t xml:space="preserve">in a protein might take weeks, or even months.</w:t>
      </w:r>
      <w:r>
        <w:br/>
      </w:r>
      <w:r>
        <w:t xml:space="preserve">    (a) things that affect a result or outcome</w:t>
      </w:r>
      <w:r>
        <w:br/>
      </w:r>
      <w:r>
        <w:t xml:space="preserve">    (b) People who are of lower rank or status</w:t>
      </w:r>
      <w:r>
        <w:br/>
      </w:r>
      <w:r>
        <w:t xml:space="preserve">    (c) the basic building blocks for proteins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mouths, no sex organs— all these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without purpose, job, or natural activity</w:t>
      </w:r>
      <w:r>
        <w:br/>
      </w:r>
      <w:r>
        <w:t xml:space="preserve">    (c) unneeded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because Wildfire was one of the Cooler Circuit substations, known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facetiously</w:t>
      </w:r>
      <w:r>
        <w:rPr>
          <w:b/>
          <w:bCs/>
        </w:rPr>
        <w:t xml:space="preserve"> </w:t>
      </w:r>
      <w:r>
        <w:rPr>
          <w:b/>
          <w:bCs/>
        </w:rPr>
        <w:t xml:space="preserve">as the Top Twenty.</w:t>
      </w:r>
      <w:r>
        <w:br/>
      </w:r>
      <w:r>
        <w:t xml:space="preserve">    (a) in a manner that impacts the natural world (life, air, water, land...)</w:t>
      </w:r>
      <w:r>
        <w:br/>
      </w:r>
      <w:r>
        <w:t xml:space="preserve">    (b) humorously</w:t>
      </w:r>
      <w:r>
        <w:br/>
      </w:r>
      <w:r>
        <w:t xml:space="preserve">    (c) aka analytically -- in a manner that relates to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electron wavelength is smaller than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quantum</w:t>
      </w:r>
      <w:r>
        <w:rPr>
          <w:b/>
          <w:bCs/>
        </w:rPr>
        <w:t xml:space="preserve"> </w:t>
      </w:r>
      <w:r>
        <w:rPr>
          <w:b/>
          <w:bCs/>
        </w:rPr>
        <w:t xml:space="preserve">of light.</w:t>
      </w:r>
      <w:r>
        <w:br/>
      </w:r>
      <w:r>
        <w:t xml:space="preserve">    (a) holds together (connects or unites) or wraps</w:t>
      </w:r>
      <w:r>
        <w:br/>
      </w:r>
      <w:r>
        <w:t xml:space="preserve">    (b) tiny, indivisible packet of energy or matter</w:t>
      </w:r>
      <w:r>
        <w:br/>
      </w:r>
      <w:r>
        <w:t xml:space="preserve">    (c) not adjusting a lens to create a clear image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2026-07-31T18:10:05Z</dcterms:created>
  <dcterms:modified xsi:type="dcterms:W3CDTF">2026-07-31T18:10:05Z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