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1e83576dd4bf5495d4505e083a72552ab3e9ff"/>
    <w:p>
      <w:pPr>
        <w:pStyle w:val="Heading1"/>
      </w:pPr>
      <w:r>
        <w:rPr>
          <w:b/>
          <w:bCs/>
        </w:rPr>
        <w:t xml:space="preserve">The American</w:t>
      </w:r>
      <w:r>
        <w:br/>
      </w:r>
      <w:r>
        <w:rPr>
          <w:i/>
          <w:iCs/>
        </w:rPr>
        <w:t xml:space="preserve">Henry James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removed his hat, and flung down beside him a little red guide-book and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-glass.</w:t>
      </w:r>
      <w:r>
        <w:br/>
      </w:r>
      <w:r>
        <w:t xml:space="preserve">    (a)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a musical play with orchestra in which most of the dialogue is sung (or the art form that consists of such musicals; or describing something as related to that art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old man turned afresh, with a staring, wondering homage,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daub on the easel.</w:t>
      </w:r>
      <w:r>
        <w:br/>
      </w:r>
      <w:r>
        <w:t xml:space="preserve">    (a) material wealth</w:t>
      </w:r>
      <w:r>
        <w:br/>
      </w:r>
      <w:r>
        <w:t xml:space="preserve">    (b) bold and daring</w:t>
      </w:r>
      <w:r>
        <w:br/>
      </w:r>
      <w:r>
        <w:t xml:space="preserve">    (c) strongly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many of the common traditions with regard to women were with him fresh personal impressions; he had never read a novel!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odiously</w:t>
      </w:r>
      <w:r>
        <w:rPr>
          <w:b/>
          <w:bCs/>
        </w:rPr>
        <w:t xml:space="preserve"> </w:t>
      </w:r>
      <w:r>
        <w:rPr>
          <w:b/>
          <w:bCs/>
        </w:rPr>
        <w:t xml:space="preserve">successful.</w:t>
      </w:r>
      <w:r>
        <w:br/>
      </w:r>
      <w:r>
        <w:t xml:space="preserve">    (a) in a manner that is extremely unpleasant, disgusting, dislikable, or worthy of hate</w:t>
      </w:r>
      <w:r>
        <w:br/>
      </w:r>
      <w:r>
        <w:t xml:space="preserve">    (b) basically (in all important respects; or relating to the basic nature of something)</w:t>
      </w:r>
      <w:r>
        <w:br/>
      </w:r>
      <w:r>
        <w:t xml:space="preserve">    (c) with an orientation that is straight up and down (90 degrees relative to the floor)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, I am not even educated; I know nothing about history, or art, or foreign tongues, or any other learned matters.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not found guilty or forced into a bad situation</w:t>
      </w:r>
      <w:r>
        <w:br/>
      </w:r>
      <w:r>
        <w:t xml:space="preserve">    (c) developed, grown, or prepared for growing crops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day, then, for the following three weeks,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minutely</w:t>
      </w:r>
      <w:r>
        <w:rPr>
          <w:b/>
          <w:bCs/>
        </w:rPr>
        <w:t xml:space="preserve"> </w:t>
      </w:r>
      <w:r>
        <w:rPr>
          <w:b/>
          <w:bCs/>
        </w:rPr>
        <w:t xml:space="preserve">respectable figure of M. Nioche made its appearance, with a series of little inquiring and apologetic obeisances, among the aromatic fumes of Newman's morning beverage.</w:t>
      </w:r>
      <w:r>
        <w:br/>
      </w:r>
      <w:r>
        <w:t xml:space="preserve">    (a) in a manner that deserves praise</w:t>
      </w:r>
      <w:r>
        <w:br/>
      </w:r>
      <w:r>
        <w:t xml:space="preserve">    (b) in a manner that does not change</w:t>
      </w:r>
      <w:r>
        <w:br/>
      </w:r>
      <w:r>
        <w:t xml:space="preserve">    (c)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M. de Cintre for the first time a month before the wedding, after everything,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minutest</w:t>
      </w:r>
      <w:r>
        <w:rPr>
          <w:b/>
          <w:bCs/>
        </w:rPr>
        <w:t xml:space="preserve"> </w:t>
      </w:r>
      <w:r>
        <w:rPr>
          <w:b/>
          <w:bCs/>
        </w:rPr>
        <w:t xml:space="preserve">detail, had been arranged.</w:t>
      </w:r>
      <w:r>
        <w:br/>
      </w:r>
      <w:r>
        <w:t xml:space="preserve">    (a) smartest</w:t>
      </w:r>
      <w:r>
        <w:br/>
      </w:r>
      <w:r>
        <w:t xml:space="preserve">    (b) smallest</w:t>
      </w:r>
      <w:r>
        <w:br/>
      </w:r>
      <w:r>
        <w:t xml:space="preserve">    (c) show off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 </w:t>
      </w:r>
      <w:r>
        <w:rPr>
          <w:b/>
          <w:bCs/>
        </w:rPr>
        <w:t xml:space="preserve">of Newman's judgments very often shocked and discomposed him.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the use of just a few words; or lasting a short time</w:t>
      </w:r>
      <w:r>
        <w:br/>
      </w:r>
      <w:r>
        <w:t xml:space="preserve">    (c) the ability to take or adopt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represented a gaunt, ascetic-looking monk, in a tattered gown and cowl, kneeling with clasped hands and pulling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portentously</w:t>
      </w:r>
      <w:r>
        <w:rPr>
          <w:b/>
          <w:bCs/>
        </w:rPr>
        <w:t xml:space="preserve"> </w:t>
      </w:r>
      <w:r>
        <w:rPr>
          <w:b/>
          <w:bCs/>
        </w:rPr>
        <w:t xml:space="preserve">long face.</w:t>
      </w:r>
      <w:r>
        <w:br/>
      </w:r>
      <w:r>
        <w:t xml:space="preserve">    (a) in a manner related to a mental illness most commonly associated with undeveloped social abilities, language, and other communication skills</w:t>
      </w:r>
      <w:r>
        <w:br/>
      </w:r>
      <w:r>
        <w:t xml:space="preserve">    (b) in a manner like a virus (often used to indicate that something spread quickly from person-to-person in a natural, unplanned manner)</w:t>
      </w:r>
      <w:r>
        <w:br/>
      </w:r>
      <w:r>
        <w:t xml:space="preserve">    (c) very important; or indicating something important in the future -- often something that is threatening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acting overly important or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supposable that he intended a satire upon Babcock's own asceticism, for this would have been a truly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stroke.</w:t>
      </w:r>
      <w:r>
        <w:br/>
      </w:r>
      <w:r>
        <w:t xml:space="preserve">    (a) someone who expects the worst -- especially of people (such as expecting them to be selfish and lie)</w:t>
      </w:r>
      <w:r>
        <w:br/>
      </w:r>
      <w:r>
        <w:t xml:space="preserve">    (b) characterized by recurrent and persistent thoughts and feelings and repetitive, ritualized behaviors</w:t>
      </w:r>
      <w:r>
        <w:br/>
      </w:r>
      <w:r>
        <w:t xml:space="preserve">    (c) related to the change of a light wave (or other wave) when it passes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himself in some rooms selected for him by Tom Tristram, in accordance with the latter's estimate of what he called his social position.</w:t>
      </w:r>
      <w:r>
        <w:br/>
      </w:r>
      <w:r>
        <w:t xml:space="preserve">    (a) persuaded someone to want something (often sex or love) by tempting with something desired</w:t>
      </w:r>
      <w:r>
        <w:br/>
      </w:r>
      <w:r>
        <w:t xml:space="preserve">    (b) not having a relationship whereby a change in one thing helps predict a change in another</w:t>
      </w:r>
      <w:r>
        <w:br/>
      </w:r>
      <w:r>
        <w:t xml:space="preserve">    (c) settled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say we firmly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by medical evidence the presumption of a mind disordered by fever, ...</w:t>
      </w:r>
      <w:r>
        <w:br/>
      </w:r>
      <w:r>
        <w:t xml:space="preserve">    (a) proved</w:t>
      </w:r>
      <w:r>
        <w:br/>
      </w:r>
      <w:r>
        <w:t xml:space="preserve">    (b) accepted someone's membership though a special procedure such as a ceremony and/or period of instruction and/or test</w:t>
      </w:r>
      <w:r>
        <w:br/>
      </w:r>
      <w:r>
        <w:t xml:space="preserve">    (c) examined an issue, got opinions by asking specific questions; and/or asked people for political support individually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Damn his French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!</w:t>
      </w:r>
      <w:r>
        <w:br/>
      </w:r>
      <w:r>
        <w:t xml:space="preserve">    (a) an artists performance of another artist's work that expresses the performer's feelings or ideas about the work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soccer player who typically play in the middle third of the field and who assists with both defense and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 Valentin looked at our hero from head to foot with his peculiar smile, in which impudence and urbanity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perplexingly</w:t>
      </w:r>
      <w:r>
        <w:rPr>
          <w:b/>
          <w:bCs/>
        </w:rPr>
        <w:t xml:space="preserve"> </w:t>
      </w:r>
      <w:r>
        <w:rPr>
          <w:b/>
          <w:bCs/>
        </w:rPr>
        <w:t xml:space="preserve">commingled.</w:t>
      </w:r>
      <w:r>
        <w:br/>
      </w:r>
      <w:r>
        <w:t xml:space="preserve">    (a) to confuse</w:t>
      </w:r>
      <w:r>
        <w:br/>
      </w:r>
      <w:r>
        <w:t xml:space="preserve">    (b) enormously</w:t>
      </w:r>
      <w:r>
        <w:br/>
      </w:r>
      <w:r>
        <w:t xml:space="preserve">    (c) harmlessly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Inevitably, he had a vast deal to say about women, and he used frequently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in sentimental and ironical apostrophes to these authors of his joys and woes.</w:t>
      </w:r>
      <w:r>
        <w:br/>
      </w:r>
      <w:r>
        <w:t xml:space="preserve">    (a) enjoy to excess</w:t>
      </w:r>
      <w:r>
        <w:br/>
      </w:r>
      <w:r>
        <w:t xml:space="preserve">    (b) think carefully</w:t>
      </w:r>
      <w:r>
        <w:br/>
      </w:r>
      <w:r>
        <w:t xml:space="preserve">    (c) work or operate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Newman listened to him with his impartial smile, and was glad, for his own sake, that he had fine feelings; but he mentally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repudiated</w:t>
      </w:r>
      <w:r>
        <w:rPr>
          <w:b/>
          <w:bCs/>
        </w:rPr>
        <w:t xml:space="preserve"> </w:t>
      </w:r>
      <w:r>
        <w:rPr>
          <w:b/>
          <w:bCs/>
        </w:rPr>
        <w:t xml:space="preserve">the idea of a Frenchman having discovered any merit in the amiable sex which he himself did not suspect.</w:t>
      </w:r>
      <w:r>
        <w:br/>
      </w:r>
      <w:r>
        <w:t xml:space="preserve">    (a) strongly rejected</w:t>
      </w:r>
      <w:r>
        <w:br/>
      </w:r>
      <w:r>
        <w:t xml:space="preserve">    (b) guided or managed</w:t>
      </w:r>
      <w:r>
        <w:br/>
      </w:r>
      <w:r>
        <w:t xml:space="preserve">    (c) thought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Newman listened to him with his impartial smile, and was glad, for his own sake, that he had fine feelings; but he mentally repudiated the idea of a Frenchman having discovered any merit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sex which he himself did not suspect.</w:t>
      </w:r>
      <w:r>
        <w:br/>
      </w:r>
      <w:r>
        <w:t xml:space="preserve">    (a) friendly, agreeable, and likable</w:t>
      </w:r>
      <w:r>
        <w:br/>
      </w:r>
      <w:r>
        <w:t xml:space="preserve">    (b) important, serious, or dangerous</w:t>
      </w:r>
      <w:r>
        <w:br/>
      </w:r>
      <w:r>
        <w:t xml:space="preserve">    (c) not clear or easily identifiable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Bellegarde had been looking at him with quickened expectancy, and with the smile with which he had greeted Newman's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allusion</w:t>
      </w:r>
      <w:r>
        <w:rPr>
          <w:b/>
          <w:bCs/>
        </w:rPr>
        <w:t xml:space="preserve"> </w:t>
      </w:r>
      <w:r>
        <w:rPr>
          <w:b/>
          <w:bCs/>
        </w:rPr>
        <w:t xml:space="preserve">to his promised request.</w:t>
      </w:r>
      <w:r>
        <w:br/>
      </w:r>
      <w:r>
        <w:t xml:space="preserve">    (a) an indirect reference</w:t>
      </w:r>
      <w:r>
        <w:br/>
      </w:r>
      <w:r>
        <w:t xml:space="preserve">    (b) a nerve or brain cell</w:t>
      </w:r>
      <w:r>
        <w:br/>
      </w:r>
      <w:r>
        <w:t xml:space="preserve">    (c) long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wore the same decently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aspect as a few months before; a few months more or less of brushing could make little difference in the antique lustre of his coat and hat.</w:t>
      </w:r>
      <w:r>
        <w:br/>
      </w:r>
      <w:r>
        <w:t xml:space="preserve">    (a) a sad feeling or manner</w:t>
      </w:r>
      <w:r>
        <w:br/>
      </w:r>
      <w:r>
        <w:t xml:space="preserve">    (b) about (but not exactly)</w:t>
      </w:r>
      <w:r>
        <w:br/>
      </w:r>
      <w:r>
        <w:t xml:space="preserve">    (c) relating to the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left his vehicle at the tavern in the village street, and obeyed the simple instructions which were given him for finding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chateau</w:t>
      </w:r>
      <w:r>
        <w:rPr>
          <w:b/>
          <w:bCs/>
        </w:rPr>
        <w:t xml:space="preserve">.</w:t>
      </w:r>
      <w:r>
        <w:br/>
      </w:r>
      <w:r>
        <w:t xml:space="preserve">    (a) an impressive country house (or castle) in France</w:t>
      </w:r>
      <w:r>
        <w:br/>
      </w:r>
      <w:r>
        <w:t xml:space="preserve">    (b) discomfort caused by difficulty in digesting food</w:t>
      </w:r>
      <w:r>
        <w:br/>
      </w:r>
      <w:r>
        <w:t xml:space="preserve">    (c) people who do not believe in the existence of god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2026-07-31T18:05:25Z</dcterms:created>
  <dcterms:modified xsi:type="dcterms:W3CDTF">2026-07-31T18:05:25Z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