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abd5b7e6c2b53186b5962b417d655b108ecbe54"/>
    <w:p>
      <w:pPr>
        <w:pStyle w:val="Heading1"/>
      </w:pPr>
      <w:r>
        <w:rPr>
          <w:b/>
          <w:bCs/>
        </w:rPr>
        <w:t xml:space="preserve">The American</w:t>
      </w:r>
      <w:r>
        <w:br/>
      </w:r>
      <w:r>
        <w:rPr>
          <w:i/>
          <w:iCs/>
        </w:rPr>
        <w:t xml:space="preserve">Henry James</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young lady raised her eyes from her palette, scanned him from head to foot, and alighted with admirable</w:t>
      </w:r>
      <w:r>
        <w:rPr>
          <w:b/>
          <w:bCs/>
        </w:rPr>
        <w:t xml:space="preserve"> </w:t>
      </w:r>
      <w:r>
        <w:rPr>
          <w:b/>
          <w:bCs/>
          <w:u w:val="single"/>
        </w:rPr>
        <w:t xml:space="preserve">sagacity</w:t>
      </w:r>
      <w:r>
        <w:rPr>
          <w:b/>
          <w:bCs/>
        </w:rPr>
        <w:t xml:space="preserve"> </w:t>
      </w:r>
      <w:r>
        <w:rPr>
          <w:b/>
          <w:bCs/>
        </w:rPr>
        <w:t xml:space="preserve">upon exactly the right answer.</w:t>
      </w:r>
      <w:r>
        <w:br/>
      </w:r>
      <w:r>
        <w:t xml:space="preserve">    (a) battle</w:t>
      </w:r>
      <w:r>
        <w:br/>
      </w:r>
      <w:r>
        <w:t xml:space="preserve">    (b) memory</w:t>
      </w:r>
      <w:r>
        <w:br/>
      </w:r>
      <w:r>
        <w:t xml:space="preserve">    (c) wisdom</w:t>
      </w:r>
    </w:p>
    <w:p>
      <w:pPr>
        <w:pStyle w:val="Compact"/>
        <w:numPr>
          <w:ilvl w:val="0"/>
          <w:numId w:val="1001"/>
        </w:numPr>
      </w:pPr>
      <w:r>
        <w:rPr>
          <w:b/>
          <w:bCs/>
        </w:rPr>
        <w:t xml:space="preserve">Your English names are so</w:t>
      </w:r>
      <w:r>
        <w:rPr>
          <w:b/>
          <w:bCs/>
        </w:rPr>
        <w:t xml:space="preserve"> </w:t>
      </w:r>
      <w:r>
        <w:rPr>
          <w:b/>
          <w:bCs/>
          <w:u w:val="single"/>
        </w:rPr>
        <w:t xml:space="preserve">droll</w:t>
      </w:r>
      <w:r>
        <w:rPr>
          <w:b/>
          <w:bCs/>
        </w:rPr>
        <w:t xml:space="preserve">!</w:t>
      </w:r>
      <w:r>
        <w:br/>
      </w:r>
      <w:r>
        <w:t xml:space="preserve">    (a) not tending to find fault</w:t>
      </w:r>
      <w:r>
        <w:br/>
      </w:r>
      <w:r>
        <w:t xml:space="preserve">    (b) comical in an unusual way</w:t>
      </w:r>
      <w:r>
        <w:br/>
      </w:r>
      <w:r>
        <w:t xml:space="preserve">    (c) able to be disagreed with</w:t>
      </w:r>
    </w:p>
    <w:p>
      <w:pPr>
        <w:pStyle w:val="Compact"/>
        <w:numPr>
          <w:ilvl w:val="0"/>
          <w:numId w:val="1001"/>
        </w:numPr>
      </w:pPr>
      <w:r>
        <w:rPr>
          <w:b/>
          <w:bCs/>
        </w:rPr>
        <w:t xml:space="preserve">But the mysterious something could only be the devil, and he was accordingly seized with an intense personal</w:t>
      </w:r>
      <w:r>
        <w:rPr>
          <w:b/>
          <w:bCs/>
        </w:rPr>
        <w:t xml:space="preserve"> </w:t>
      </w:r>
      <w:r>
        <w:rPr>
          <w:b/>
          <w:bCs/>
          <w:u w:val="single"/>
        </w:rPr>
        <w:t xml:space="preserve">enmity</w:t>
      </w:r>
      <w:r>
        <w:rPr>
          <w:b/>
          <w:bCs/>
        </w:rPr>
        <w:t xml:space="preserve"> </w:t>
      </w:r>
      <w:r>
        <w:rPr>
          <w:b/>
          <w:bCs/>
        </w:rPr>
        <w:t xml:space="preserve">to this impertinent force.</w:t>
      </w:r>
      <w:r>
        <w:br/>
      </w:r>
      <w:r>
        <w:t xml:space="preserve">    (a) memory</w:t>
      </w:r>
      <w:r>
        <w:br/>
      </w:r>
      <w:r>
        <w:t xml:space="preserve">    (b) hatred</w:t>
      </w:r>
      <w:r>
        <w:br/>
      </w:r>
      <w:r>
        <w:t xml:space="preserve">    (c) battle</w:t>
      </w:r>
    </w:p>
    <w:p>
      <w:pPr>
        <w:pStyle w:val="Compact"/>
        <w:numPr>
          <w:ilvl w:val="0"/>
          <w:numId w:val="1001"/>
        </w:numPr>
      </w:pPr>
      <w:r>
        <w:rPr>
          <w:b/>
          <w:bCs/>
        </w:rPr>
        <w:t xml:space="preserve">They are terrible people—her monde; all mounted upon stilts a mile high, and with</w:t>
      </w:r>
      <w:r>
        <w:rPr>
          <w:b/>
          <w:bCs/>
        </w:rPr>
        <w:t xml:space="preserve"> </w:t>
      </w:r>
      <w:r>
        <w:rPr>
          <w:b/>
          <w:bCs/>
          <w:u w:val="single"/>
        </w:rPr>
        <w:t xml:space="preserve">pedigrees</w:t>
      </w:r>
      <w:r>
        <w:rPr>
          <w:b/>
          <w:bCs/>
        </w:rPr>
        <w:t xml:space="preserve"> </w:t>
      </w:r>
      <w:r>
        <w:rPr>
          <w:b/>
          <w:bCs/>
        </w:rPr>
        <w:t xml:space="preserve">long in proportion.</w:t>
      </w:r>
      <w:r>
        <w:br/>
      </w:r>
      <w:r>
        <w:t xml:space="preserve">    (a) intangible (non-touchable) properties that are the result of creativity (such as patents or trademarks or copyrights)</w:t>
      </w:r>
      <w:r>
        <w:br/>
      </w:r>
      <w:r>
        <w:t xml:space="preserve">    (b) things created -- typically works of music or writing; or acts of creating such work; or the structures of such work</w:t>
      </w:r>
      <w:r>
        <w:br/>
      </w:r>
      <w:r>
        <w:t xml:space="preserve">    (c) the line of ancestors of an animal; or any background or history of a person or idea, showing origins and development</w:t>
      </w:r>
    </w:p>
    <w:p>
      <w:pPr>
        <w:pStyle w:val="Compact"/>
        <w:numPr>
          <w:ilvl w:val="0"/>
          <w:numId w:val="1001"/>
        </w:numPr>
      </w:pPr>
      <w:r>
        <w:rPr>
          <w:b/>
          <w:bCs/>
        </w:rPr>
        <w:t xml:space="preserve">He had apparently once possessed a certain knowledge of English, and his accent was oddly tinged with the cockneyism of the British</w:t>
      </w:r>
      <w:r>
        <w:rPr>
          <w:b/>
          <w:bCs/>
        </w:rPr>
        <w:t xml:space="preserve"> </w:t>
      </w:r>
      <w:r>
        <w:rPr>
          <w:b/>
          <w:bCs/>
          <w:u w:val="single"/>
        </w:rPr>
        <w:t xml:space="preserve">metropolis</w:t>
      </w:r>
      <w:r>
        <w:rPr>
          <w:b/>
          <w:bCs/>
        </w:rPr>
        <w:t xml:space="preserve">.</w:t>
      </w:r>
      <w:r>
        <w:br/>
      </w:r>
      <w:r>
        <w:t xml:space="preserve">    (a) tourist attraction</w:t>
      </w:r>
      <w:r>
        <w:br/>
      </w:r>
      <w:r>
        <w:t xml:space="preserve">    (b) ghetto</w:t>
      </w:r>
      <w:r>
        <w:br/>
      </w:r>
      <w:r>
        <w:t xml:space="preserve">    (c) city</w:t>
      </w:r>
    </w:p>
    <w:p>
      <w:pPr>
        <w:pStyle w:val="Compact"/>
        <w:numPr>
          <w:ilvl w:val="0"/>
          <w:numId w:val="1001"/>
        </w:numPr>
      </w:pPr>
      <w:r>
        <w:rPr>
          <w:b/>
          <w:bCs/>
        </w:rPr>
        <w:t xml:space="preserve">His own economic genius was so entirely for operations on a larger scale, and, to move at his ease, he needed so imperatively the sense of great risks and great prizes, that he found an ungrudging entertainment in the spectacle of fortunes made by the</w:t>
      </w:r>
      <w:r>
        <w:rPr>
          <w:b/>
          <w:bCs/>
        </w:rPr>
        <w:t xml:space="preserve"> </w:t>
      </w:r>
      <w:r>
        <w:rPr>
          <w:b/>
          <w:bCs/>
          <w:u w:val="single"/>
        </w:rPr>
        <w:t xml:space="preserve">aggregation</w:t>
      </w:r>
      <w:r>
        <w:rPr>
          <w:b/>
          <w:bCs/>
        </w:rPr>
        <w:t xml:space="preserve"> </w:t>
      </w:r>
      <w:r>
        <w:rPr>
          <w:b/>
          <w:bCs/>
        </w:rPr>
        <w:t xml:space="preserve">of copper coins, and in the minute subdivision of labor and profit.</w:t>
      </w:r>
      <w:r>
        <w:br/>
      </w:r>
      <w:r>
        <w:t xml:space="preserve">    (a) tile designed to affect noise -- typically to decrease noise</w:t>
      </w:r>
      <w:r>
        <w:br/>
      </w:r>
      <w:r>
        <w:t xml:space="preserve">    (b) a combination of different, but related quantities or things</w:t>
      </w:r>
      <w:r>
        <w:br/>
      </w:r>
      <w:r>
        <w:t xml:space="preserve">    (c) the state of not being in danger of suffering from something</w:t>
      </w:r>
    </w:p>
    <w:p>
      <w:pPr>
        <w:pStyle w:val="Compact"/>
        <w:numPr>
          <w:ilvl w:val="0"/>
          <w:numId w:val="1001"/>
        </w:numPr>
      </w:pPr>
      <w:r>
        <w:rPr>
          <w:b/>
          <w:bCs/>
        </w:rPr>
        <w:t xml:space="preserve">But, to tell you the truth, she is also a franche</w:t>
      </w:r>
      <w:r>
        <w:rPr>
          <w:b/>
          <w:bCs/>
        </w:rPr>
        <w:t xml:space="preserve"> </w:t>
      </w:r>
      <w:r>
        <w:rPr>
          <w:b/>
          <w:bCs/>
          <w:u w:val="single"/>
        </w:rPr>
        <w:t xml:space="preserve">coquette</w:t>
      </w:r>
      <w:r>
        <w:rPr>
          <w:b/>
          <w:bCs/>
        </w:rPr>
        <w:t xml:space="preserve">.</w:t>
      </w:r>
      <w:r>
        <w:br/>
      </w:r>
      <w:r>
        <w:t xml:space="preserve">    (a) a woman who is casually playful in a way that arouses sexual interest of men</w:t>
      </w:r>
      <w:r>
        <w:br/>
      </w:r>
      <w:r>
        <w:t xml:space="preserve">    (b) to change to multiple areas of control or concentration (rather than just 1)</w:t>
      </w:r>
      <w:r>
        <w:br/>
      </w:r>
      <w:r>
        <w:t xml:space="preserve">    (c) to investigate; or an investigation; or an instrument used for investigation</w:t>
      </w:r>
    </w:p>
    <w:p>
      <w:pPr>
        <w:pStyle w:val="Compact"/>
        <w:numPr>
          <w:ilvl w:val="0"/>
          <w:numId w:val="1001"/>
        </w:numPr>
      </w:pPr>
      <w:r>
        <w:rPr>
          <w:b/>
          <w:bCs/>
        </w:rPr>
        <w:t xml:space="preserve">And it must be added that this was, for Newman, an unusually</w:t>
      </w:r>
      <w:r>
        <w:rPr>
          <w:b/>
          <w:bCs/>
        </w:rPr>
        <w:t xml:space="preserve"> </w:t>
      </w:r>
      <w:r>
        <w:rPr>
          <w:b/>
          <w:bCs/>
          <w:u w:val="single"/>
        </w:rPr>
        <w:t xml:space="preserve">metaphysical</w:t>
      </w:r>
      <w:r>
        <w:rPr>
          <w:b/>
          <w:bCs/>
        </w:rPr>
        <w:t xml:space="preserve"> </w:t>
      </w:r>
      <w:r>
        <w:rPr>
          <w:b/>
          <w:bCs/>
        </w:rPr>
        <w:t xml:space="preserve">flight; but in passing through Milan he had taken a great fancy to the painter.</w:t>
      </w:r>
      <w:r>
        <w:br/>
      </w:r>
      <w:r>
        <w:t xml:space="preserve">    (a) having the characteristics of a</w:t>
      </w:r>
      <w:r>
        <w:t xml:space="preserve"> </w:t>
      </w:r>
      <w:r>
        <w:rPr>
          <w:i/>
          <w:iCs/>
        </w:rPr>
        <w:t xml:space="preserve">monk</w:t>
      </w:r>
      <w:r>
        <w:t xml:space="preserve"> </w:t>
      </w:r>
      <w:r>
        <w:t xml:space="preserve">(often inclined toward self-denial)</w:t>
      </w:r>
      <w:r>
        <w:br/>
      </w:r>
      <w:r>
        <w:t xml:space="preserve">    (b) the quality of holding something back or holding others down through oppression</w:t>
      </w:r>
      <w:r>
        <w:br/>
      </w:r>
      <w:r>
        <w:t xml:space="preserve">    (c) about things beyond the physical world, such as existence, reality, or the soul</w:t>
      </w:r>
    </w:p>
    <w:p>
      <w:pPr>
        <w:pStyle w:val="Compact"/>
        <w:numPr>
          <w:ilvl w:val="0"/>
          <w:numId w:val="1001"/>
        </w:numPr>
      </w:pPr>
      <w:r>
        <w:rPr>
          <w:b/>
          <w:bCs/>
        </w:rPr>
        <w:t xml:space="preserve">It is not supposable that he intended a</w:t>
      </w:r>
      <w:r>
        <w:rPr>
          <w:b/>
          <w:bCs/>
        </w:rPr>
        <w:t xml:space="preserve"> </w:t>
      </w:r>
      <w:r>
        <w:rPr>
          <w:b/>
          <w:bCs/>
          <w:u w:val="single"/>
        </w:rPr>
        <w:t xml:space="preserve">satire</w:t>
      </w:r>
      <w:r>
        <w:rPr>
          <w:b/>
          <w:bCs/>
        </w:rPr>
        <w:t xml:space="preserve"> </w:t>
      </w:r>
      <w:r>
        <w:rPr>
          <w:b/>
          <w:bCs/>
        </w:rPr>
        <w:t xml:space="preserve">upon Babcock's own asceticism, for this would have been a truly cynical stroke.</w:t>
      </w:r>
      <w:r>
        <w:br/>
      </w:r>
      <w:r>
        <w:t xml:space="preserve">    (a) lack of interest; or the process of stopping interaction or interest</w:t>
      </w:r>
      <w:r>
        <w:br/>
      </w:r>
      <w:r>
        <w:t xml:space="preserve">    (b) relating to logical examination of something to better understand it</w:t>
      </w:r>
      <w:r>
        <w:br/>
      </w:r>
      <w:r>
        <w:t xml:space="preserve">    (c) a way of making fun of people or ideas -- often through exaggeration</w:t>
      </w:r>
    </w:p>
    <w:p>
      <w:pPr>
        <w:pStyle w:val="Compact"/>
        <w:numPr>
          <w:ilvl w:val="0"/>
          <w:numId w:val="1001"/>
        </w:numPr>
      </w:pPr>
      <w:r>
        <w:rPr>
          <w:b/>
          <w:bCs/>
        </w:rPr>
        <w:t xml:space="preserve">It is not supposable that he intended a satire upon Babcock's own</w:t>
      </w:r>
      <w:r>
        <w:rPr>
          <w:b/>
          <w:bCs/>
        </w:rPr>
        <w:t xml:space="preserve"> </w:t>
      </w:r>
      <w:r>
        <w:rPr>
          <w:b/>
          <w:bCs/>
          <w:u w:val="single"/>
        </w:rPr>
        <w:t xml:space="preserve">asceticism</w:t>
      </w:r>
      <w:r>
        <w:rPr>
          <w:b/>
          <w:bCs/>
        </w:rPr>
        <w:t xml:space="preserve">, for this would have been a truly cynical stroke.</w:t>
      </w:r>
      <w:r>
        <w:br/>
      </w:r>
      <w:r>
        <w:t xml:space="preserve">    (a) Hitler's fanatical and oppressive political party in World War II Germany</w:t>
      </w:r>
      <w:r>
        <w:br/>
      </w:r>
      <w:r>
        <w:t xml:space="preserve">    (b) the practice of extreme self-denial (often to encourage spiritual growth)</w:t>
      </w:r>
      <w:r>
        <w:br/>
      </w:r>
      <w:r>
        <w:t xml:space="preserve">    (c) a feeling of anger or unhappiness at having to accept something not liked</w:t>
      </w:r>
    </w:p>
    <w:p>
      <w:pPr>
        <w:pStyle w:val="Compact"/>
        <w:numPr>
          <w:ilvl w:val="0"/>
          <w:numId w:val="1001"/>
        </w:numPr>
      </w:pPr>
      <w:r>
        <w:rPr>
          <w:b/>
          <w:bCs/>
        </w:rPr>
        <w:t xml:space="preserve">I should injure myself by protesting too much, for I should seem to set up a claim for wisdom which, in the</w:t>
      </w:r>
      <w:r>
        <w:rPr>
          <w:b/>
          <w:bCs/>
        </w:rPr>
        <w:t xml:space="preserve"> </w:t>
      </w:r>
      <w:r>
        <w:rPr>
          <w:b/>
          <w:bCs/>
          <w:u w:val="single"/>
        </w:rPr>
        <w:t xml:space="preserve">sequel</w:t>
      </w:r>
      <w:r>
        <w:rPr>
          <w:b/>
          <w:bCs/>
        </w:rPr>
        <w:t xml:space="preserve"> </w:t>
      </w:r>
      <w:r>
        <w:rPr>
          <w:b/>
          <w:bCs/>
        </w:rPr>
        <w:t xml:space="preserve">of our acquaintance, I could by no means justify.</w:t>
      </w:r>
      <w:r>
        <w:br/>
      </w:r>
      <w:r>
        <w:t xml:space="preserve">    (a) a diplomat appointed by a government to live in a foreign country and help its citizens visiting that country; or the offices of that person and assistants</w:t>
      </w:r>
      <w:r>
        <w:br/>
      </w:r>
      <w:r>
        <w:t xml:space="preserve">    (b) something that follows and continues something else -- especially a film or book</w:t>
      </w:r>
      <w:r>
        <w:br/>
      </w:r>
      <w:r>
        <w:br/>
      </w:r>
      <w:r>
        <w:t xml:space="preserve">or more rarely:  something that follows as a result of something else</w:t>
      </w:r>
      <w:r>
        <w:br/>
      </w:r>
      <w:r>
        <w:t xml:space="preserve">    (c) a math value that tells how many times a number is multiplied by itself to reach another number -- often used to describe very big or very small quantities</w:t>
      </w:r>
    </w:p>
    <w:p>
      <w:pPr>
        <w:pStyle w:val="Compact"/>
        <w:numPr>
          <w:ilvl w:val="0"/>
          <w:numId w:val="1001"/>
        </w:numPr>
      </w:pPr>
      <w:r>
        <w:rPr>
          <w:b/>
          <w:bCs/>
        </w:rPr>
        <w:t xml:space="preserve">he was irresistibly entertaining and enlivening, and he formed a character to which Newman was as capable of doing justice when he had once been placed in contact with it, as he was unlikely, in musing upon the possible mixtures of our human ingredients, mentally to have</w:t>
      </w:r>
      <w:r>
        <w:rPr>
          <w:b/>
          <w:bCs/>
        </w:rPr>
        <w:t xml:space="preserve"> </w:t>
      </w:r>
      <w:r>
        <w:rPr>
          <w:b/>
          <w:bCs/>
          <w:u w:val="single"/>
        </w:rPr>
        <w:t xml:space="preserve">foreshadowed</w:t>
      </w:r>
      <w:r>
        <w:rPr>
          <w:b/>
          <w:bCs/>
        </w:rPr>
        <w:t xml:space="preserve"> </w:t>
      </w:r>
      <w:r>
        <w:rPr>
          <w:b/>
          <w:bCs/>
        </w:rPr>
        <w:t xml:space="preserve">it.</w:t>
      </w:r>
      <w:r>
        <w:br/>
      </w:r>
      <w:r>
        <w:t xml:space="preserve">    (a) made possible</w:t>
      </w:r>
      <w:r>
        <w:br/>
      </w:r>
      <w:r>
        <w:t xml:space="preserve">    (b) was a sign of</w:t>
      </w:r>
      <w:r>
        <w:br/>
      </w:r>
      <w:r>
        <w:t xml:space="preserve">    (c) got closer to</w:t>
      </w:r>
    </w:p>
    <w:p>
      <w:pPr>
        <w:pStyle w:val="Compact"/>
        <w:numPr>
          <w:ilvl w:val="0"/>
          <w:numId w:val="1001"/>
        </w:numPr>
      </w:pPr>
      <w:r>
        <w:rPr>
          <w:b/>
          <w:bCs/>
        </w:rPr>
        <w:t xml:space="preserve">She has gained the benefits of</w:t>
      </w:r>
      <w:r>
        <w:rPr>
          <w:b/>
          <w:bCs/>
        </w:rPr>
        <w:t xml:space="preserve"> </w:t>
      </w:r>
      <w:r>
        <w:rPr>
          <w:b/>
          <w:bCs/>
          <w:u w:val="single"/>
        </w:rPr>
        <w:t xml:space="preserve">matrimony</w:t>
      </w:r>
      <w:r>
        <w:rPr>
          <w:b/>
          <w:bCs/>
        </w:rPr>
        <w:t xml:space="preserve">—freedom and consideration—and she has got rid of the drawbacks.</w:t>
      </w:r>
      <w:r>
        <w:br/>
      </w:r>
      <w:r>
        <w:t xml:space="preserve">    (a) disorder</w:t>
      </w:r>
      <w:r>
        <w:br/>
      </w:r>
      <w:r>
        <w:t xml:space="preserve">    (b) marriage</w:t>
      </w:r>
      <w:r>
        <w:br/>
      </w:r>
      <w:r>
        <w:t xml:space="preserve">    (c) reporter</w:t>
      </w:r>
    </w:p>
    <w:p>
      <w:pPr>
        <w:pStyle w:val="Compact"/>
        <w:numPr>
          <w:ilvl w:val="0"/>
          <w:numId w:val="1001"/>
        </w:numPr>
      </w:pPr>
      <w:r>
        <w:rPr>
          <w:b/>
          <w:bCs/>
        </w:rPr>
        <w:t xml:space="preserve">The only trouble, indeed, was that when the instrument was so perfect it seemed to</w:t>
      </w:r>
      <w:r>
        <w:rPr>
          <w:b/>
          <w:bCs/>
        </w:rPr>
        <w:t xml:space="preserve"> </w:t>
      </w:r>
      <w:r>
        <w:rPr>
          <w:b/>
          <w:bCs/>
          <w:u w:val="single"/>
        </w:rPr>
        <w:t xml:space="preserve">interpose</w:t>
      </w:r>
      <w:r>
        <w:rPr>
          <w:b/>
          <w:bCs/>
        </w:rPr>
        <w:t xml:space="preserve"> </w:t>
      </w:r>
      <w:r>
        <w:rPr>
          <w:b/>
          <w:bCs/>
        </w:rPr>
        <w:t xml:space="preserve">too much between you and the genius that used it.</w:t>
      </w:r>
      <w:r>
        <w:br/>
      </w:r>
      <w:r>
        <w:t xml:space="preserve">    (a) insert between other elements; or to interrupt or stop action by others</w:t>
      </w:r>
      <w:r>
        <w:br/>
      </w:r>
      <w:r>
        <w:t xml:space="preserve">    (b) the right to run a local store or business under a big company’s name</w:t>
      </w:r>
      <w:r>
        <w:br/>
      </w:r>
      <w:r>
        <w:t xml:space="preserve">    (c) dry out by heat or excessive exposure to sunlight; or make very thirsty</w:t>
      </w:r>
    </w:p>
    <w:p>
      <w:pPr>
        <w:pStyle w:val="Compact"/>
        <w:numPr>
          <w:ilvl w:val="0"/>
          <w:numId w:val="1001"/>
        </w:numPr>
      </w:pPr>
      <w:r>
        <w:rPr>
          <w:b/>
          <w:bCs/>
        </w:rPr>
        <w:t xml:space="preserve">It was in this</w:t>
      </w:r>
      <w:r>
        <w:rPr>
          <w:b/>
          <w:bCs/>
        </w:rPr>
        <w:t xml:space="preserve"> </w:t>
      </w:r>
      <w:r>
        <w:rPr>
          <w:b/>
          <w:bCs/>
          <w:u w:val="single"/>
        </w:rPr>
        <w:t xml:space="preserve">incisive</w:t>
      </w:r>
      <w:r>
        <w:rPr>
          <w:b/>
          <w:bCs/>
        </w:rPr>
        <w:t xml:space="preserve"> </w:t>
      </w:r>
      <w:r>
        <w:rPr>
          <w:b/>
          <w:bCs/>
        </w:rPr>
        <w:t xml:space="preserve">strain that Mrs. Tristram moralized over Newman's so-called neglect, which was in reality a most exemplary constancy.</w:t>
      </w:r>
      <w:r>
        <w:br/>
      </w:r>
      <w:r>
        <w:t xml:space="preserve">    (a) expressing ideas clearly, sharply, and effectively, often showing deep understanding</w:t>
      </w:r>
      <w:r>
        <w:br/>
      </w:r>
      <w:r>
        <w:t xml:space="preserve">    (b) the state of not representing or imitating external reality or the objects of nature</w:t>
      </w:r>
      <w:r>
        <w:br/>
      </w:r>
      <w:r>
        <w:t xml:space="preserve">    (c) a solution that is simpler (and often more comprehensive) than most would anticipate</w:t>
      </w:r>
    </w:p>
    <w:p>
      <w:pPr>
        <w:pStyle w:val="Compact"/>
        <w:numPr>
          <w:ilvl w:val="0"/>
          <w:numId w:val="1001"/>
        </w:numPr>
      </w:pPr>
      <w:r>
        <w:rPr>
          <w:b/>
          <w:bCs/>
        </w:rPr>
        <w:t xml:space="preserve">Even Valentin did not quite seem master of his wits; his</w:t>
      </w:r>
      <w:r>
        <w:rPr>
          <w:b/>
          <w:bCs/>
        </w:rPr>
        <w:t xml:space="preserve"> </w:t>
      </w:r>
      <w:r>
        <w:rPr>
          <w:b/>
          <w:bCs/>
          <w:u w:val="single"/>
        </w:rPr>
        <w:t xml:space="preserve">vivacity</w:t>
      </w:r>
      <w:r>
        <w:rPr>
          <w:b/>
          <w:bCs/>
        </w:rPr>
        <w:t xml:space="preserve"> </w:t>
      </w:r>
      <w:r>
        <w:rPr>
          <w:b/>
          <w:bCs/>
        </w:rPr>
        <w:t xml:space="preserve">was fitful and forced, yet Newman observed that in the lapses of his talk he appeared excited.</w:t>
      </w:r>
      <w:r>
        <w:br/>
      </w:r>
      <w:r>
        <w:t xml:space="preserve">    (a) engaging liveliness</w:t>
      </w:r>
      <w:r>
        <w:br/>
      </w:r>
      <w:r>
        <w:t xml:space="preserve">    (b) wrong understanding</w:t>
      </w:r>
      <w:r>
        <w:br/>
      </w:r>
      <w:r>
        <w:t xml:space="preserve">    (c) firmness of purpose</w:t>
      </w:r>
    </w:p>
    <w:p>
      <w:pPr>
        <w:pStyle w:val="Compact"/>
        <w:numPr>
          <w:ilvl w:val="0"/>
          <w:numId w:val="1001"/>
        </w:numPr>
      </w:pPr>
      <w:r>
        <w:rPr>
          <w:b/>
          <w:bCs/>
        </w:rPr>
        <w:t xml:space="preserve">She has left the paternal</w:t>
      </w:r>
      <w:r>
        <w:rPr>
          <w:b/>
          <w:bCs/>
        </w:rPr>
        <w:t xml:space="preserve"> </w:t>
      </w:r>
      <w:r>
        <w:rPr>
          <w:b/>
          <w:bCs/>
          <w:u w:val="single"/>
        </w:rPr>
        <w:t xml:space="preserve">domicile</w:t>
      </w:r>
      <w:r>
        <w:rPr>
          <w:b/>
          <w:bCs/>
        </w:rPr>
        <w:t xml:space="preserve">.</w:t>
      </w:r>
      <w:r>
        <w:br/>
      </w:r>
      <w:r>
        <w:t xml:space="preserve">    (a) connection</w:t>
      </w:r>
      <w:r>
        <w:br/>
      </w:r>
      <w:r>
        <w:t xml:space="preserve">    (b) one's home</w:t>
      </w:r>
      <w:r>
        <w:br/>
      </w:r>
      <w:r>
        <w:t xml:space="preserve">    (c) get rid of</w:t>
      </w:r>
    </w:p>
    <w:p>
      <w:pPr>
        <w:pStyle w:val="Compact"/>
        <w:numPr>
          <w:ilvl w:val="0"/>
          <w:numId w:val="1001"/>
        </w:numPr>
      </w:pPr>
      <w:r>
        <w:rPr>
          <w:b/>
          <w:bCs/>
        </w:rPr>
        <w:t xml:space="preserve">"Yes, I am satisfied, marquis, I am satisfied," said Newman, with his</w:t>
      </w:r>
      <w:r>
        <w:rPr>
          <w:b/>
          <w:bCs/>
        </w:rPr>
        <w:t xml:space="preserve"> </w:t>
      </w:r>
      <w:r>
        <w:rPr>
          <w:b/>
          <w:bCs/>
          <w:u w:val="single"/>
        </w:rPr>
        <w:t xml:space="preserve">protracted</w:t>
      </w:r>
      <w:r>
        <w:rPr>
          <w:b/>
          <w:bCs/>
        </w:rPr>
        <w:t xml:space="preserve"> </w:t>
      </w:r>
      <w:r>
        <w:rPr>
          <w:b/>
          <w:bCs/>
        </w:rPr>
        <w:t xml:space="preserve">enunciation.</w:t>
      </w:r>
      <w:r>
        <w:br/>
      </w:r>
      <w:r>
        <w:t xml:space="preserve">    (a) long in duration; or to extend something--especially to (prolong or make longer in duration)</w:t>
      </w:r>
      <w:r>
        <w:br/>
      </w:r>
      <w:r>
        <w:t xml:space="preserve">    (b) persuaded someone to want something (often sex or love) by tempting with something desired</w:t>
      </w:r>
      <w:r>
        <w:br/>
      </w:r>
      <w:r>
        <w:t xml:space="preserve">    (c) (verb) created, started, settled, or set in a place  OR  (adjective) existing, or familiar</w:t>
      </w:r>
    </w:p>
    <w:p>
      <w:pPr>
        <w:pStyle w:val="Compact"/>
        <w:numPr>
          <w:ilvl w:val="0"/>
          <w:numId w:val="1001"/>
        </w:numPr>
      </w:pPr>
      <w:r>
        <w:rPr>
          <w:b/>
          <w:bCs/>
        </w:rPr>
        <w:t xml:space="preserve">To you, to whom I have done this hard and cruel thing, the only</w:t>
      </w:r>
      <w:r>
        <w:rPr>
          <w:b/>
          <w:bCs/>
        </w:rPr>
        <w:t xml:space="preserve"> </w:t>
      </w:r>
      <w:r>
        <w:rPr>
          <w:b/>
          <w:bCs/>
          <w:u w:val="single"/>
        </w:rPr>
        <w:t xml:space="preserve">reparation</w:t>
      </w:r>
      <w:r>
        <w:rPr>
          <w:b/>
          <w:bCs/>
        </w:rPr>
        <w:t xml:space="preserve"> </w:t>
      </w:r>
      <w:r>
        <w:rPr>
          <w:b/>
          <w:bCs/>
        </w:rPr>
        <w:t xml:space="preserve">I can make is to say, 'I know it, I feel it!'</w:t>
      </w:r>
      <w:r>
        <w:br/>
      </w:r>
      <w:r>
        <w:t xml:space="preserve">    (a) related to a theory that views history as class struggle and argues that capitalism will be replaced by communism</w:t>
      </w:r>
      <w:r>
        <w:br/>
      </w:r>
      <w:r>
        <w:t xml:space="preserve">    (b) something that is different than others of its type (synonyms could include: adaptation, version, alternate form)</w:t>
      </w:r>
      <w:r>
        <w:br/>
      </w:r>
      <w:r>
        <w:t xml:space="preserve">    (c) compensation for a wrong -- usually an amount of money -- often payment required from the losing country in a war</w:t>
      </w:r>
    </w:p>
    <w:p>
      <w:pPr>
        <w:pStyle w:val="Compact"/>
        <w:numPr>
          <w:ilvl w:val="0"/>
          <w:numId w:val="1001"/>
        </w:numPr>
      </w:pPr>
      <w:r>
        <w:rPr>
          <w:b/>
          <w:bCs/>
        </w:rPr>
        <w:t xml:space="preserve">But now his sense of outrage was deep,</w:t>
      </w:r>
      <w:r>
        <w:rPr>
          <w:b/>
          <w:bCs/>
        </w:rPr>
        <w:t xml:space="preserve"> </w:t>
      </w:r>
      <w:r>
        <w:rPr>
          <w:b/>
          <w:bCs/>
          <w:u w:val="single"/>
        </w:rPr>
        <w:t xml:space="preserve">rancorous</w:t>
      </w:r>
      <w:r>
        <w:rPr>
          <w:b/>
          <w:bCs/>
        </w:rPr>
        <w:t xml:space="preserve">, and ever present; he felt that he was a good fellow wronged.</w:t>
      </w:r>
      <w:r>
        <w:br/>
      </w:r>
      <w:r>
        <w:t xml:space="preserve">    (a) showing deep and bitter anger or hatred</w:t>
      </w:r>
      <w:r>
        <w:br/>
      </w:r>
      <w:r>
        <w:t xml:space="preserve">    (b) the quality of relating to intelligence</w:t>
      </w:r>
      <w:r>
        <w:br/>
      </w:r>
      <w:r>
        <w:t xml:space="preserve">    (c) the state or degree of being very large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2026-07-31T18:05:26Z</dcterms:created>
  <dcterms:modified xsi:type="dcterms:W3CDTF">2026-07-31T18:05:26Z</dcterms:modified>
</cp:coreProperties>
</file>

<file path=docProps/custom.xml><?xml version="1.0" encoding="utf-8"?>
<Properties xmlns="http://schemas.openxmlformats.org/officeDocument/2006/custom-properties" xmlns:vt="http://schemas.openxmlformats.org/officeDocument/2006/docPropsVTypes"/>
</file>