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4d5ba487e8e628fc810886ee92a78414c6a00c"/>
    <w:p>
      <w:pPr>
        <w:pStyle w:val="Heading1"/>
      </w:pPr>
      <w:r>
        <w:rPr>
          <w:b/>
          <w:bCs/>
        </w:rPr>
        <w:t xml:space="preserve">The Alchemyst</w:t>
      </w:r>
      <w:r>
        <w:br/>
      </w:r>
      <w:r>
        <w:rPr>
          <w:i/>
          <w:iCs/>
        </w:rPr>
        <w:t xml:space="preserve">Michael Scott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theater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aura</w:t>
      </w:r>
      <w:r>
        <w:rPr>
          <w:b/>
          <w:bCs/>
        </w:rPr>
        <w:t xml:space="preserve"> </w:t>
      </w:r>
      <w:r>
        <w:rPr>
          <w:b/>
          <w:bCs/>
        </w:rPr>
        <w:t xml:space="preserve">of mystery.</w:t>
      </w:r>
      <w:r>
        <w:br/>
      </w:r>
      <w:r>
        <w:t xml:space="preserve">    (a) loud announcement</w:t>
      </w:r>
      <w:r>
        <w:br/>
      </w:r>
      <w:r>
        <w:t xml:space="preserve">    (b) distinctive atmosphere</w:t>
      </w:r>
      <w:r>
        <w:br/>
      </w:r>
      <w:r>
        <w:t xml:space="preserve">    (c) written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cloying</w:t>
      </w:r>
      <w:r>
        <w:rPr>
          <w:b/>
          <w:bCs/>
        </w:rPr>
        <w:t xml:space="preserve"> </w:t>
      </w:r>
      <w:r>
        <w:rPr>
          <w:b/>
          <w:bCs/>
        </w:rPr>
        <w:t xml:space="preserve">compliments felt fake after a while.</w:t>
      </w:r>
      <w:r>
        <w:br/>
      </w:r>
      <w:r>
        <w:t xml:space="preserve">    (a) overly sweet or sentimental</w:t>
      </w:r>
      <w:r>
        <w:br/>
      </w:r>
      <w:r>
        <w:t xml:space="preserve">    (b) too vague and confusing</w:t>
      </w:r>
      <w:r>
        <w:br/>
      </w:r>
      <w:r>
        <w:t xml:space="preserve">    (c) overly harsh and critical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speak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manager.</w:t>
      </w:r>
      <w:r>
        <w:br/>
      </w:r>
      <w:r>
        <w:t xml:space="preserve">    (a) formally</w:t>
      </w:r>
      <w:r>
        <w:br/>
      </w:r>
      <w:r>
        <w:t xml:space="preserve">    (b) personally</w:t>
      </w:r>
      <w:r>
        <w:br/>
      </w:r>
      <w:r>
        <w:t xml:space="preserve">    (c) when convenient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humble</w:t>
      </w:r>
      <w:r>
        <w:br/>
      </w:r>
      <w:r>
        <w:t xml:space="preserve">    (b) considerate</w:t>
      </w:r>
      <w:r>
        <w:br/>
      </w:r>
      <w:r>
        <w:t xml:space="preserve">    (c) straightforward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to ignore the question.</w:t>
      </w:r>
      <w:r>
        <w:br/>
      </w:r>
      <w:r>
        <w:t xml:space="preserve">    (a) ordered</w:t>
      </w:r>
      <w:r>
        <w:br/>
      </w:r>
      <w:r>
        <w:t xml:space="preserve">    (b) asked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funhouse mirror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her reflection, making her head look huge.</w:t>
      </w:r>
      <w:r>
        <w:br/>
      </w:r>
      <w:r>
        <w:t xml:space="preserve">    (a) improved</w:t>
      </w:r>
      <w:r>
        <w:br/>
      </w:r>
      <w:r>
        <w:t xml:space="preserve">    (b) reflected</w:t>
      </w:r>
      <w:r>
        <w:br/>
      </w:r>
      <w:r>
        <w:t xml:space="preserve">    (c) altered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smartphones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to work from almost anywhere.</w:t>
      </w:r>
      <w:r>
        <w:br/>
      </w:r>
      <w:r>
        <w:t xml:space="preserve">    (a) require</w:t>
      </w:r>
      <w:r>
        <w:br/>
      </w:r>
      <w:r>
        <w:t xml:space="preserve">    (b) remind</w:t>
      </w:r>
      <w:r>
        <w:br/>
      </w:r>
      <w:r>
        <w:t xml:space="preserve">    (c) 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depending</w:t>
      </w:r>
      <w:r>
        <w:br/>
      </w:r>
      <w:r>
        <w:t xml:space="preserve">    (b) concentrating</w:t>
      </w:r>
      <w:r>
        <w:br/>
      </w:r>
      <w:r>
        <w:t xml:space="preserve">    (c) getting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satellite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focuses</w:t>
      </w:r>
      <w:r>
        <w:rPr>
          <w:b/>
          <w:bCs/>
        </w:rPr>
        <w:t xml:space="preserve"> </w:t>
      </w:r>
      <w:r>
        <w:rPr>
          <w:b/>
          <w:bCs/>
        </w:rPr>
        <w:t xml:space="preserve">the signal into a narrow beam.</w:t>
      </w:r>
      <w:r>
        <w:br/>
      </w:r>
      <w:r>
        <w:t xml:space="preserve">    (a) concentrates</w:t>
      </w:r>
      <w:r>
        <w:br/>
      </w:r>
      <w:r>
        <w:t xml:space="preserve">    (b) spreads</w:t>
      </w:r>
      <w:r>
        <w:br/>
      </w:r>
      <w:r>
        <w:t xml:space="preserve">    (c) pulses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curtain softened the sunlight in the room.</w:t>
      </w:r>
      <w:r>
        <w:br/>
      </w:r>
      <w:r>
        <w:t xml:space="preserve">    (a) thin and delicate</w:t>
      </w:r>
      <w:r>
        <w:br/>
      </w:r>
      <w:r>
        <w:t xml:space="preserve">    (b) thick and heavy</w:t>
      </w:r>
      <w:r>
        <w:br/>
      </w:r>
      <w:r>
        <w:t xml:space="preserve">    (c) brightly colored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mayor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highlighted</w:t>
      </w:r>
      <w:r>
        <w:rPr>
          <w:b/>
          <w:bCs/>
        </w:rPr>
        <w:t xml:space="preserve"> </w:t>
      </w:r>
      <w:r>
        <w:rPr>
          <w:b/>
          <w:bCs/>
        </w:rPr>
        <w:t xml:space="preserve">positive developments in the city.</w:t>
      </w:r>
      <w:r>
        <w:br/>
      </w:r>
      <w:r>
        <w:t xml:space="preserve">    (a) encouraged</w:t>
      </w:r>
      <w:r>
        <w:br/>
      </w:r>
      <w:r>
        <w:t xml:space="preserve">    (b) emphasized</w:t>
      </w:r>
      <w:r>
        <w:br/>
      </w:r>
      <w:r>
        <w:t xml:space="preserve">    (c) searched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imbued</w:t>
      </w:r>
      <w:r>
        <w:rPr>
          <w:b/>
          <w:bCs/>
        </w:rPr>
        <w:t xml:space="preserve"> </w:t>
      </w:r>
      <w:r>
        <w:rPr>
          <w:b/>
          <w:bCs/>
        </w:rPr>
        <w:t xml:space="preserve">from infancy with a sense that life should be fair.</w:t>
      </w:r>
      <w:r>
        <w:br/>
      </w:r>
      <w:r>
        <w:t xml:space="preserve">    (a) misled</w:t>
      </w:r>
      <w:r>
        <w:br/>
      </w:r>
      <w:r>
        <w:t xml:space="preserve">    (b) filled</w:t>
      </w:r>
      <w:r>
        <w:br/>
      </w:r>
      <w:r>
        <w:t xml:space="preserve">    (c) discouraged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we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soul.</w:t>
      </w:r>
      <w:r>
        <w:br/>
      </w:r>
      <w:r>
        <w:t xml:space="preserve">    (a) conflicted</w:t>
      </w:r>
      <w:r>
        <w:br/>
      </w:r>
      <w:r>
        <w:t xml:space="preserve">    (b) perfect in every way</w:t>
      </w:r>
      <w:r>
        <w:br/>
      </w:r>
      <w:r>
        <w:t xml:space="preserve">    (c) lasting forever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 in that area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intricate</w:t>
      </w:r>
      <w:r>
        <w:rPr>
          <w:b/>
          <w:bCs/>
        </w:rPr>
        <w:t xml:space="preserve">. I suggest you talk with a lawyer.</w:t>
      </w:r>
      <w:r>
        <w:br/>
      </w:r>
      <w:r>
        <w:t xml:space="preserve">    (a) outdated</w:t>
      </w:r>
      <w:r>
        <w:br/>
      </w:r>
      <w:r>
        <w:t xml:space="preserve">    (b) complicated</w:t>
      </w:r>
      <w:r>
        <w:br/>
      </w:r>
      <w:r>
        <w:t xml:space="preserve">    (c) predictable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building I've ever seen.</w:t>
      </w:r>
      <w:r>
        <w:br/>
      </w:r>
      <w:r>
        <w:t xml:space="preserve">    (a) boring</w:t>
      </w:r>
      <w:r>
        <w:br/>
      </w:r>
      <w:r>
        <w:t xml:space="preserve">    (b) ancient</w:t>
      </w:r>
      <w:r>
        <w:br/>
      </w:r>
      <w:r>
        <w:t xml:space="preserve">    (c)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expect the conditions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</w:t>
      </w:r>
      <w:r>
        <w:rPr>
          <w:b/>
          <w:bCs/>
        </w:rPr>
        <w:t xml:space="preserve"> </w:t>
      </w:r>
      <w:r>
        <w:rPr>
          <w:b/>
          <w:bCs/>
        </w:rPr>
        <w:t xml:space="preserve">into next year.</w:t>
      </w:r>
      <w:r>
        <w:br/>
      </w:r>
      <w:r>
        <w:t xml:space="preserve">    (a) continue</w:t>
      </w:r>
      <w:r>
        <w:br/>
      </w:r>
      <w:r>
        <w:t xml:space="preserve">    (b) go away</w:t>
      </w:r>
      <w:r>
        <w:br/>
      </w:r>
      <w:r>
        <w:t xml:space="preserve">    (c) grow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timeframe</w:t>
      </w:r>
      <w:r>
        <w:br/>
      </w:r>
      <w:r>
        <w:t xml:space="preserve">    (b) education level</w:t>
      </w:r>
      <w:r>
        <w:br/>
      </w:r>
      <w:r>
        <w:t xml:space="preserve">    (c) way of looking at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clouds and turns in the trail continually change the magnificent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perspectives</w:t>
      </w:r>
      <w:r>
        <w:rPr>
          <w:b/>
          <w:bCs/>
        </w:rPr>
        <w:t xml:space="preserve"> </w:t>
      </w:r>
      <w:r>
        <w:rPr>
          <w:b/>
          <w:bCs/>
        </w:rPr>
        <w:t xml:space="preserve">while hiking in the mountains.</w:t>
      </w:r>
      <w:r>
        <w:br/>
      </w:r>
      <w:r>
        <w:t xml:space="preserve">    (a) colors seen</w:t>
      </w:r>
      <w:r>
        <w:br/>
      </w:r>
      <w:r>
        <w:t xml:space="preserve">    (b) views</w:t>
      </w:r>
      <w:r>
        <w:br/>
      </w:r>
      <w:r>
        <w:t xml:space="preserve">    (c) patterns of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self-fulfilling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prophecy</w:t>
      </w:r>
      <w:r>
        <w:rPr>
          <w:b/>
          <w:bCs/>
        </w:rPr>
        <w:t xml:space="preserve">.</w:t>
      </w:r>
      <w:r>
        <w:br/>
      </w:r>
      <w:r>
        <w:t xml:space="preserve">    (a) explanation</w:t>
      </w:r>
      <w:r>
        <w:br/>
      </w:r>
      <w:r>
        <w:t xml:space="preserve">    (b) profitable enterprise</w:t>
      </w:r>
      <w:r>
        <w:br/>
      </w:r>
      <w:r>
        <w:t xml:space="preserve">    (c) prediction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snake</w:t>
      </w:r>
      <w:r>
        <w:br/>
      </w:r>
      <w:r>
        <w:t xml:space="preserve">    (b) fig leaf</w:t>
      </w:r>
      <w:r>
        <w:br/>
      </w:r>
      <w:r>
        <w:t xml:space="preserve">    (c) apple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2026-07-31T16:46:44Z</dcterms:created>
  <dcterms:modified xsi:type="dcterms:W3CDTF">2026-07-31T16:46:44Z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