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43f17af7b0523cf1e35a83c48ccefcb2983d03"/>
    <w:p>
      <w:pPr>
        <w:pStyle w:val="Heading1"/>
      </w:pPr>
      <w:r>
        <w:rPr>
          <w:b/>
          <w:bCs/>
        </w:rPr>
        <w:t xml:space="preserve">The Alchemyst</w:t>
      </w:r>
      <w:r>
        <w:br/>
      </w:r>
      <w:r>
        <w:rPr>
          <w:i/>
          <w:iCs/>
        </w:rPr>
        <w:t xml:space="preserve">Michael Scott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gray man spoke English with a curious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lilt</w:t>
      </w:r>
      <w:r>
        <w:rPr>
          <w:b/>
          <w:bCs/>
        </w:rPr>
        <w:t xml:space="preserve">.</w:t>
      </w:r>
      <w:r>
        <w:br/>
      </w:r>
      <w:r>
        <w:t xml:space="preserve">    (a) learn, discover, or decide in advance</w:t>
      </w:r>
      <w:r>
        <w:br/>
      </w:r>
      <w:r>
        <w:t xml:space="preserve">    (b) accent</w:t>
      </w:r>
      <w:r>
        <w:br/>
      </w:r>
      <w:r>
        <w:t xml:space="preserve">    (c) protect something or keep it as it 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fastidiously</w:t>
      </w:r>
      <w:r>
        <w:rPr>
          <w:b/>
          <w:bCs/>
        </w:rPr>
        <w:t xml:space="preserve"> </w:t>
      </w:r>
      <w:r>
        <w:rPr>
          <w:b/>
          <w:bCs/>
        </w:rPr>
        <w:t xml:space="preserve">brushing dust off the sleeve of his coat while two of his Golems explored the cellar.</w:t>
      </w:r>
      <w:r>
        <w:br/>
      </w:r>
      <w:r>
        <w:t xml:space="preserve">    (a) in a manner that surpasses others in status, ability, or possession of a notable characteristic</w:t>
      </w:r>
      <w:r>
        <w:br/>
      </w:r>
      <w:r>
        <w:t xml:space="preserve">    (b) with careful attention to detail  OR  with excessive concern for cleanliness or matters of taste</w:t>
      </w:r>
      <w:r>
        <w:br/>
      </w:r>
      <w:r>
        <w:t xml:space="preserve">    (c) in a manner like a "rogue" (someone who doesn't behave like others; often dangerous or immoral)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last thirty minutes, Josh's carefully ordered world had shifted and altered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irrevocably</w:t>
      </w:r>
      <w:r>
        <w:rPr>
          <w:b/>
          <w:bCs/>
        </w:rPr>
        <w:t xml:space="preserve">.</w:t>
      </w:r>
      <w:r>
        <w:br/>
      </w:r>
      <w:r>
        <w:t xml:space="preserve">    (a) in the manner of an investigation</w:t>
      </w:r>
      <w:r>
        <w:br/>
      </w:r>
      <w:r>
        <w:t xml:space="preserve">    (b) in a manner that cannot be undone</w:t>
      </w:r>
      <w:r>
        <w:br/>
      </w:r>
      <w:r>
        <w:t xml:space="preserve">    (c) separately in the specified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tell by the expression on his face that he was concentrating hard, trying to keep up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deluge</w:t>
      </w:r>
      <w:r>
        <w:rPr>
          <w:b/>
          <w:bCs/>
        </w:rPr>
        <w:t xml:space="preserve"> </w:t>
      </w:r>
      <w:r>
        <w:rPr>
          <w:b/>
          <w:bCs/>
        </w:rPr>
        <w:t xml:space="preserve">of information.</w:t>
      </w:r>
      <w:r>
        <w:br/>
      </w:r>
      <w:r>
        <w:t xml:space="preserve">    (a) to show something -- such as to demonstrate, express, or represent</w:t>
      </w:r>
      <w:r>
        <w:br/>
      </w:r>
      <w:r>
        <w:t xml:space="preserve">    (b) an overwhelming amount; or to overwhelm -- especially said of water</w:t>
      </w:r>
      <w:r>
        <w:br/>
      </w:r>
      <w:r>
        <w:t xml:space="preserve">    (c) spend time with; or someone with whom a person spends a lot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failed, and while his masters were particularly patient they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instigated</w:t>
      </w:r>
      <w:r>
        <w:rPr>
          <w:b/>
          <w:bCs/>
        </w:rPr>
        <w:t xml:space="preserve"> </w:t>
      </w:r>
      <w:r>
        <w:rPr>
          <w:b/>
          <w:bCs/>
        </w:rPr>
        <w:t xml:space="preserve">plans that took centuries to mature their patience was now beginning to run out.</w:t>
      </w:r>
      <w:r>
        <w:br/>
      </w:r>
      <w:r>
        <w:t xml:space="preserve">    (a) not having taken power or responsibility</w:t>
      </w:r>
      <w:r>
        <w:br/>
      </w:r>
      <w:r>
        <w:t xml:space="preserve">    (b) compensated for a loss; or paid a reward</w:t>
      </w:r>
      <w:r>
        <w:br/>
      </w:r>
      <w:r>
        <w:t xml:space="preserve">    (c) started something or caused it to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far too much paperwork involved in owning a car, paperwork that could be traced directly to us, no matter how many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aliases</w:t>
      </w:r>
      <w:r>
        <w:rPr>
          <w:b/>
          <w:bCs/>
        </w:rPr>
        <w:t xml:space="preserve"> </w:t>
      </w:r>
      <w:r>
        <w:rPr>
          <w:b/>
          <w:bCs/>
        </w:rPr>
        <w:t xml:space="preserve">we used.</w:t>
      </w:r>
      <w:r>
        <w:br/>
      </w:r>
      <w:r>
        <w:t xml:space="preserve">    (a) sizes or dimensions</w:t>
      </w:r>
      <w:r>
        <w:br/>
      </w:r>
      <w:r>
        <w:t xml:space="preserve">    (b) outward appearances</w:t>
      </w:r>
      <w:r>
        <w:br/>
      </w:r>
      <w:r>
        <w:t xml:space="preserve">    (c) an alternative name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will bluster and posture, threaten me, possibly even try a few minor spells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incantations</w:t>
      </w:r>
      <w:r>
        <w:rPr>
          <w:b/>
          <w:bCs/>
        </w:rPr>
        <w:t xml:space="preserve">, but he will not move against me.</w:t>
      </w:r>
      <w:r>
        <w:br/>
      </w:r>
      <w:r>
        <w:t xml:space="preserve">    (a) surgical interruptions of nerve tracts to and from the frontal lobe of the brain</w:t>
      </w:r>
      <w:r>
        <w:br/>
      </w:r>
      <w:r>
        <w:t xml:space="preserve">    (b) the branch of physics concerned with the conversion of different forms of energy</w:t>
      </w:r>
      <w:r>
        <w:br/>
      </w:r>
      <w:r>
        <w:t xml:space="preserve">    (c) combinations of words believed to have a magical effect when they are said aloud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this time, in this place, different standards, different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criteria</w:t>
      </w:r>
      <w:r>
        <w:rPr>
          <w:b/>
          <w:bCs/>
        </w:rPr>
        <w:t xml:space="preserve"> </w:t>
      </w:r>
      <w:r>
        <w:rPr>
          <w:b/>
          <w:bCs/>
        </w:rPr>
        <w:t xml:space="preserve">apply.</w:t>
      </w:r>
      <w:r>
        <w:br/>
      </w:r>
      <w:r>
        <w:t xml:space="preserve">    (a) reference points against which things can be evaluated</w:t>
      </w:r>
      <w:r>
        <w:br/>
      </w:r>
      <w:r>
        <w:t xml:space="preserve">    (b) the act of protecting something or keeping it as it is</w:t>
      </w:r>
      <w:r>
        <w:br/>
      </w:r>
      <w:r>
        <w:t xml:space="preserve">    (c) speaks with someone about something for the first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Millennia ago, when Danu Talis sank beneath the waves, a few of the Elders were able to rescue some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flora</w:t>
      </w:r>
      <w:r>
        <w:rPr>
          <w:b/>
          <w:bCs/>
        </w:rPr>
        <w:t xml:space="preserve"> </w:t>
      </w:r>
      <w:r>
        <w:rPr>
          <w:b/>
          <w:bCs/>
        </w:rPr>
        <w:t xml:space="preserve">and fauna and transplant it to other lands.</w:t>
      </w:r>
      <w:r>
        <w:br/>
      </w:r>
      <w:r>
        <w:t xml:space="preserve">    (a) difference</w:t>
      </w:r>
      <w:r>
        <w:br/>
      </w:r>
      <w:r>
        <w:t xml:space="preserve">    (b) plant life</w:t>
      </w:r>
      <w:r>
        <w:br/>
      </w:r>
      <w:r>
        <w:t xml:space="preserve">    (c) thigh bone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Josh the goddess suddenly seemed like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</w:t>
      </w:r>
      <w:r>
        <w:rPr>
          <w:b/>
          <w:bCs/>
        </w:rPr>
        <w:t xml:space="preserve"> </w:t>
      </w:r>
      <w:r>
        <w:rPr>
          <w:b/>
          <w:bCs/>
        </w:rPr>
        <w:t xml:space="preserve">child.</w:t>
      </w:r>
      <w:r>
        <w:br/>
      </w:r>
      <w:r>
        <w:t xml:space="preserve">    (a) desirous of seeking revenge or wanting to hurt someone</w:t>
      </w:r>
      <w:r>
        <w:br/>
      </w:r>
      <w:r>
        <w:t xml:space="preserve">    (b) not capable of surviving; or not capable of being done</w:t>
      </w:r>
      <w:r>
        <w:br/>
      </w:r>
      <w:r>
        <w:t xml:space="preserve">    (c) not capable of being suffered through (or put up with)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humani grew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indolent</w:t>
      </w:r>
      <w:r>
        <w:rPr>
          <w:b/>
          <w:bCs/>
        </w:rPr>
        <w:t xml:space="preserve"> </w:t>
      </w:r>
      <w:r>
        <w:rPr>
          <w:b/>
          <w:bCs/>
        </w:rPr>
        <w:t xml:space="preserve">and arrogant.</w:t>
      </w:r>
      <w:r>
        <w:br/>
      </w:r>
      <w:r>
        <w:t xml:space="preserve">    (a) lazy</w:t>
      </w:r>
      <w:r>
        <w:br/>
      </w:r>
      <w:r>
        <w:t xml:space="preserve">    (b) unfocused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and more kept coming, and they were joined by fire ants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 </w:t>
      </w:r>
      <w:r>
        <w:rPr>
          <w:b/>
          <w:bCs/>
        </w:rPr>
        <w:t xml:space="preserve">spiders, which crawled out of the grass and swarmed over her body.</w:t>
      </w:r>
      <w:r>
        <w:br/>
      </w:r>
      <w:r>
        <w:t xml:space="preserve">    (a) a place where conditions are kept as they were to protect wildlife</w:t>
      </w:r>
      <w:r>
        <w:br/>
      </w:r>
      <w:r>
        <w:t xml:space="preserve">    (b) someone withdrawn from society (living alone and avoiding contact)</w:t>
      </w:r>
      <w:r>
        <w:br/>
      </w:r>
      <w:r>
        <w:t xml:space="preserve">    (c) someone who believes that all knowledge is derived from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many things dangerous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, cunning and deadly, a good friend and an implacable enemy but he comes from an age when a man's word was indeed precious.</w:t>
      </w:r>
      <w:r>
        <w:br/>
      </w:r>
      <w:r>
        <w:t xml:space="preserve">    (a) deceitful (not honest and straightforward) -- often in a complicated, clever manner</w:t>
      </w:r>
      <w:r>
        <w:br/>
      </w:r>
      <w:r>
        <w:t xml:space="preserve">    (b) able to be persuaded to do something by tempting with pleasure or something desired</w:t>
      </w:r>
      <w:r>
        <w:br/>
      </w:r>
      <w:r>
        <w:t xml:space="preserve">    (c) relating to one-sided information that is purposefully spread to influence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many things dangerous and devious, cunning and deadly, a good friend and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implacable</w:t>
      </w:r>
      <w:r>
        <w:rPr>
          <w:b/>
          <w:bCs/>
        </w:rPr>
        <w:t xml:space="preserve"> </w:t>
      </w:r>
      <w:r>
        <w:rPr>
          <w:b/>
          <w:bCs/>
        </w:rPr>
        <w:t xml:space="preserve">enemy but he comes from an age when a man's word was indeed precious.</w:t>
      </w:r>
      <w:r>
        <w:br/>
      </w:r>
      <w:r>
        <w:t xml:space="preserve">    (a) unyielding</w:t>
      </w:r>
      <w:r>
        <w:br/>
      </w:r>
      <w:r>
        <w:t xml:space="preserve">    (b) increasing</w:t>
      </w:r>
      <w:r>
        <w:br/>
      </w:r>
      <w:r>
        <w:t xml:space="preserve">    (c) diminishing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proficient</w:t>
      </w:r>
      <w:r>
        <w:rPr>
          <w:b/>
          <w:bCs/>
        </w:rPr>
        <w:t xml:space="preserve"> </w:t>
      </w:r>
      <w:r>
        <w:rPr>
          <w:b/>
          <w:bCs/>
        </w:rPr>
        <w:t xml:space="preserve">in elemental magic?</w:t>
      </w:r>
      <w:r>
        <w:br/>
      </w:r>
      <w:r>
        <w:t xml:space="preserve">    (a) absolute</w:t>
      </w:r>
      <w:r>
        <w:br/>
      </w:r>
      <w:r>
        <w:t xml:space="preserve">    (b) skillful</w:t>
      </w:r>
      <w:r>
        <w:br/>
      </w:r>
      <w:r>
        <w:t xml:space="preserve">    (c) pleasing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Cranky,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cantankerous</w:t>
      </w:r>
      <w:r>
        <w:rPr>
          <w:b/>
          <w:bCs/>
        </w:rPr>
        <w:t xml:space="preserve">, irritable and that's when she's in a good mood, Scatty said.</w:t>
      </w:r>
      <w:r>
        <w:br/>
      </w:r>
      <w:r>
        <w:t xml:space="preserve">    (a) not capable of surviving; or not capable of being done</w:t>
      </w:r>
      <w:r>
        <w:br/>
      </w:r>
      <w:r>
        <w:t xml:space="preserve">    (b) not capable of being suffered through (or put up with)</w:t>
      </w:r>
      <w:r>
        <w:br/>
      </w:r>
      <w:r>
        <w:t xml:space="preserve">    (c) tending to be grumpy, argumentative, and uncooperative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even though the Witch of Endor was speaking to Scathach, Sophie could hear her voice in her head, talking to her, whispering ancient secrets, murmuring archaic spells,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divulging</w:t>
      </w:r>
      <w:r>
        <w:rPr>
          <w:b/>
          <w:bCs/>
        </w:rPr>
        <w:t xml:space="preserve"> </w:t>
      </w:r>
      <w:r>
        <w:rPr>
          <w:b/>
          <w:bCs/>
        </w:rPr>
        <w:t xml:space="preserve">a lifetime of knowledge in the space of heartbeats and breaths.</w:t>
      </w:r>
      <w:r>
        <w:br/>
      </w:r>
      <w:r>
        <w:t xml:space="preserve">    (a) making known (secret of private information)</w:t>
      </w:r>
      <w:r>
        <w:br/>
      </w:r>
      <w:r>
        <w:t xml:space="preserve">    (b) a non-doctor assisting a women in childbirth</w:t>
      </w:r>
      <w:r>
        <w:br/>
      </w:r>
      <w:r>
        <w:t xml:space="preserve">    (c) emphasizing (drawing attention to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he has masters, Elders like Hekate and the Witch of Endor, for example, who want the world to dissolve into chaos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anarchy</w:t>
      </w:r>
      <w:r>
        <w:rPr>
          <w:b/>
          <w:bCs/>
        </w:rPr>
        <w:t xml:space="preserve">.</w:t>
      </w:r>
      <w:r>
        <w:br/>
      </w:r>
      <w:r>
        <w:t xml:space="preserve">    (a) the complete absence of political authority; or more generally, complete absence of order</w:t>
      </w:r>
      <w:r>
        <w:br/>
      </w:r>
      <w:r>
        <w:t xml:space="preserve">    (b) a hollow muscular organ in the pelvic cavity of females which can hold a developing fetus</w:t>
      </w:r>
      <w:r>
        <w:br/>
      </w:r>
      <w:r>
        <w:t xml:space="preserve">    (c) one who believes that knowledge is acquired primarily by reason rather than by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even though they were muffled by the fog, fear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abject</w:t>
      </w:r>
      <w:r>
        <w:rPr>
          <w:b/>
          <w:bCs/>
        </w:rPr>
        <w:t xml:space="preserve"> </w:t>
      </w:r>
      <w:r>
        <w:rPr>
          <w:b/>
          <w:bCs/>
        </w:rPr>
        <w:t xml:space="preserve">terror were clearly audible in them.</w:t>
      </w:r>
      <w:r>
        <w:br/>
      </w:r>
      <w:r>
        <w:t xml:space="preserve">    (a) certain</w:t>
      </w:r>
      <w:r>
        <w:br/>
      </w:r>
      <w:r>
        <w:t xml:space="preserve">    (b) extreme</w:t>
      </w:r>
      <w:r>
        <w:br/>
      </w:r>
      <w:r>
        <w:t xml:space="preserve">    (c)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authenticated</w:t>
      </w:r>
      <w:r>
        <w:rPr>
          <w:b/>
          <w:bCs/>
        </w:rPr>
        <w:t xml:space="preserve"> </w:t>
      </w:r>
      <w:r>
        <w:rPr>
          <w:b/>
          <w:bCs/>
        </w:rPr>
        <w:t xml:space="preserve">is that when he returned to Paris in the late fourteenth century, he was extraordinarily wealthy.</w:t>
      </w:r>
      <w:r>
        <w:br/>
      </w:r>
      <w:r>
        <w:t xml:space="preserve">    (a) established that something is real or legitimate</w:t>
      </w:r>
      <w:r>
        <w:br/>
      </w:r>
      <w:r>
        <w:t xml:space="preserve">    (b) controlled in advance (how something turned out)</w:t>
      </w:r>
      <w:r>
        <w:br/>
      </w:r>
      <w:r>
        <w:t xml:space="preserve">    (c) with an unadjusted lens so the image isn't clear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2026-07-31T16:46:45Z</dcterms:created>
  <dcterms:modified xsi:type="dcterms:W3CDTF">2026-07-31T16:46:45Z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