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50890b593eafa1b272c1054519f9eee94b3ec93"/>
    <w:p>
      <w:pPr>
        <w:pStyle w:val="Heading1"/>
      </w:pPr>
      <w:r>
        <w:rPr>
          <w:b/>
          <w:bCs/>
        </w:rPr>
        <w:t xml:space="preserve">The Alchemist</w:t>
      </w:r>
      <w:r>
        <w:br/>
      </w:r>
      <w:r>
        <w:rPr>
          <w:i/>
          <w:iCs/>
        </w:rPr>
        <w:t xml:space="preserve">Paulo Coelho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"[The sheep] are so used to me that they know my schedule," he muttered. Thinking about that for a moment, he realized that it could be the other way around: that it was he who had become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accustomed to</w:t>
      </w:r>
      <w:r>
        <w:rPr>
          <w:b/>
          <w:bCs/>
        </w:rPr>
        <w:t xml:space="preserve"> </w:t>
      </w:r>
      <w:r>
        <w:rPr>
          <w:b/>
          <w:bCs/>
        </w:rPr>
        <w:t xml:space="preserve">their schedule.</w:t>
      </w:r>
      <w:r>
        <w:br/>
      </w:r>
      <w:r>
        <w:t xml:space="preserve">    (a) adapted to</w:t>
      </w:r>
      <w:r>
        <w:br/>
      </w:r>
      <w:r>
        <w:t xml:space="preserve">    (b) opposed to</w:t>
      </w:r>
      <w:r>
        <w:br/>
      </w:r>
      <w:r>
        <w:t xml:space="preserve">    (c) unaware of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had suddenly remembered that, in Tarifa, there was an old woman who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interpreted</w:t>
      </w:r>
      <w:r>
        <w:rPr>
          <w:b/>
          <w:bCs/>
        </w:rPr>
        <w:t xml:space="preserve"> </w:t>
      </w:r>
      <w:r>
        <w:rPr>
          <w:b/>
          <w:bCs/>
        </w:rPr>
        <w:t xml:space="preserve">dreams.</w:t>
      </w:r>
      <w:r>
        <w:br/>
      </w:r>
      <w:r>
        <w:t xml:space="preserve">    (a) explained the meaning of</w:t>
      </w:r>
      <w:r>
        <w:br/>
      </w:r>
      <w:r>
        <w:t xml:space="preserve">    (b) Changed the nature of</w:t>
      </w:r>
      <w:r>
        <w:br/>
      </w:r>
      <w:r>
        <w:t xml:space="preserve">    (c) made easier to remember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To realize one's Personal Legend is a person's only real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obligation</w:t>
      </w:r>
      <w:r>
        <w:rPr>
          <w:b/>
          <w:bCs/>
        </w:rPr>
        <w:t xml:space="preserve">.</w:t>
      </w:r>
      <w:r>
        <w:br/>
      </w:r>
      <w:r>
        <w:t xml:space="preserve">    (a) goal</w:t>
      </w:r>
      <w:r>
        <w:br/>
      </w:r>
      <w:r>
        <w:t xml:space="preserve">    (b) dream</w:t>
      </w:r>
      <w:r>
        <w:br/>
      </w:r>
      <w:r>
        <w:t xml:space="preserve">    (c) duty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And, when you want something, all the universe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conspires</w:t>
      </w:r>
      <w:r>
        <w:rPr>
          <w:b/>
          <w:bCs/>
        </w:rPr>
        <w:t xml:space="preserve"> </w:t>
      </w:r>
      <w:r>
        <w:rPr>
          <w:b/>
          <w:bCs/>
        </w:rPr>
        <w:t xml:space="preserve">in helping you to achieve it.</w:t>
      </w:r>
      <w:r>
        <w:br/>
      </w:r>
      <w:r>
        <w:t xml:space="preserve">    (a) competes</w:t>
      </w:r>
      <w:r>
        <w:br/>
      </w:r>
      <w:r>
        <w:t xml:space="preserve">    (b) is unaware</w:t>
      </w:r>
      <w:r>
        <w:br/>
      </w:r>
      <w:r>
        <w:t xml:space="preserve">    (c) works together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remembered something his grandfather had once told him: that butterflies were a good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omen</w:t>
      </w:r>
      <w:r>
        <w:rPr>
          <w:b/>
          <w:bCs/>
        </w:rPr>
        <w:t xml:space="preserve">.</w:t>
      </w:r>
      <w:r>
        <w:br/>
      </w:r>
      <w:r>
        <w:t xml:space="preserve">    (a) sign of something about to happen</w:t>
      </w:r>
      <w:r>
        <w:br/>
      </w:r>
      <w:r>
        <w:t xml:space="preserve">    (b) communication between species</w:t>
      </w:r>
      <w:r>
        <w:br/>
      </w:r>
      <w:r>
        <w:t xml:space="preserve">    (c) type of insect that flies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mused</w:t>
      </w:r>
      <w:r>
        <w:rPr>
          <w:b/>
          <w:bCs/>
        </w:rPr>
        <w:t xml:space="preserve"> </w:t>
      </w:r>
      <w:r>
        <w:rPr>
          <w:b/>
          <w:bCs/>
        </w:rPr>
        <w:t xml:space="preserve">about these things, he realized that he had to choose between thinking of himself as the poor victim of a thief and as an adventurer in quest of his treasure.</w:t>
      </w:r>
      <w:r>
        <w:br/>
      </w:r>
      <w:r>
        <w:t xml:space="preserve">    (a) worried</w:t>
      </w:r>
      <w:r>
        <w:br/>
      </w:r>
      <w:r>
        <w:t xml:space="preserve">    (b) regretted</w:t>
      </w:r>
      <w:r>
        <w:br/>
      </w:r>
      <w:r>
        <w:t xml:space="preserve">    (c) thought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are obliged, at least once in our lives, to visit the holy city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Mecca</w:t>
      </w:r>
      <w:r>
        <w:rPr>
          <w:b/>
          <w:bCs/>
        </w:rPr>
        <w:t xml:space="preserve">.</w:t>
      </w:r>
      <w:r>
        <w:br/>
      </w:r>
      <w:r>
        <w:t xml:space="preserve">    (a) largest city of Islam (in Egypt)</w:t>
      </w:r>
      <w:r>
        <w:br/>
      </w:r>
      <w:r>
        <w:t xml:space="preserve">    (b) holiest city of Islam (in Saudi Arabia)</w:t>
      </w:r>
      <w:r>
        <w:br/>
      </w:r>
      <w:r>
        <w:t xml:space="preserve">    (c) capital city of Islam (in Iran)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Englishman had been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profoundly</w:t>
      </w:r>
      <w:r>
        <w:rPr>
          <w:b/>
          <w:bCs/>
        </w:rPr>
        <w:t xml:space="preserve"> </w:t>
      </w:r>
      <w:r>
        <w:rPr>
          <w:b/>
          <w:bCs/>
        </w:rPr>
        <w:t xml:space="preserve">impressed by the story.</w:t>
      </w:r>
      <w:r>
        <w:br/>
      </w:r>
      <w:r>
        <w:t xml:space="preserve">    (a) slightly</w:t>
      </w:r>
      <w:r>
        <w:br/>
      </w:r>
      <w:r>
        <w:t xml:space="preserve">    (b) deeply</w:t>
      </w:r>
      <w:r>
        <w:br/>
      </w:r>
      <w:r>
        <w:t xml:space="preserve">    (c) briefly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boy was beginning to understand that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intuition</w:t>
      </w:r>
      <w:r>
        <w:rPr>
          <w:b/>
          <w:bCs/>
        </w:rPr>
        <w:t xml:space="preserve"> </w:t>
      </w:r>
      <w:r>
        <w:rPr>
          <w:b/>
          <w:bCs/>
        </w:rPr>
        <w:t xml:space="preserve">is really a sudden immersion of the soul into the universal current of life,</w:t>
      </w:r>
      <w:r>
        <w:br/>
      </w:r>
      <w:r>
        <w:t xml:space="preserve">    (a) positive energy</w:t>
      </w:r>
      <w:r>
        <w:br/>
      </w:r>
      <w:r>
        <w:t xml:space="preserve">    (b) true love</w:t>
      </w:r>
      <w:r>
        <w:br/>
      </w:r>
      <w:r>
        <w:t xml:space="preserve">    (c) instinctive knowledge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soon as he had learned to know his camel better, and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establish</w:t>
      </w:r>
      <w:r>
        <w:rPr>
          <w:b/>
          <w:bCs/>
        </w:rPr>
        <w:t xml:space="preserve"> </w:t>
      </w:r>
      <w:r>
        <w:rPr>
          <w:b/>
          <w:bCs/>
        </w:rPr>
        <w:t xml:space="preserve">a relationship with him, he threw the book away.</w:t>
      </w:r>
      <w:r>
        <w:br/>
      </w:r>
      <w:r>
        <w:t xml:space="preserve">    (a) eliminate</w:t>
      </w:r>
      <w:r>
        <w:br/>
      </w:r>
      <w:r>
        <w:t xml:space="preserve">    (b) create</w:t>
      </w:r>
      <w:r>
        <w:br/>
      </w:r>
      <w:r>
        <w:t xml:space="preserve">    (c) replace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rest is up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Allah</w:t>
      </w:r>
      <w:r>
        <w:rPr>
          <w:b/>
          <w:bCs/>
        </w:rPr>
        <w:t xml:space="preserve">, including the danger.</w:t>
      </w:r>
      <w:r>
        <w:br/>
      </w:r>
      <w:r>
        <w:t xml:space="preserve">    (a) Islamic term for arm commander</w:t>
      </w:r>
      <w:r>
        <w:br/>
      </w:r>
      <w:r>
        <w:t xml:space="preserve">    (b) Islamic way of referencing God</w:t>
      </w:r>
      <w:r>
        <w:br/>
      </w:r>
      <w:r>
        <w:t xml:space="preserve">    (c) Islamic term for people in charge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Until then, he had considered the omens to be things of this world. ... He had never thought of them in terms of a language used by God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indicate</w:t>
      </w:r>
      <w:r>
        <w:rPr>
          <w:b/>
          <w:bCs/>
        </w:rPr>
        <w:t xml:space="preserve"> </w:t>
      </w:r>
      <w:r>
        <w:rPr>
          <w:b/>
          <w:bCs/>
        </w:rPr>
        <w:t xml:space="preserve">what he should do.</w:t>
      </w:r>
      <w:r>
        <w:br/>
      </w:r>
      <w:r>
        <w:t xml:space="preserve">    (a) hide</w:t>
      </w:r>
      <w:r>
        <w:br/>
      </w:r>
      <w:r>
        <w:t xml:space="preserve">    (b) show</w:t>
      </w:r>
      <w:r>
        <w:br/>
      </w:r>
      <w:r>
        <w:t xml:space="preserve">    (c) force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would at least have died after having crossed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strait</w:t>
      </w:r>
      <w:r>
        <w:rPr>
          <w:b/>
          <w:bCs/>
        </w:rPr>
        <w:t xml:space="preserve">, after having worked in a crystal shop, and after having known the silence of the desert and Fatima's eyes.</w:t>
      </w:r>
      <w:r>
        <w:br/>
      </w:r>
      <w:r>
        <w:t xml:space="preserve">    (a) desert area</w:t>
      </w:r>
      <w:r>
        <w:br/>
      </w:r>
      <w:r>
        <w:t xml:space="preserve">    (b) boundary between countries</w:t>
      </w:r>
      <w:r>
        <w:br/>
      </w:r>
      <w:r>
        <w:t xml:space="preserve">    (c) narrow water passage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boy remembered an old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proverb</w:t>
      </w:r>
      <w:r>
        <w:rPr>
          <w:b/>
          <w:bCs/>
        </w:rPr>
        <w:t xml:space="preserve"> </w:t>
      </w:r>
      <w:r>
        <w:rPr>
          <w:b/>
          <w:bCs/>
        </w:rPr>
        <w:t xml:space="preserve">from his country. It said that the darkest hour of the night came just before the dawn.</w:t>
      </w:r>
      <w:r>
        <w:br/>
      </w:r>
      <w:r>
        <w:t xml:space="preserve">    (a) question seeking answers</w:t>
      </w:r>
      <w:r>
        <w:br/>
      </w:r>
      <w:r>
        <w:t xml:space="preserve">    (b) story with characters</w:t>
      </w:r>
      <w:r>
        <w:br/>
      </w:r>
      <w:r>
        <w:t xml:space="preserve">    (c) saying expressing wisdom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With every day that passed, the boy's heart became more and more silent. It no longer wanted to know about things of the past or future; it was content simply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contemplate</w:t>
      </w:r>
      <w:r>
        <w:rPr>
          <w:b/>
          <w:bCs/>
        </w:rPr>
        <w:t xml:space="preserve"> </w:t>
      </w:r>
      <w:r>
        <w:rPr>
          <w:b/>
          <w:bCs/>
        </w:rPr>
        <w:t xml:space="preserve">the desert, and to drink with the boy from the Soul of the World.</w:t>
      </w:r>
      <w:r>
        <w:br/>
      </w:r>
      <w:r>
        <w:t xml:space="preserve">    (a) learn about</w:t>
      </w:r>
      <w:r>
        <w:br/>
      </w:r>
      <w:r>
        <w:t xml:space="preserve">    (b) survive despite</w:t>
      </w:r>
      <w:r>
        <w:br/>
      </w:r>
      <w:r>
        <w:t xml:space="preserve">    (c) think deeply about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is going to transform himself into the wind, just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demonstrate</w:t>
      </w:r>
      <w:r>
        <w:rPr>
          <w:b/>
          <w:bCs/>
        </w:rPr>
        <w:t xml:space="preserve"> </w:t>
      </w:r>
      <w:r>
        <w:rPr>
          <w:b/>
          <w:bCs/>
        </w:rPr>
        <w:t xml:space="preserve">his powers.</w:t>
      </w:r>
      <w:r>
        <w:br/>
      </w:r>
      <w:r>
        <w:t xml:space="preserve">    (a) hide</w:t>
      </w:r>
      <w:r>
        <w:br/>
      </w:r>
      <w:r>
        <w:t xml:space="preserve">    (b) give</w:t>
      </w:r>
      <w:r>
        <w:br/>
      </w:r>
      <w:r>
        <w:t xml:space="preserve">    (c) show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following day, the general bade the boy and the alchemist farewell, and provided them with an escort party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accompany</w:t>
      </w:r>
      <w:r>
        <w:rPr>
          <w:b/>
          <w:bCs/>
        </w:rPr>
        <w:t xml:space="preserve"> </w:t>
      </w:r>
      <w:r>
        <w:rPr>
          <w:b/>
          <w:bCs/>
        </w:rPr>
        <w:t xml:space="preserve">them as far as they chose.</w:t>
      </w:r>
      <w:r>
        <w:br/>
      </w:r>
      <w:r>
        <w:t xml:space="preserve">    (a) travel along with</w:t>
      </w:r>
      <w:r>
        <w:br/>
      </w:r>
      <w:r>
        <w:t xml:space="preserve">    (b) give directions to</w:t>
      </w:r>
      <w:r>
        <w:br/>
      </w:r>
      <w:r>
        <w:t xml:space="preserve">    (c) play music with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although</w:t>
      </w:r>
      <w:r>
        <w:rPr>
          <w:b/>
          <w:bCs/>
        </w:rPr>
        <w:t xml:space="preserve"> </w:t>
      </w:r>
      <w:r>
        <w:rPr>
          <w:b/>
          <w:bCs/>
        </w:rPr>
        <w:t xml:space="preserve">his mouth was bleeding and swollen, he told his attackers that he had twice dreamed of a treasure hidden near the Pyramids of Egypt.</w:t>
      </w:r>
      <w:r>
        <w:br/>
      </w:r>
      <w:r>
        <w:t xml:space="preserve">    (a) because</w:t>
      </w:r>
      <w:r>
        <w:br/>
      </w:r>
      <w:r>
        <w:t xml:space="preserve">    (b) since</w:t>
      </w:r>
      <w:r>
        <w:br/>
      </w:r>
      <w:r>
        <w:t xml:space="preserve">    (c) even though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my dream, there was a sycamore growing out of the ruins of the sacristy, and I was told that, if I dug at the roots of the sycamore, I would find a hidden treasure. But I'm not so stupid as to cross an entire desert just because of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recurrent</w:t>
      </w:r>
      <w:r>
        <w:rPr>
          <w:b/>
          <w:bCs/>
        </w:rPr>
        <w:t xml:space="preserve"> </w:t>
      </w:r>
      <w:r>
        <w:rPr>
          <w:b/>
          <w:bCs/>
        </w:rPr>
        <w:t xml:space="preserve">dream.</w:t>
      </w:r>
      <w:r>
        <w:br/>
      </w:r>
      <w:r>
        <w:t xml:space="preserve">    (a) occurring vividly</w:t>
      </w:r>
      <w:r>
        <w:br/>
      </w:r>
      <w:r>
        <w:t xml:space="preserve">    (b) occurring happily</w:t>
      </w:r>
      <w:r>
        <w:br/>
      </w:r>
      <w:r>
        <w:t xml:space="preserve">    (c) occurring more than once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...he had before him a chest of Spanish gold coins. There were also precious stones, gold masks adorned with red and white feathers, and stone statues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embedded</w:t>
      </w:r>
      <w:r>
        <w:rPr>
          <w:b/>
          <w:bCs/>
        </w:rPr>
        <w:t xml:space="preserve"> </w:t>
      </w:r>
      <w:r>
        <w:rPr>
          <w:b/>
          <w:bCs/>
        </w:rPr>
        <w:t xml:space="preserve">with jewels.</w:t>
      </w:r>
      <w:r>
        <w:br/>
      </w:r>
      <w:r>
        <w:t xml:space="preserve">    (a) separated</w:t>
      </w:r>
      <w:r>
        <w:br/>
      </w:r>
      <w:r>
        <w:t xml:space="preserve">    (b) implanted</w:t>
      </w:r>
      <w:r>
        <w:br/>
      </w:r>
      <w:r>
        <w:t xml:space="preserve">    (c) surrounded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2026-07-31T16:10:17Z</dcterms:created>
  <dcterms:modified xsi:type="dcterms:W3CDTF">2026-07-31T16:10:17Z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