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80393017a92fb041c51a320d2704caf95e5286"/>
    <w:p>
      <w:pPr>
        <w:pStyle w:val="Heading1"/>
      </w:pPr>
      <w:r>
        <w:rPr>
          <w:b/>
          <w:bCs/>
        </w:rPr>
        <w:t xml:space="preserve">The Age of Innocence</w:t>
      </w:r>
      <w:r>
        <w:br/>
      </w:r>
      <w:r>
        <w:rPr>
          <w:i/>
          <w:iCs/>
        </w:rPr>
        <w:t xml:space="preserve">Edith Wharton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customer satisfaction rating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abysmal</w:t>
      </w:r>
      <w:r>
        <w:rPr>
          <w:b/>
          <w:bCs/>
        </w:rPr>
        <w:t xml:space="preserve">.</w:t>
      </w:r>
      <w:r>
        <w:br/>
      </w:r>
      <w:r>
        <w:t xml:space="preserve">    (a) complicated</w:t>
      </w:r>
      <w:r>
        <w:br/>
      </w:r>
      <w:r>
        <w:t xml:space="preserve">    (b) fantastic</w:t>
      </w:r>
      <w:r>
        <w:br/>
      </w:r>
      <w:r>
        <w:t xml:space="preserve">    (c) very bad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didn't mention any names, but everyone knew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alluding</w:t>
      </w:r>
      <w:r>
        <w:rPr>
          <w:b/>
          <w:bCs/>
        </w:rPr>
        <w:t xml:space="preserve"> </w:t>
      </w:r>
      <w:r>
        <w:rPr>
          <w:b/>
          <w:bCs/>
        </w:rPr>
        <w:t xml:space="preserve">to the President.</w:t>
      </w:r>
      <w:r>
        <w:br/>
      </w:r>
      <w:r>
        <w:t xml:space="preserve">    (a) not talking</w:t>
      </w:r>
      <w:r>
        <w:br/>
      </w:r>
      <w:r>
        <w:t xml:space="preserve">    (b) indirectly referring</w:t>
      </w:r>
      <w:r>
        <w:br/>
      </w:r>
      <w:r>
        <w:t xml:space="preserve">    (c) being discouraging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candid</w:t>
      </w:r>
      <w:r>
        <w:rPr>
          <w:b/>
          <w:bCs/>
        </w:rPr>
        <w:t xml:space="preserve"> </w:t>
      </w:r>
      <w:r>
        <w:rPr>
          <w:b/>
          <w:bCs/>
        </w:rPr>
        <w:t xml:space="preserve">opinion is that their team is much better than ours, but an upset isn't impossible.</w:t>
      </w:r>
      <w:r>
        <w:br/>
      </w:r>
      <w:r>
        <w:t xml:space="preserve">    (a) expert</w:t>
      </w:r>
      <w:r>
        <w:br/>
      </w:r>
      <w:r>
        <w:t xml:space="preserve">    (b) honest</w:t>
      </w:r>
      <w:r>
        <w:br/>
      </w:r>
      <w:r>
        <w:t xml:space="preserve">    (c) tactful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Asche experiment showed the influence of the desire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conform</w:t>
      </w:r>
      <w:r>
        <w:rPr>
          <w:b/>
          <w:bCs/>
        </w:rPr>
        <w:t xml:space="preserve">.</w:t>
      </w:r>
      <w:r>
        <w:br/>
      </w:r>
      <w:r>
        <w:t xml:space="preserve">    (a) have independence</w:t>
      </w:r>
      <w:r>
        <w:br/>
      </w:r>
      <w:r>
        <w:t xml:space="preserve">    (b) fit in</w:t>
      </w:r>
      <w:r>
        <w:br/>
      </w:r>
      <w:r>
        <w:t xml:space="preserve">    (c) be honorable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conspicuous</w:t>
      </w:r>
      <w:r>
        <w:rPr>
          <w:b/>
          <w:bCs/>
        </w:rPr>
        <w:t xml:space="preserve"> </w:t>
      </w:r>
      <w:r>
        <w:rPr>
          <w:b/>
          <w:bCs/>
        </w:rPr>
        <w:t xml:space="preserve">person on the President's cabinet, often appearing on television.</w:t>
      </w:r>
      <w:r>
        <w:br/>
      </w:r>
      <w:r>
        <w:t xml:space="preserve">    (a) quick to argue</w:t>
      </w:r>
      <w:r>
        <w:br/>
      </w:r>
      <w:r>
        <w:t xml:space="preserve">    (b) easy to notice</w:t>
      </w:r>
      <w:r>
        <w:br/>
      </w:r>
      <w:r>
        <w:t xml:space="preserve">    (c) hard to trust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most countries,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convention</w:t>
      </w:r>
      <w:r>
        <w:rPr>
          <w:b/>
          <w:bCs/>
        </w:rPr>
        <w:t xml:space="preserve"> </w:t>
      </w:r>
      <w:r>
        <w:rPr>
          <w:b/>
          <w:bCs/>
        </w:rPr>
        <w:t xml:space="preserve">is to shake the head to indicate "no", but in Bulgaria that indicates "yes".</w:t>
      </w:r>
      <w:r>
        <w:br/>
      </w:r>
      <w:r>
        <w:t xml:space="preserve">    (a) normal behavior</w:t>
      </w:r>
      <w:r>
        <w:br/>
      </w:r>
      <w:r>
        <w:t xml:space="preserve">    (b) agreement</w:t>
      </w:r>
      <w:r>
        <w:br/>
      </w:r>
      <w:r>
        <w:t xml:space="preserve">    (c) movement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grew stern.</w:t>
      </w:r>
      <w:r>
        <w:br/>
      </w:r>
      <w:r>
        <w:t xml:space="preserve">    (a) facial expression</w:t>
      </w:r>
      <w:r>
        <w:br/>
      </w:r>
      <w:r>
        <w:t xml:space="preserve">    (b) voice</w:t>
      </w:r>
      <w:r>
        <w:br/>
      </w:r>
      <w:r>
        <w:t xml:space="preserve">    (c) a method of counting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terrorism.</w:t>
      </w:r>
      <w:r>
        <w:br/>
      </w:r>
      <w:r>
        <w:t xml:space="preserve">    (a) discourage</w:t>
      </w:r>
      <w:r>
        <w:br/>
      </w:r>
      <w:r>
        <w:t xml:space="preserve">    (b) show favor for</w:t>
      </w:r>
      <w:r>
        <w:br/>
      </w:r>
      <w:r>
        <w:t xml:space="preserve">    (c) provide funds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Russian TV is famous for inventing stories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discredit</w:t>
      </w:r>
      <w:r>
        <w:rPr>
          <w:b/>
          <w:bCs/>
        </w:rPr>
        <w:t xml:space="preserve"> </w:t>
      </w:r>
      <w:r>
        <w:rPr>
          <w:b/>
          <w:bCs/>
        </w:rPr>
        <w:t xml:space="preserve">those who disagree with Russian interests.</w:t>
      </w:r>
      <w:r>
        <w:br/>
      </w:r>
      <w:r>
        <w:t xml:space="preserve">    (a) damage the reputation of</w:t>
      </w:r>
      <w:r>
        <w:br/>
      </w:r>
      <w:r>
        <w:t xml:space="preserve">    (b) convince</w:t>
      </w:r>
      <w:r>
        <w:br/>
      </w:r>
      <w:r>
        <w:t xml:space="preserve">    (c)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Despite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eminent</w:t>
      </w:r>
      <w:r>
        <w:rPr>
          <w:b/>
          <w:bCs/>
        </w:rPr>
        <w:t xml:space="preserve"> </w:t>
      </w:r>
      <w:r>
        <w:rPr>
          <w:b/>
          <w:bCs/>
        </w:rPr>
        <w:t xml:space="preserve">status in the art world, she remained humble and approachable.</w:t>
      </w:r>
      <w:r>
        <w:br/>
      </w:r>
      <w:r>
        <w:t xml:space="preserve">    (a) barely noticed</w:t>
      </w:r>
      <w:r>
        <w:br/>
      </w:r>
      <w:r>
        <w:t xml:space="preserve">    (b) newly acquired</w:t>
      </w:r>
      <w:r>
        <w:br/>
      </w:r>
      <w:r>
        <w:t xml:space="preserve">    (c) respected and well-known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not enough time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enumerate</w:t>
      </w:r>
      <w:r>
        <w:rPr>
          <w:b/>
          <w:bCs/>
        </w:rPr>
        <w:t xml:space="preserve"> </w:t>
      </w:r>
      <w:r>
        <w:rPr>
          <w:b/>
          <w:bCs/>
        </w:rPr>
        <w:t xml:space="preserve">all of her accomplishments.</w:t>
      </w:r>
      <w:r>
        <w:br/>
      </w:r>
      <w:r>
        <w:t xml:space="preserve">    (a) list</w:t>
      </w:r>
      <w:r>
        <w:br/>
      </w:r>
      <w:r>
        <w:t xml:space="preserve">    (b) follow</w:t>
      </w:r>
      <w:r>
        <w:br/>
      </w:r>
      <w:r>
        <w:t xml:space="preserve">    (c) study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seemed uninformed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inarticulate</w:t>
      </w:r>
      <w:r>
        <w:rPr>
          <w:b/>
          <w:bCs/>
        </w:rPr>
        <w:t xml:space="preserve"> </w:t>
      </w:r>
      <w:r>
        <w:rPr>
          <w:b/>
          <w:bCs/>
        </w:rPr>
        <w:t xml:space="preserve">compared to her opponent in the debate.</w:t>
      </w:r>
      <w:r>
        <w:br/>
      </w:r>
      <w:r>
        <w:t xml:space="preserve">    (a) biased</w:t>
      </w:r>
      <w:r>
        <w:br/>
      </w:r>
      <w:r>
        <w:t xml:space="preserve">    (b) without empathy</w:t>
      </w:r>
      <w:r>
        <w:br/>
      </w:r>
      <w:r>
        <w:t xml:space="preserve">    (c) poorly spoken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Ironically</w:t>
      </w:r>
      <w:r>
        <w:rPr>
          <w:b/>
          <w:bCs/>
        </w:rPr>
        <w:t xml:space="preserve">, her strongest supporters undermined her popularity through their extremism.</w:t>
      </w:r>
      <w:r>
        <w:br/>
      </w:r>
      <w:r>
        <w:t xml:space="preserve">    (a) when what happens is very different than what might be expected</w:t>
      </w:r>
      <w:r>
        <w:br/>
      </w:r>
      <w:r>
        <w:t xml:space="preserve">    (b) when what happens is exactly what usually happens</w:t>
      </w:r>
      <w:r>
        <w:br/>
      </w:r>
      <w:r>
        <w:t xml:space="preserve">    (c) when what happens is very fitting for the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voice was dripping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irony</w:t>
      </w:r>
      <w:r>
        <w:rPr>
          <w:b/>
          <w:bCs/>
        </w:rPr>
        <w:t xml:space="preserve"> </w:t>
      </w:r>
      <w:r>
        <w:rPr>
          <w:b/>
          <w:bCs/>
        </w:rPr>
        <w:t xml:space="preserve">as she said, "You look beautiful."</w:t>
      </w:r>
      <w:r>
        <w:br/>
      </w:r>
      <w:r>
        <w:t xml:space="preserve">    (a) sarcasm</w:t>
      </w:r>
      <w:r>
        <w:br/>
      </w:r>
      <w:r>
        <w:t xml:space="preserve">    (b) sincerity</w:t>
      </w:r>
      <w:r>
        <w:br/>
      </w:r>
      <w:r>
        <w:t xml:space="preserve">    (c) kindness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We're going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opera</w:t>
      </w:r>
      <w:r>
        <w:rPr>
          <w:b/>
          <w:bCs/>
        </w:rPr>
        <w:t xml:space="preserve"> </w:t>
      </w:r>
      <w:r>
        <w:rPr>
          <w:b/>
          <w:bCs/>
        </w:rPr>
        <w:t xml:space="preserve">this evening.</w:t>
      </w:r>
      <w:r>
        <w:br/>
      </w:r>
      <w:r>
        <w:t xml:space="preserve">    (a) casual dinner gathering</w:t>
      </w:r>
      <w:r>
        <w:br/>
      </w:r>
      <w:r>
        <w:t xml:space="preserve">    (b) musical theater performance</w:t>
      </w:r>
      <w:r>
        <w:br/>
      </w:r>
      <w:r>
        <w:t xml:space="preserve">    (c) outdoor sporting event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perplexed</w:t>
      </w:r>
      <w:r>
        <w:rPr>
          <w:b/>
          <w:bCs/>
        </w:rPr>
        <w:t xml:space="preserve"> </w:t>
      </w:r>
      <w:r>
        <w:rPr>
          <w:b/>
          <w:bCs/>
        </w:rPr>
        <w:t xml:space="preserve">by her sudden change of mind on this important issue.</w:t>
      </w:r>
      <w:r>
        <w:br/>
      </w:r>
      <w:r>
        <w:t xml:space="preserve">    (a) confused</w:t>
      </w:r>
      <w:r>
        <w:br/>
      </w:r>
      <w:r>
        <w:t xml:space="preserve">    (b) amused</w:t>
      </w:r>
      <w:r>
        <w:br/>
      </w:r>
      <w:r>
        <w:t xml:space="preserve">    (c) annoyed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finished the first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phase</w:t>
      </w:r>
      <w:r>
        <w:rPr>
          <w:b/>
          <w:bCs/>
        </w:rPr>
        <w:t xml:space="preserve"> </w:t>
      </w:r>
      <w:r>
        <w:rPr>
          <w:b/>
          <w:bCs/>
        </w:rPr>
        <w:t xml:space="preserve">of the project.</w:t>
      </w:r>
      <w:r>
        <w:br/>
      </w:r>
      <w:r>
        <w:t xml:space="preserve">    (a) someone responsible for a wrongdoing -- especially a criminal</w:t>
      </w:r>
      <w:r>
        <w:br/>
      </w:r>
      <w:r>
        <w:t xml:space="preserve">    (b) a stage during the development of something</w:t>
      </w:r>
      <w:r>
        <w:br/>
      </w:r>
      <w:r>
        <w:t xml:space="preserve">    (c) pretending to have moral standards while not living up to them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I was young, I went through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phase</w:t>
      </w:r>
      <w:r>
        <w:rPr>
          <w:b/>
          <w:bCs/>
        </w:rPr>
        <w:t xml:space="preserve"> </w:t>
      </w:r>
      <w:r>
        <w:rPr>
          <w:b/>
          <w:bCs/>
        </w:rPr>
        <w:t xml:space="preserve">where I was deathly afraid of the dark.</w:t>
      </w:r>
      <w:r>
        <w:br/>
      </w:r>
      <w:r>
        <w:t xml:space="preserve">    (a) an organized body of related information on a computer</w:t>
      </w:r>
      <w:r>
        <w:br/>
      </w:r>
      <w:r>
        <w:t xml:space="preserve">    (b) a short saying that expresses a general truth or principle</w:t>
      </w:r>
      <w:r>
        <w:br/>
      </w:r>
      <w:r>
        <w:t xml:space="preserve">    (c) a period of time when someone exhibits unusual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Courage is dangerous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prudence</w:t>
      </w:r>
      <w:r>
        <w:rPr>
          <w:b/>
          <w:bCs/>
        </w:rPr>
        <w:t xml:space="preserve">.</w:t>
      </w:r>
      <w:r>
        <w:br/>
      </w:r>
      <w:r>
        <w:t xml:space="preserve">    (a) good support</w:t>
      </w:r>
      <w:r>
        <w:br/>
      </w:r>
      <w:r>
        <w:t xml:space="preserve">    (b) good purpose</w:t>
      </w:r>
      <w:r>
        <w:br/>
      </w:r>
      <w:r>
        <w:t xml:space="preserve">    (c) good sense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</w:t>
      </w:r>
      <w:r>
        <w:rPr>
          <w:b/>
          <w:bCs/>
        </w:rPr>
        <w:t xml:space="preserve"> </w:t>
      </w:r>
      <w:r>
        <w:rPr>
          <w:b/>
          <w:bCs/>
        </w:rPr>
        <w:t xml:space="preserve">agreement.</w:t>
      </w:r>
      <w:r>
        <w:br/>
      </w:r>
      <w:r>
        <w:t xml:space="preserve">    (a) clear</w:t>
      </w:r>
      <w:r>
        <w:br/>
      </w:r>
      <w:r>
        <w:t xml:space="preserve">    (b) reasonable</w:t>
      </w:r>
      <w:r>
        <w:br/>
      </w:r>
      <w:r>
        <w:t xml:space="preserve">    (c) implied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2026-07-31T14:59:02Z</dcterms:created>
  <dcterms:modified xsi:type="dcterms:W3CDTF">2026-07-31T14:59:02Z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