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77ec5ec2c00bd0bc3400b222fec07db6ebe100"/>
    <w:p>
      <w:pPr>
        <w:pStyle w:val="Heading1"/>
      </w:pPr>
      <w:r>
        <w:rPr>
          <w:b/>
          <w:bCs/>
        </w:rPr>
        <w:t xml:space="preserve">The Age of Innocence</w:t>
      </w:r>
      <w:r>
        <w:br/>
      </w:r>
      <w:r>
        <w:rPr>
          <w:i/>
          <w:iCs/>
        </w:rPr>
        <w:t xml:space="preserve">Edith Wharton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always enjoy her remarks, though they can be a bit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caustic</w:t>
      </w:r>
      <w:r>
        <w:rPr>
          <w:b/>
          <w:bCs/>
        </w:rPr>
        <w:t xml:space="preserve">.</w:t>
      </w:r>
      <w:r>
        <w:br/>
      </w:r>
      <w:r>
        <w:t xml:space="preserve">    (a) hard to understand</w:t>
      </w:r>
      <w:r>
        <w:br/>
      </w:r>
      <w:r>
        <w:t xml:space="preserve">    (b) sarcastic or harsh</w:t>
      </w:r>
      <w:r>
        <w:br/>
      </w:r>
      <w:r>
        <w:t xml:space="preserve">    (c) depressing or sad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felt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compunction</w:t>
      </w:r>
      <w:r>
        <w:rPr>
          <w:b/>
          <w:bCs/>
        </w:rPr>
        <w:t xml:space="preserve"> </w:t>
      </w:r>
      <w:r>
        <w:rPr>
          <w:b/>
          <w:bCs/>
        </w:rPr>
        <w:t xml:space="preserve">about breaking the rules if it meant helping his friend in need.</w:t>
      </w:r>
      <w:r>
        <w:br/>
      </w:r>
      <w:r>
        <w:t xml:space="preserve">    (a) honor</w:t>
      </w:r>
      <w:r>
        <w:br/>
      </w:r>
      <w:r>
        <w:t xml:space="preserve">    (b) guilt</w:t>
      </w:r>
      <w:r>
        <w:br/>
      </w:r>
      <w:r>
        <w:t xml:space="preserve">    (c) pleasure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cannot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condone</w:t>
      </w:r>
      <w:r>
        <w:rPr>
          <w:b/>
          <w:bCs/>
        </w:rPr>
        <w:t xml:space="preserve"> </w:t>
      </w:r>
      <w:r>
        <w:rPr>
          <w:b/>
          <w:bCs/>
        </w:rPr>
        <w:t xml:space="preserve">such behavior.</w:t>
      </w:r>
      <w:r>
        <w:br/>
      </w:r>
      <w:r>
        <w:t xml:space="preserve">    (a) understand</w:t>
      </w:r>
      <w:r>
        <w:br/>
      </w:r>
      <w:r>
        <w:t xml:space="preserve">    (b) approve of</w:t>
      </w:r>
      <w:r>
        <w:br/>
      </w:r>
      <w:r>
        <w:t xml:space="preserve">    (c) insure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Congressional power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court.</w:t>
      </w:r>
      <w:r>
        <w:br/>
      </w:r>
      <w:r>
        <w:t xml:space="preserve">    (a) enforced</w:t>
      </w:r>
      <w:r>
        <w:br/>
      </w:r>
      <w:r>
        <w:t xml:space="preserve">    (b) restricted</w:t>
      </w:r>
      <w:r>
        <w:br/>
      </w:r>
      <w:r>
        <w:t xml:space="preserve">    (c) threatened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 self-important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dilettante</w:t>
      </w:r>
      <w:r>
        <w:rPr>
          <w:b/>
          <w:bCs/>
        </w:rPr>
        <w:t xml:space="preserve"> </w:t>
      </w:r>
      <w:r>
        <w:rPr>
          <w:b/>
          <w:bCs/>
        </w:rPr>
        <w:t xml:space="preserve">without real understanding of the policies she criticizes.</w:t>
      </w:r>
      <w:r>
        <w:br/>
      </w:r>
      <w:r>
        <w:t xml:space="preserve">    (a) negotiator</w:t>
      </w:r>
      <w:r>
        <w:br/>
      </w:r>
      <w:r>
        <w:t xml:space="preserve">    (b) amateur</w:t>
      </w:r>
      <w:r>
        <w:br/>
      </w:r>
      <w:r>
        <w:t xml:space="preserve">    (c) representative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Armed with too much confidence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effrontery</w:t>
      </w:r>
      <w:r>
        <w:rPr>
          <w:b/>
          <w:bCs/>
        </w:rPr>
        <w:t xml:space="preserve">, she made a lot of enemies.</w:t>
      </w:r>
      <w:r>
        <w:br/>
      </w:r>
      <w:r>
        <w:t xml:space="preserve">    (a) pressure to rush</w:t>
      </w:r>
      <w:r>
        <w:br/>
      </w:r>
      <w:r>
        <w:t xml:space="preserve">    (b) disrespectful behavior</w:t>
      </w:r>
      <w:r>
        <w:br/>
      </w:r>
      <w:r>
        <w:t xml:space="preserve">    (c) misunderstanding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flippant</w:t>
      </w:r>
      <w:r>
        <w:rPr>
          <w:b/>
          <w:bCs/>
        </w:rPr>
        <w:t xml:space="preserve"> </w:t>
      </w:r>
      <w:r>
        <w:rPr>
          <w:b/>
          <w:bCs/>
        </w:rPr>
        <w:t xml:space="preserve">joke during the serious meeting upset the group.</w:t>
      </w:r>
      <w:r>
        <w:br/>
      </w:r>
      <w:r>
        <w:t xml:space="preserve">    (a) deeply respectful</w:t>
      </w:r>
      <w:r>
        <w:br/>
      </w:r>
      <w:r>
        <w:t xml:space="preserve">    (b) not properly serious</w:t>
      </w:r>
      <w:r>
        <w:br/>
      </w:r>
      <w:r>
        <w:t xml:space="preserve">    (c) carefully researched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get caught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flouting</w:t>
      </w:r>
      <w:r>
        <w:rPr>
          <w:b/>
          <w:bCs/>
        </w:rPr>
        <w:t xml:space="preserve"> </w:t>
      </w:r>
      <w:r>
        <w:rPr>
          <w:b/>
          <w:bCs/>
        </w:rPr>
        <w:t xml:space="preserve">the rules.</w:t>
      </w:r>
      <w:r>
        <w:br/>
      </w:r>
      <w:r>
        <w:t xml:space="preserve">    (a) complaining about</w:t>
      </w:r>
      <w:r>
        <w:br/>
      </w:r>
      <w:r>
        <w:t xml:space="preserve">    (b) ignoring</w:t>
      </w:r>
      <w:r>
        <w:br/>
      </w:r>
      <w:r>
        <w:t xml:space="preserve">    (c) questioning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hackneyed</w:t>
      </w:r>
      <w:r>
        <w:rPr>
          <w:b/>
          <w:bCs/>
        </w:rPr>
        <w:t xml:space="preserve"> </w:t>
      </w:r>
      <w:r>
        <w:rPr>
          <w:b/>
          <w:bCs/>
        </w:rPr>
        <w:t xml:space="preserve">phrase in Silicon Valley these days is "We're the next Google."</w:t>
      </w:r>
      <w:r>
        <w:br/>
      </w:r>
      <w:r>
        <w:t xml:space="preserve">    (a) the degree to which a performance of or to someone else's work lends itself to the expression of personal artistic ideas or feelings by the performer</w:t>
      </w:r>
      <w:r>
        <w:br/>
      </w:r>
      <w:r>
        <w:t xml:space="preserve">    (b) the quality or degree of being straightforward or clear (sometimes indicating that truth is not worded carefully to spare feelings or gain advantage)</w:t>
      </w:r>
      <w:r>
        <w:br/>
      </w:r>
      <w:r>
        <w:t xml:space="preserve">    (c) lacking impact because it has been heard so many times before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indolent</w:t>
      </w:r>
      <w:r>
        <w:rPr>
          <w:b/>
          <w:bCs/>
        </w:rPr>
        <w:t xml:space="preserve"> </w:t>
      </w:r>
      <w:r>
        <w:rPr>
          <w:b/>
          <w:bCs/>
        </w:rPr>
        <w:t xml:space="preserve">for med school.</w:t>
      </w:r>
      <w:r>
        <w:br/>
      </w:r>
      <w:r>
        <w:t xml:space="preserve">    (a) kind</w:t>
      </w:r>
      <w:r>
        <w:br/>
      </w:r>
      <w:r>
        <w:t xml:space="preserve">    (b) calm</w:t>
      </w:r>
      <w:r>
        <w:br/>
      </w:r>
      <w:r>
        <w:t xml:space="preserve">    (c) lazy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interposed</w:t>
      </w:r>
      <w:r>
        <w:rPr>
          <w:b/>
          <w:bCs/>
        </w:rPr>
        <w:t xml:space="preserve"> </w:t>
      </w:r>
      <w:r>
        <w:rPr>
          <w:b/>
          <w:bCs/>
        </w:rPr>
        <w:t xml:space="preserve">themselves on the side of our enemy.</w:t>
      </w:r>
      <w:r>
        <w:br/>
      </w:r>
      <w:r>
        <w:t xml:space="preserve">    (a) been seen</w:t>
      </w:r>
      <w:r>
        <w:br/>
      </w:r>
      <w:r>
        <w:t xml:space="preserve">    (b) inserted</w:t>
      </w:r>
      <w:r>
        <w:br/>
      </w:r>
      <w:r>
        <w:t xml:space="preserve">    (c) hidden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stood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irresolute</w:t>
      </w:r>
      <w:r>
        <w:rPr>
          <w:b/>
          <w:bCs/>
        </w:rPr>
        <w:t xml:space="preserve">; not sure if she should go left or right.</w:t>
      </w:r>
      <w:r>
        <w:br/>
      </w:r>
      <w:r>
        <w:t xml:space="preserve">    (a) uncertain of how to proceed</w:t>
      </w:r>
      <w:r>
        <w:br/>
      </w:r>
      <w:r>
        <w:t xml:space="preserve">    (b) completely still</w:t>
      </w:r>
      <w:r>
        <w:br/>
      </w:r>
      <w:r>
        <w:t xml:space="preserve">    (c) quivering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town has become a 21st century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metropolis</w:t>
      </w:r>
      <w:r>
        <w:rPr>
          <w:b/>
          <w:bCs/>
        </w:rPr>
        <w:t xml:space="preserve">.</w:t>
      </w:r>
      <w:r>
        <w:br/>
      </w:r>
      <w:r>
        <w:t xml:space="preserve">    (a) small village</w:t>
      </w:r>
      <w:r>
        <w:br/>
      </w:r>
      <w:r>
        <w:t xml:space="preserve">    (b) large city</w:t>
      </w:r>
      <w:r>
        <w:br/>
      </w:r>
      <w:r>
        <w:t xml:space="preserve">    (c) rural area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walking with a barely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perceptible</w:t>
      </w:r>
      <w:r>
        <w:rPr>
          <w:b/>
          <w:bCs/>
        </w:rPr>
        <w:t xml:space="preserve"> </w:t>
      </w:r>
      <w:r>
        <w:rPr>
          <w:b/>
          <w:bCs/>
        </w:rPr>
        <w:t xml:space="preserve">limp.</w:t>
      </w:r>
      <w:r>
        <w:br/>
      </w:r>
      <w:r>
        <w:t xml:space="preserve">    (a) painful</w:t>
      </w:r>
      <w:r>
        <w:br/>
      </w:r>
      <w:r>
        <w:t xml:space="preserve">    (b) noticeable</w:t>
      </w:r>
      <w:r>
        <w:br/>
      </w:r>
      <w:r>
        <w:t xml:space="preserve">    (c) new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billionaire's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philanthropy</w:t>
      </w:r>
      <w:r>
        <w:rPr>
          <w:b/>
          <w:bCs/>
        </w:rPr>
        <w:t xml:space="preserve"> </w:t>
      </w:r>
      <w:r>
        <w:rPr>
          <w:b/>
          <w:bCs/>
        </w:rPr>
        <w:t xml:space="preserve">supported hospitals around the world.</w:t>
      </w:r>
      <w:r>
        <w:br/>
      </w:r>
      <w:r>
        <w:t xml:space="preserve">    (a) selfish hoarding</w:t>
      </w:r>
      <w:r>
        <w:br/>
      </w:r>
      <w:r>
        <w:t xml:space="preserve">    (b) charitable giving</w:t>
      </w:r>
      <w:r>
        <w:br/>
      </w:r>
      <w:r>
        <w:t xml:space="preserve">    (c) loud boasting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probity</w:t>
      </w:r>
      <w:r>
        <w:rPr>
          <w:b/>
          <w:bCs/>
        </w:rPr>
        <w:t xml:space="preserve"> </w:t>
      </w:r>
      <w:r>
        <w:rPr>
          <w:b/>
          <w:bCs/>
        </w:rPr>
        <w:t xml:space="preserve">in business dealings earned the trust and respect of competitors and clients alike.</w:t>
      </w:r>
      <w:r>
        <w:br/>
      </w:r>
      <w:r>
        <w:t xml:space="preserve">    (a) devices that convert light into electricity</w:t>
      </w:r>
      <w:r>
        <w:br/>
      </w:r>
      <w:r>
        <w:t xml:space="preserve">    (b) honesty and moral integrity</w:t>
      </w:r>
      <w:r>
        <w:br/>
      </w:r>
      <w:r>
        <w:t xml:space="preserve">    (c) temperature scale used in most of the world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want to spoil her, but I don't have the heart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instruct</w:t>
      </w:r>
      <w:r>
        <w:br/>
      </w:r>
      <w:r>
        <w:t xml:space="preserve">    (b) compliment</w:t>
      </w:r>
      <w:r>
        <w:br/>
      </w:r>
      <w:r>
        <w:t xml:space="preserve">    (c) criticize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scruples</w:t>
      </w:r>
      <w:r>
        <w:rPr>
          <w:b/>
          <w:bCs/>
        </w:rPr>
        <w:t xml:space="preserve"> </w:t>
      </w:r>
      <w:r>
        <w:rPr>
          <w:b/>
          <w:bCs/>
        </w:rPr>
        <w:t xml:space="preserve">were not so strong as to withstand her friend's arguments.</w:t>
      </w:r>
      <w:r>
        <w:br/>
      </w:r>
      <w:r>
        <w:t xml:space="preserve">    (a) principles that discourage certain kinds of action</w:t>
      </w:r>
      <w:r>
        <w:br/>
      </w:r>
      <w:r>
        <w:t xml:space="preserve">    (b) firmness of purpose</w:t>
      </w:r>
      <w:r>
        <w:br/>
      </w:r>
      <w:r>
        <w:t xml:space="preserve">    (c) known facts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protesters’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strident</w:t>
      </w:r>
      <w:r>
        <w:rPr>
          <w:b/>
          <w:bCs/>
        </w:rPr>
        <w:t xml:space="preserve"> </w:t>
      </w:r>
      <w:r>
        <w:rPr>
          <w:b/>
          <w:bCs/>
        </w:rPr>
        <w:t xml:space="preserve">chants could be heard from blocks away.</w:t>
      </w:r>
      <w:r>
        <w:br/>
      </w:r>
      <w:r>
        <w:t xml:space="preserve">    (a) calm and composed</w:t>
      </w:r>
      <w:r>
        <w:br/>
      </w:r>
      <w:r>
        <w:t xml:space="preserve">    (b) forceful or loud and harsh</w:t>
      </w:r>
      <w:r>
        <w:br/>
      </w:r>
      <w:r>
        <w:t xml:space="preserve">    (c) unexpected or non-typical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stepped into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tepid</w:t>
      </w:r>
      <w:r>
        <w:rPr>
          <w:b/>
          <w:bCs/>
        </w:rPr>
        <w:t xml:space="preserve"> </w:t>
      </w:r>
      <w:r>
        <w:rPr>
          <w:b/>
          <w:bCs/>
        </w:rPr>
        <w:t xml:space="preserve">bath, wishing it were hotter.</w:t>
      </w:r>
      <w:r>
        <w:br/>
      </w:r>
      <w:r>
        <w:t xml:space="preserve">    (a) very soapy</w:t>
      </w:r>
      <w:r>
        <w:br/>
      </w:r>
      <w:r>
        <w:t xml:space="preserve">    (b) slightly shallow</w:t>
      </w:r>
      <w:r>
        <w:br/>
      </w:r>
      <w:r>
        <w:t xml:space="preserve">    (c) slightly warm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2026-07-31T14:59:03Z</dcterms:created>
  <dcterms:modified xsi:type="dcterms:W3CDTF">2026-07-31T14:59:03Z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