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99fc61c988a70a166fc2a6794d1c677c74e919"/>
    <w:p>
      <w:pPr>
        <w:pStyle w:val="Heading1"/>
      </w:pPr>
      <w:r>
        <w:rPr>
          <w:b/>
          <w:bCs/>
        </w:rPr>
        <w:t xml:space="preserve">The Age of Innocence</w:t>
      </w:r>
      <w:r>
        <w:br/>
      </w:r>
      <w:r>
        <w:rPr>
          <w:i/>
          <w:iCs/>
        </w:rPr>
        <w:t xml:space="preserve">Edith Wharton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expense had been spared on the setting, which was acknowledged to be very beautiful even by people who shared his acquaintance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Opera</w:t>
      </w:r>
      <w:r>
        <w:rPr>
          <w:b/>
          <w:bCs/>
        </w:rPr>
        <w:t xml:space="preserve"> </w:t>
      </w:r>
      <w:r>
        <w:rPr>
          <w:b/>
          <w:bCs/>
        </w:rPr>
        <w:t xml:space="preserve">houses of Paris and Vienna.</w:t>
      </w:r>
      <w:r>
        <w:br/>
      </w:r>
      <w:r>
        <w:t xml:space="preserve">    (a) the act of forcing into an undesired activity or situation -- such as legally sentencing someone to punishment  OR  the act of finding guilty -- especially in court</w:t>
      </w:r>
      <w:r>
        <w:br/>
      </w:r>
      <w:r>
        <w:t xml:space="preserve">    (b) a person with or something related to an eating disorder in which overeating is followed by guilt and unhealthy attempts at correction -- especially self-induced vomiting</w:t>
      </w:r>
      <w:r>
        <w:br/>
      </w:r>
      <w:r>
        <w:t xml:space="preserve">    (c) (built for) classical music plays in which most of the dialogue is sung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he contemplated her absorbed young face with a thrill of possessorship in which pride in his own masculine initiation was mingled with a tender reverence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abysmal</w:t>
      </w:r>
      <w:r>
        <w:rPr>
          <w:b/>
          <w:bCs/>
        </w:rPr>
        <w:t xml:space="preserve"> </w:t>
      </w:r>
      <w:r>
        <w:rPr>
          <w:b/>
          <w:bCs/>
        </w:rPr>
        <w:t xml:space="preserve">purity.</w:t>
      </w:r>
      <w:r>
        <w:br/>
      </w:r>
      <w:r>
        <w:t xml:space="preserve">    (a) pleasing</w:t>
      </w:r>
      <w:r>
        <w:br/>
      </w:r>
      <w:r>
        <w:t xml:space="preserve">    (b) very bad</w:t>
      </w:r>
      <w:r>
        <w:br/>
      </w:r>
      <w:r>
        <w:t xml:space="preserve">    (c) absolute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against all the rules of their code that the mother and son should 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allude</w:t>
      </w:r>
      <w:r>
        <w:rPr>
          <w:b/>
          <w:bCs/>
        </w:rPr>
        <w:t xml:space="preserve"> </w:t>
      </w:r>
      <w:r>
        <w:rPr>
          <w:b/>
          <w:bCs/>
        </w:rPr>
        <w:t xml:space="preserve">to what was uppermost in their thoughts</w:t>
      </w:r>
      <w:r>
        <w:br/>
      </w:r>
      <w:r>
        <w:t xml:space="preserve">    (a) consume or destroy completely</w:t>
      </w:r>
      <w:r>
        <w:br/>
      </w:r>
      <w:r>
        <w:t xml:space="preserve">    (b) refer (even indirectly)</w:t>
      </w:r>
      <w:r>
        <w:br/>
      </w:r>
      <w:r>
        <w:t xml:space="preserve">    (c) select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But, as it was against all the rules of their code that the mother and son should ever allude to what was uppermost in their thoughts, he simply replied: "Oh, well, there's always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phase</w:t>
      </w:r>
      <w:r>
        <w:rPr>
          <w:b/>
          <w:bCs/>
        </w:rPr>
        <w:t xml:space="preserve"> </w:t>
      </w:r>
      <w:r>
        <w:rPr>
          <w:b/>
          <w:bCs/>
        </w:rPr>
        <w:t xml:space="preserve">of family parties to be gone through when one gets engaged, and the sooner it's over the better."</w:t>
      </w:r>
      <w:r>
        <w:br/>
      </w:r>
      <w:r>
        <w:t xml:space="preserve">    (a) a measure of north/south (relative to the equator) on the earth</w:t>
      </w:r>
      <w:r>
        <w:br/>
      </w:r>
      <w:r>
        <w:t xml:space="preserve">    (b) stage (of the development of something)</w:t>
      </w:r>
      <w:r>
        <w:br/>
      </w:r>
      <w:r>
        <w:t xml:space="preserve">    (c) an optical device that produces an intense narrow beam of light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my poor child is going through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phase</w:t>
      </w:r>
      <w:r>
        <w:rPr>
          <w:b/>
          <w:bCs/>
        </w:rPr>
        <w:t xml:space="preserve"> </w:t>
      </w:r>
      <w:r>
        <w:rPr>
          <w:b/>
          <w:bCs/>
        </w:rPr>
        <w:t xml:space="preserve">of exaltation, of abhorrence of the world.</w:t>
      </w:r>
      <w:r>
        <w:br/>
      </w:r>
      <w:r>
        <w:t xml:space="preserve">    (a) an organization comprised of firms in a single industry</w:t>
      </w:r>
      <w:r>
        <w:br/>
      </w:r>
      <w:r>
        <w:t xml:space="preserve">    (b) the act or process of stopping something from happening</w:t>
      </w:r>
      <w:r>
        <w:br/>
      </w:r>
      <w:r>
        <w:t xml:space="preserve">    (c) a period of time when someone exhibits unusual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"It sounds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conspicuous</w:t>
      </w:r>
      <w:r>
        <w:rPr>
          <w:b/>
          <w:bCs/>
        </w:rPr>
        <w:t xml:space="preserve">; and that can hardly be what she wishes," said Mrs. Archer distantly.</w:t>
      </w:r>
      <w:r>
        <w:br/>
      </w:r>
      <w:r>
        <w:t xml:space="preserve">    (a) the quality or degree of being in a crosswise direction (at a right angle to the long axis)</w:t>
      </w:r>
      <w:r>
        <w:br/>
      </w:r>
      <w:r>
        <w:t xml:space="preserve">    (b) easily noticed -- typically attracting attention such as by being large, flashy, or unusual</w:t>
      </w:r>
      <w:r>
        <w:br/>
      </w:r>
      <w:r>
        <w:t xml:space="preserve">    (c) relating to an acute intestinal infection caused by ingestion of contaminated water or food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young man felt a touch on his arm and saw Mrs. van der Luyden looking down on him from the pure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eminence</w:t>
      </w:r>
      <w:r>
        <w:rPr>
          <w:b/>
          <w:bCs/>
        </w:rPr>
        <w:t xml:space="preserve"> </w:t>
      </w:r>
      <w:r>
        <w:rPr>
          <w:b/>
          <w:bCs/>
        </w:rPr>
        <w:t xml:space="preserve">of black velvet and the family diamonds.</w:t>
      </w:r>
      <w:r>
        <w:br/>
      </w:r>
      <w:r>
        <w:t xml:space="preserve">    (a) famous, respected, or important within a particular field or profession</w:t>
      </w:r>
      <w:r>
        <w:br/>
      </w:r>
      <w:r>
        <w:t xml:space="preserve">    (b) the act of finding fault and telling others; or a description of faults</w:t>
      </w:r>
      <w:r>
        <w:br/>
      </w:r>
      <w:r>
        <w:t xml:space="preserve">    (c) the process of thinking carefully and making a judgment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Archer was proud of the glances turned on her, and the simple joy of possessorship cleared away his underlying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perplexities</w:t>
      </w:r>
      <w:r>
        <w:rPr>
          <w:b/>
          <w:bCs/>
        </w:rPr>
        <w:t xml:space="preserve">.</w:t>
      </w:r>
      <w:r>
        <w:br/>
      </w:r>
      <w:r>
        <w:t xml:space="preserve">    (a) agreements to marry</w:t>
      </w:r>
      <w:r>
        <w:br/>
      </w:r>
      <w:r>
        <w:t xml:space="preserve">    (b) outward appearances</w:t>
      </w:r>
      <w:r>
        <w:br/>
      </w:r>
      <w:r>
        <w:t xml:space="preserve">    (c) things that confuse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the sideboard, between fluted Sheraton knife-cases, stood a decanter of Haut Brion, and another of the old Lanning port (the gift of a client), which the wastrel Tom Lanning had sold off a year or two before his mysterious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discreditable</w:t>
      </w:r>
      <w:r>
        <w:rPr>
          <w:b/>
          <w:bCs/>
        </w:rPr>
        <w:t xml:space="preserve"> </w:t>
      </w:r>
      <w:r>
        <w:rPr>
          <w:b/>
          <w:bCs/>
        </w:rPr>
        <w:t xml:space="preserve">death in San Francisco—an incident less publicly humiliating to the family than the sale of the cellar.</w:t>
      </w:r>
      <w:r>
        <w:br/>
      </w:r>
      <w:r>
        <w:t xml:space="preserve">    (a) full of strong desire for something</w:t>
      </w:r>
      <w:r>
        <w:br/>
      </w:r>
      <w:r>
        <w:t xml:space="preserve">    (b) tending to damage the reputation of</w:t>
      </w:r>
      <w:r>
        <w:br/>
      </w:r>
      <w:r>
        <w:t xml:space="preserve">    (c) in a manner that takes on or adopts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keep on the surface,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prudent</w:t>
      </w:r>
      <w:r>
        <w:rPr>
          <w:b/>
          <w:bCs/>
        </w:rPr>
        <w:t xml:space="preserve"> </w:t>
      </w:r>
      <w:r>
        <w:rPr>
          <w:b/>
          <w:bCs/>
        </w:rPr>
        <w:t xml:space="preserve">old New York way, than risk uncovering a wound he could not heal.</w:t>
      </w:r>
      <w:r>
        <w:br/>
      </w:r>
      <w:r>
        <w:t xml:space="preserve">    (a) sincerity (realness)</w:t>
      </w:r>
      <w:r>
        <w:br/>
      </w:r>
      <w:r>
        <w:t xml:space="preserve">    (b) sensible and careful</w:t>
      </w:r>
      <w:r>
        <w:br/>
      </w:r>
      <w:r>
        <w:t xml:space="preserve">    (c) not demonstrative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drew them away, and he turned to the door, found his coat and hat under the faint gas-light of the hall, and plunged out into the winter night bursting with the belated eloquence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inarticulate</w:t>
      </w:r>
      <w:r>
        <w:rPr>
          <w:b/>
          <w:bCs/>
        </w:rPr>
        <w:t xml:space="preserve">.</w:t>
      </w:r>
      <w:r>
        <w:br/>
      </w:r>
      <w:r>
        <w:t xml:space="preserve">    (a) unable to express oneself clearly; or not expressed clearly</w:t>
      </w:r>
      <w:r>
        <w:br/>
      </w:r>
      <w:r>
        <w:t xml:space="preserve">    (b) the degree or quality of being exactly vertical or straight</w:t>
      </w:r>
      <w:r>
        <w:br/>
      </w:r>
      <w:r>
        <w:t xml:space="preserve">    (c) tendency to be direct in a disagreeable, insensitive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shed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ironic</w:t>
      </w:r>
      <w:r>
        <w:rPr>
          <w:b/>
          <w:bCs/>
        </w:rPr>
        <w:t xml:space="preserve"> </w:t>
      </w:r>
      <w:r>
        <w:rPr>
          <w:b/>
          <w:bCs/>
        </w:rPr>
        <w:t xml:space="preserve">light on the situation to know...</w:t>
      </w:r>
      <w:r>
        <w:br/>
      </w:r>
      <w:r>
        <w:t xml:space="preserve">    (a) a mental disorder characterized by alternating episodes of major depression and abnormally elevated mood</w:t>
      </w:r>
      <w:r>
        <w:br/>
      </w:r>
      <w:r>
        <w:t xml:space="preserve">    (b) exceedingly funny (resulting in uncontrollable laughter); or exhibiting excessive, uncontrollable emotion</w:t>
      </w:r>
      <w:r>
        <w:br/>
      </w:r>
      <w:r>
        <w:t xml:space="preserve">    (c) indicating that what happened is very different than what might have be 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pronounced the "we" with a faint emphasis that gave it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ironic</w:t>
      </w:r>
      <w:r>
        <w:rPr>
          <w:b/>
          <w:bCs/>
        </w:rPr>
        <w:t xml:space="preserve"> </w:t>
      </w:r>
      <w:r>
        <w:rPr>
          <w:b/>
          <w:bCs/>
        </w:rPr>
        <w:t xml:space="preserve">sound.</w:t>
      </w:r>
      <w:r>
        <w:br/>
      </w:r>
      <w:r>
        <w:t xml:space="preserve">    (a) able to be persuaded to want something (often sex or love) by tempting with something desired</w:t>
      </w:r>
      <w:r>
        <w:br/>
      </w:r>
      <w:r>
        <w:t xml:space="preserve">    (b) nervousness or discomfort felt by someone due to concern about what others will think of them</w:t>
      </w:r>
      <w:r>
        <w:br/>
      </w:r>
      <w:r>
        <w:t xml:space="preserve">    (c) saying one thing while meaning another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European society is not given to divorce: Countess Olenska thought she would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conforming</w:t>
      </w:r>
      <w:r>
        <w:rPr>
          <w:b/>
          <w:bCs/>
        </w:rPr>
        <w:t xml:space="preserve"> </w:t>
      </w:r>
      <w:r>
        <w:rPr>
          <w:b/>
          <w:bCs/>
        </w:rPr>
        <w:t xml:space="preserve">to American ideas in asking for her freedom.</w:t>
      </w:r>
      <w:r>
        <w:br/>
      </w:r>
      <w:r>
        <w:t xml:space="preserve">    (a) complying, fitting in, or being similar to what is normal</w:t>
      </w:r>
      <w:r>
        <w:br/>
      </w:r>
      <w:r>
        <w:t xml:space="preserve">    (b) understanding or explaining something in a particular way</w:t>
      </w:r>
      <w:r>
        <w:br/>
      </w:r>
      <w:r>
        <w:t xml:space="preserve">    (c) making something lighter -- such as an area of a painting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is just like the extraordinary things that foreigners invent about us. They think we dine at two o'clock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divorce!</w:t>
      </w:r>
      <w:r>
        <w:br/>
      </w:r>
      <w:r>
        <w:t xml:space="preserve">    (a) cancel or annul a formal ruling or contract</w:t>
      </w:r>
      <w:r>
        <w:br/>
      </w:r>
      <w:r>
        <w:t xml:space="preserve">    (b) approve of</w:t>
      </w:r>
      <w:r>
        <w:br/>
      </w:r>
      <w:r>
        <w:t xml:space="preserve">    (c) return to an undesirable previous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that there was still time to review, one by one, the familiar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countenances</w:t>
      </w:r>
      <w:r>
        <w:rPr>
          <w:b/>
          <w:bCs/>
        </w:rPr>
        <w:t xml:space="preserve"> </w:t>
      </w:r>
      <w:r>
        <w:rPr>
          <w:b/>
          <w:bCs/>
        </w:rPr>
        <w:t xml:space="preserve">in the first rows;</w:t>
      </w:r>
      <w:r>
        <w:br/>
      </w:r>
      <w:r>
        <w:t xml:space="preserve">    (a) changes; or changed versions</w:t>
      </w:r>
      <w:r>
        <w:br/>
      </w:r>
      <w:r>
        <w:t xml:space="preserve">    (b) faces</w:t>
      </w:r>
      <w:r>
        <w:br/>
      </w:r>
      <w:r>
        <w:t xml:space="preserve">    (c) instances of dramatic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Mrs. Welland agreed, as if allowing for an inherited oddity; and after that the question of Newland's unemployment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tacitly</w:t>
      </w:r>
      <w:r>
        <w:rPr>
          <w:b/>
          <w:bCs/>
        </w:rPr>
        <w:t xml:space="preserve"> </w:t>
      </w:r>
      <w:r>
        <w:rPr>
          <w:b/>
          <w:bCs/>
        </w:rPr>
        <w:t xml:space="preserve">dropped.</w:t>
      </w:r>
      <w:r>
        <w:br/>
      </w:r>
      <w:r>
        <w:t xml:space="preserve">    (a) exactly or accurately</w:t>
      </w:r>
      <w:r>
        <w:br/>
      </w:r>
      <w:r>
        <w:t xml:space="preserve">    (b) completely or totally</w:t>
      </w:r>
      <w:r>
        <w:br/>
      </w:r>
      <w:r>
        <w:t xml:space="preserve">    (c) in an indirect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...she had managed to brush away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conventions</w:t>
      </w:r>
      <w:r>
        <w:rPr>
          <w:b/>
          <w:bCs/>
        </w:rPr>
        <w:t xml:space="preserve"> </w:t>
      </w:r>
      <w:r>
        <w:rPr>
          <w:b/>
          <w:bCs/>
        </w:rPr>
        <w:t xml:space="preserve">and make him feel that to seek to be alone was the natural thing for two old friends who had so much to say to each other....</w:t>
      </w:r>
      <w:r>
        <w:br/>
      </w:r>
      <w:r>
        <w:t xml:space="preserve">    (a) things that help clarify or demonstrate</w:t>
      </w:r>
      <w:r>
        <w:br/>
      </w:r>
      <w:r>
        <w:t xml:space="preserve">    (b) things regarded as normal</w:t>
      </w:r>
      <w:r>
        <w:br/>
      </w:r>
      <w:r>
        <w:t xml:space="preserve">    (c) things accepted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Archer had been wont to smile at these annual vaticinations of his mother's; but this year even he was obliged to acknowledge, as he listened to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enumeration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changes, that the "trend" was visible.</w:t>
      </w:r>
      <w:r>
        <w:br/>
      </w:r>
      <w:r>
        <w:t xml:space="preserve">    (a) to name or list things one-by-one</w:t>
      </w:r>
      <w:r>
        <w:br/>
      </w:r>
      <w:r>
        <w:t xml:space="preserve">    (b) the act of recognizing difference</w:t>
      </w:r>
      <w:r>
        <w:br/>
      </w:r>
      <w:r>
        <w:t xml:space="preserve">    (c) someone who expresses disapproval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May met the question with her unshaken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candour</w:t>
      </w:r>
      <w:r>
        <w:rPr>
          <w:b/>
          <w:bCs/>
        </w:rPr>
        <w:t xml:space="preserve">.</w:t>
      </w:r>
      <w:r>
        <w:br/>
      </w:r>
      <w:r>
        <w:t xml:space="preserve">    (a) honesty and directness</w:t>
      </w:r>
      <w:r>
        <w:br/>
      </w:r>
      <w:r>
        <w:t xml:space="preserve">    (b) lacks adequate funding</w:t>
      </w:r>
      <w:r>
        <w:br/>
      </w:r>
      <w:r>
        <w:t xml:space="preserve">    (c) lowers moral standards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2026-07-31T14:59:02Z</dcterms:created>
  <dcterms:modified xsi:type="dcterms:W3CDTF">2026-07-31T14:59:02Z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