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b85dd1fe32dd5dec99f01a6cd68bc601a4ab76"/>
    <w:p>
      <w:pPr>
        <w:pStyle w:val="Heading1"/>
      </w:pPr>
      <w:r>
        <w:rPr>
          <w:b/>
          <w:bCs/>
        </w:rPr>
        <w:t xml:space="preserve">The Age of Innocence</w:t>
      </w:r>
      <w:r>
        <w:br/>
      </w:r>
      <w:r>
        <w:rPr>
          <w:i/>
          <w:iCs/>
        </w:rPr>
        <w:t xml:space="preserve">Edith Wharton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But, in the first place, New York was a metropolis, and perfectly aware that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metropolises</w:t>
      </w:r>
      <w:r>
        <w:rPr>
          <w:b/>
          <w:bCs/>
        </w:rPr>
        <w:t xml:space="preserve"> </w:t>
      </w:r>
      <w:r>
        <w:rPr>
          <w:b/>
          <w:bCs/>
        </w:rPr>
        <w:t xml:space="preserve">it was "not the thing" to arrive early at the opera; and what was or was not "the thing" played a part as important in Newland Archer's New York as the inscrutable totem terrors that had ruled the destinies of his forefathers thousands of years ago.</w:t>
      </w:r>
      <w:r>
        <w:br/>
      </w:r>
      <w:r>
        <w:t xml:space="preserve">    (a) translations</w:t>
      </w:r>
      <w:r>
        <w:br/>
      </w:r>
      <w:r>
        <w:t xml:space="preserve">    (b) concentrates</w:t>
      </w:r>
      <w:r>
        <w:br/>
      </w:r>
      <w:r>
        <w:t xml:space="preserve">    (c) large cities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dawdled over his cigar because he was at heart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dilettante</w:t>
      </w:r>
      <w:r>
        <w:rPr>
          <w:b/>
          <w:bCs/>
        </w:rPr>
        <w:t xml:space="preserve">, and thinking over a pleasure to come often gave him a subtler satisfaction than its realisation.</w:t>
      </w:r>
      <w:r>
        <w:br/>
      </w:r>
      <w:r>
        <w:t xml:space="preserve">    (a) related to or causing dramatic change; of a supporter of the change</w:t>
      </w:r>
      <w:r>
        <w:br/>
      </w:r>
      <w:r>
        <w:t xml:space="preserve">    (b) someone with an interest in an area, but without deep understanding</w:t>
      </w:r>
      <w:r>
        <w:br/>
      </w:r>
      <w:r>
        <w:t xml:space="preserve">    (c) a series of regularly spaced columns -- typically covered by a roof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Nothing could be in worse taste than misplaced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flippancy</w:t>
      </w:r>
      <w:r>
        <w:rPr>
          <w:b/>
          <w:bCs/>
        </w:rPr>
        <w:t xml:space="preserve">; and he answered somewhat stiffly: "Yes, you have been away a very long time."</w:t>
      </w:r>
      <w:r>
        <w:br/>
      </w:r>
      <w:r>
        <w:t xml:space="preserve">    (a) a Muslim religious teacher or leader</w:t>
      </w:r>
      <w:r>
        <w:br/>
      </w:r>
      <w:r>
        <w:t xml:space="preserve">    (b) lacking experience or sophistication</w:t>
      </w:r>
      <w:r>
        <w:br/>
      </w:r>
      <w:r>
        <w:t xml:space="preserve">    (c) an inappropriate lack of seriousness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indolent</w:t>
      </w:r>
      <w:r>
        <w:rPr>
          <w:b/>
          <w:bCs/>
        </w:rPr>
        <w:t xml:space="preserve">, passive, the caustic even called her dull</w:t>
      </w:r>
      <w:r>
        <w:br/>
      </w:r>
      <w:r>
        <w:t xml:space="preserve">    (a) impulsive</w:t>
      </w:r>
      <w:r>
        <w:br/>
      </w:r>
      <w:r>
        <w:t xml:space="preserve">    (b) lazy</w:t>
      </w:r>
      <w:r>
        <w:br/>
      </w:r>
      <w:r>
        <w:t xml:space="preserve">    (c) unfocused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indolent, passive,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caustic</w:t>
      </w:r>
      <w:r>
        <w:rPr>
          <w:b/>
          <w:bCs/>
        </w:rPr>
        <w:t xml:space="preserve"> </w:t>
      </w:r>
      <w:r>
        <w:rPr>
          <w:b/>
          <w:bCs/>
        </w:rPr>
        <w:t xml:space="preserve">even called her dull;</w:t>
      </w:r>
      <w:r>
        <w:br/>
      </w:r>
      <w:r>
        <w:t xml:space="preserve">    (a) in the way mentioned or shown</w:t>
      </w:r>
      <w:r>
        <w:br/>
      </w:r>
      <w:r>
        <w:t xml:space="preserve">    (b) not mirroring back (an image)</w:t>
      </w:r>
      <w:r>
        <w:br/>
      </w:r>
      <w:r>
        <w:t xml:space="preserve">    (c) harsh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"Ah—I hope the house will be gayer, now that Ellen's here!" cried Mrs. Mingott with a glorious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effrontery</w:t>
      </w:r>
      <w:r>
        <w:rPr>
          <w:b/>
          <w:bCs/>
        </w:rPr>
        <w:t xml:space="preserve">.</w:t>
      </w:r>
      <w:r>
        <w:br/>
      </w:r>
      <w:r>
        <w:t xml:space="preserve">    (a) pressure to rush</w:t>
      </w:r>
      <w:r>
        <w:br/>
      </w:r>
      <w:r>
        <w:t xml:space="preserve">    (b) misunderstanding</w:t>
      </w:r>
      <w:r>
        <w:br/>
      </w:r>
      <w:r>
        <w:t xml:space="preserve">    (c) rude and disrespectful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Mr. Jackson had helped himself to a slice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tepid</w:t>
      </w:r>
      <w:r>
        <w:rPr>
          <w:b/>
          <w:bCs/>
        </w:rPr>
        <w:t xml:space="preserve"> </w:t>
      </w:r>
      <w:r>
        <w:rPr>
          <w:b/>
          <w:bCs/>
        </w:rPr>
        <w:t xml:space="preserve">filet which the mournful butler had handed him with a look as sceptical as his own, and had rejected the mushroom sauce after a scarcely perceptible sniff.</w:t>
      </w:r>
      <w:r>
        <w:br/>
      </w:r>
      <w:r>
        <w:t xml:space="preserve">    (a) trustworthy with secrets or subtle (not attracting attention)</w:t>
      </w:r>
      <w:r>
        <w:br/>
      </w:r>
      <w:r>
        <w:t xml:space="preserve">    (b) related to the setting or situation in which something occurs</w:t>
      </w:r>
      <w:r>
        <w:br/>
      </w:r>
      <w:r>
        <w:t xml:space="preserve">    (c) only slightly warm; or lacking heat, enthusiasm, or intensity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Mr. Jackson had helped himself to a slice of the tepid filet which the mournful butler had handed him with a look as sceptical as his own, and had rejected the mushroom sauce after a scarcely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perceptible</w:t>
      </w:r>
      <w:r>
        <w:rPr>
          <w:b/>
          <w:bCs/>
        </w:rPr>
        <w:t xml:space="preserve"> </w:t>
      </w:r>
      <w:r>
        <w:rPr>
          <w:b/>
          <w:bCs/>
        </w:rPr>
        <w:t xml:space="preserve">sniff.</w:t>
      </w:r>
      <w:r>
        <w:br/>
      </w:r>
      <w:r>
        <w:t xml:space="preserve">    (a) capable of being noticed</w:t>
      </w:r>
      <w:r>
        <w:br/>
      </w:r>
      <w:r>
        <w:t xml:space="preserve">    (b) the state of being awake</w:t>
      </w:r>
      <w:r>
        <w:br/>
      </w:r>
      <w:r>
        <w:t xml:space="preserve">    (c) able to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they were generally accompanied by a sense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compunction</w:t>
      </w:r>
      <w:r>
        <w:rPr>
          <w:b/>
          <w:bCs/>
        </w:rPr>
        <w:t xml:space="preserve"> </w:t>
      </w:r>
      <w:r>
        <w:rPr>
          <w:b/>
          <w:bCs/>
        </w:rPr>
        <w:t xml:space="preserve">and self-abasement of which Newland Archer felt no trace.</w:t>
      </w:r>
      <w:r>
        <w:br/>
      </w:r>
      <w:r>
        <w:t xml:space="preserve">    (a) ruling on a point of Islamic law that is given by a recognized authority</w:t>
      </w:r>
      <w:r>
        <w:br/>
      </w:r>
      <w:r>
        <w:t xml:space="preserve">    (b) guilt for a misdeed; or a feeling that it would be wrong to do something</w:t>
      </w:r>
      <w:r>
        <w:br/>
      </w:r>
      <w:r>
        <w:t xml:space="preserve">    (c) thinking or guessing with uncertainty; or the resulting thought or guess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"But I hope you HAD finished your reading, Henry?" his wife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.</w:t>
      </w:r>
      <w:r>
        <w:br/>
      </w:r>
      <w:r>
        <w:t xml:space="preserve">    (a) not justified or explained as an understandable reaction to another action</w:t>
      </w:r>
      <w:r>
        <w:br/>
      </w:r>
      <w:r>
        <w:t xml:space="preserve">    (b) to insert between other elements; or to interrupt or stop action by others</w:t>
      </w:r>
      <w:r>
        <w:br/>
      </w:r>
      <w:r>
        <w:t xml:space="preserve">    (c) (verb) drew pictures to accompany  OR  (adjective) accompanied by pictures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was the custom in old-fashioned Episcopalian New York, she usually accompanied her parents to church on Sunday afternoons; but Mrs. Welland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condoned</w:t>
      </w:r>
      <w:r>
        <w:rPr>
          <w:b/>
          <w:bCs/>
        </w:rPr>
        <w:t xml:space="preserve"> </w:t>
      </w:r>
      <w:r>
        <w:rPr>
          <w:b/>
          <w:bCs/>
        </w:rPr>
        <w:t xml:space="preserve">her truancy, having that very morning won her over to the necessity of a long engagement, with time to prepare a hand-embroidered trousseau containing the proper number of dozens.</w:t>
      </w:r>
      <w:r>
        <w:br/>
      </w:r>
      <w:r>
        <w:t xml:space="preserve">    (a) not fit for service to humans or home life</w:t>
      </w:r>
      <w:r>
        <w:br/>
      </w:r>
      <w:r>
        <w:t xml:space="preserve">    (b) accepted without criticism; or approved of</w:t>
      </w:r>
      <w:r>
        <w:br/>
      </w:r>
      <w:r>
        <w:t xml:space="preserve">    (c) emphasized (called attention to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respect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</w:t>
      </w:r>
      <w:r>
        <w:rPr>
          <w:b/>
          <w:bCs/>
        </w:rPr>
        <w:t xml:space="preserve">, sir; but in this case I believe true delicacy requires you to do as I ask.</w:t>
      </w:r>
      <w:r>
        <w:br/>
      </w:r>
      <w:r>
        <w:t xml:space="preserve">    (a) to stick out, attract more attention than desired, or impose on others</w:t>
      </w:r>
      <w:r>
        <w:br/>
      </w:r>
      <w:r>
        <w:t xml:space="preserve">    (b) an ethical or moral principle that discourages certain kinds of action</w:t>
      </w:r>
      <w:r>
        <w:br/>
      </w:r>
      <w:r>
        <w:t xml:space="preserve">    (c) speak in a manner that does not clearly express an opinion or decision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stood up at this, wandered across the room, stared with void eyes at one of the pictures against the old red damask, and came back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irresolutely</w:t>
      </w:r>
      <w:r>
        <w:rPr>
          <w:b/>
          <w:bCs/>
        </w:rPr>
        <w:t xml:space="preserve"> </w:t>
      </w:r>
      <w:r>
        <w:rPr>
          <w:b/>
          <w:bCs/>
        </w:rPr>
        <w:t xml:space="preserve">to her side.</w:t>
      </w:r>
      <w:r>
        <w:br/>
      </w:r>
      <w:r>
        <w:t xml:space="preserve">    (a) uncertain how to act or proceed</w:t>
      </w:r>
      <w:r>
        <w:br/>
      </w:r>
      <w:r>
        <w:t xml:space="preserve">    (b) in a manner that is not sincere</w:t>
      </w:r>
      <w:r>
        <w:br/>
      </w:r>
      <w:r>
        <w:t xml:space="preserve">    (c) in comparison to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wanted to thank her for having been to see his mother, but under the ancestress's malicious eye he felt himself tongue-tied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constrained</w:t>
      </w:r>
      <w:r>
        <w:rPr>
          <w:b/>
          <w:bCs/>
        </w:rPr>
        <w:t xml:space="preserve">.</w:t>
      </w:r>
      <w:r>
        <w:br/>
      </w:r>
      <w:r>
        <w:t xml:space="preserve">    (a) not provided with investment funds</w:t>
      </w:r>
      <w:r>
        <w:br/>
      </w:r>
      <w:r>
        <w:t xml:space="preserve">    (b) restricted; or lacking spontaneity</w:t>
      </w:r>
      <w:r>
        <w:br/>
      </w:r>
      <w:r>
        <w:t xml:space="preserve">    (c) stopped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Marchioness shook her head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reprovingly</w:t>
      </w:r>
      <w:r>
        <w:rPr>
          <w:b/>
          <w:bCs/>
        </w:rPr>
        <w:t xml:space="preserve">.</w:t>
      </w:r>
      <w:r>
        <w:br/>
      </w:r>
      <w:r>
        <w:t xml:space="preserve">    (a) in a wasteful manner</w:t>
      </w:r>
      <w:r>
        <w:br/>
      </w:r>
      <w:r>
        <w:t xml:space="preserve">    (b) with great annoyance</w:t>
      </w:r>
      <w:r>
        <w:br/>
      </w:r>
      <w:r>
        <w:t xml:space="preserve">    (c) in a critical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at least, if he was going to break with tradition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flout</w:t>
      </w:r>
      <w:r>
        <w:rPr>
          <w:b/>
          <w:bCs/>
        </w:rPr>
        <w:t xml:space="preserve"> </w:t>
      </w:r>
      <w:r>
        <w:rPr>
          <w:b/>
          <w:bCs/>
        </w:rPr>
        <w:t xml:space="preserve">society in the face, he need not have married poor Amy Dagonet, who had a right to expect "something different," and money enough to keep her own carriage.</w:t>
      </w:r>
      <w:r>
        <w:br/>
      </w:r>
      <w:r>
        <w:t xml:space="preserve">    (a) make more varied</w:t>
      </w:r>
      <w:r>
        <w:br/>
      </w:r>
      <w:r>
        <w:t xml:space="preserve">    (b) take on or adopt</w:t>
      </w:r>
      <w:r>
        <w:br/>
      </w:r>
      <w:r>
        <w:t xml:space="preserve">    (c) openly disregard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melancholy possibility of having to "kill time" (especially for those who did not care for whist or solitaire) was a vision that haunted her as the specter of the unemployed haunts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philanthropist</w:t>
      </w:r>
      <w:r>
        <w:rPr>
          <w:b/>
          <w:bCs/>
        </w:rPr>
        <w:t xml:space="preserve">.</w:t>
      </w:r>
      <w:r>
        <w:br/>
      </w:r>
      <w:r>
        <w:t xml:space="preserve">    (a) someone who helps others -- especially by donating money to worthy causes</w:t>
      </w:r>
      <w:r>
        <w:br/>
      </w:r>
      <w:r>
        <w:t xml:space="preserve">    (b) a feeling of anger or unhappiness at having to accept something not liked</w:t>
      </w:r>
      <w:r>
        <w:br/>
      </w:r>
      <w:r>
        <w:t xml:space="preserve">    (c) Hitler's fanatical and oppressive political party in World War II Germany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idea of absolute financial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probity</w:t>
      </w:r>
      <w:r>
        <w:rPr>
          <w:b/>
          <w:bCs/>
        </w:rPr>
        <w:t xml:space="preserve"> </w:t>
      </w:r>
      <w:r>
        <w:rPr>
          <w:b/>
          <w:bCs/>
        </w:rPr>
        <w:t xml:space="preserve">as the first law of a gentleman's code was too deeply ingrained in him for sentimental considerations to weaken it.</w:t>
      </w:r>
      <w:r>
        <w:br/>
      </w:r>
      <w:r>
        <w:t xml:space="preserve">    (a) devices that convert light into electricity</w:t>
      </w:r>
      <w:r>
        <w:br/>
      </w:r>
      <w:r>
        <w:t xml:space="preserve">    (b) temperature scale used in most of the world</w:t>
      </w:r>
      <w:r>
        <w:br/>
      </w:r>
      <w:r>
        <w:t xml:space="preserve">    (c) complete honesty and strong moral integrity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hateful to find himself the prisoner of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hackneyed</w:t>
      </w:r>
      <w:r>
        <w:rPr>
          <w:b/>
          <w:bCs/>
        </w:rPr>
        <w:t xml:space="preserve"> </w:t>
      </w:r>
      <w:r>
        <w:rPr>
          <w:b/>
          <w:bCs/>
        </w:rPr>
        <w:t xml:space="preserve">vocabulary.</w:t>
      </w:r>
      <w:r>
        <w:br/>
      </w:r>
      <w:r>
        <w:t xml:space="preserve">    (a) unimaginative and filled with overused expressions</w:t>
      </w:r>
      <w:r>
        <w:br/>
      </w:r>
      <w:r>
        <w:t xml:space="preserve">    (b) the quality or degree of being straightforward or clear (sometimes indicating that truth is not worded carefully to spare feelings or gain advantage)</w:t>
      </w:r>
      <w:r>
        <w:br/>
      </w:r>
      <w:r>
        <w:t xml:space="preserve">    (c) the degree to which a performance of or to someone else's work lends itself to the expression of personal artistic ideas or feelings by the performer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 long pause, which the inner devils filled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strident</w:t>
      </w:r>
      <w:r>
        <w:rPr>
          <w:b/>
          <w:bCs/>
        </w:rPr>
        <w:t xml:space="preserve"> </w:t>
      </w:r>
      <w:r>
        <w:rPr>
          <w:b/>
          <w:bCs/>
        </w:rPr>
        <w:t xml:space="preserve">laughter; then May freed herself from his arms and stood up.</w:t>
      </w:r>
      <w:r>
        <w:br/>
      </w:r>
      <w:r>
        <w:t xml:space="preserve">    (a) not capable of being better understood through detailed examination</w:t>
      </w:r>
      <w:r>
        <w:br/>
      </w:r>
      <w:r>
        <w:t xml:space="preserve">    (b) unpleasantly forceful when expressing opinions; or loud and harsh</w:t>
      </w:r>
      <w:r>
        <w:br/>
      </w:r>
      <w:r>
        <w:br/>
      </w:r>
      <w:r>
        <w:br/>
      </w:r>
      <w:r>
        <w:t xml:space="preserve">    (c) clear, easily noticed, and/or identifiable as different or separate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2026-07-31T14:59:03Z</dcterms:created>
  <dcterms:modified xsi:type="dcterms:W3CDTF">2026-07-31T14:59:03Z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