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the-aeneid-virgil-vocabulary-preview"/>
    <w:p>
      <w:pPr>
        <w:pStyle w:val="Heading1"/>
      </w:pPr>
      <w:r>
        <w:rPr>
          <w:b/>
          <w:bCs/>
        </w:rPr>
        <w:t xml:space="preserve">The Aeneid</w:t>
      </w:r>
      <w:r>
        <w:br/>
      </w:r>
      <w:r>
        <w:rPr>
          <w:i/>
          <w:iCs/>
        </w:rPr>
        <w:t xml:space="preserve">Virgil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song is called "</w:t>
      </w:r>
      <w:r>
        <w:rPr>
          <w:b/>
          <w:bCs/>
          <w:u w:val="single"/>
        </w:rPr>
        <w:t xml:space="preserve">Abide</w:t>
      </w:r>
      <w:r>
        <w:rPr>
          <w:b/>
          <w:bCs/>
        </w:rPr>
        <w:t xml:space="preserve"> </w:t>
      </w:r>
      <w:r>
        <w:rPr>
          <w:b/>
          <w:bCs/>
        </w:rPr>
        <w:t xml:space="preserve">With Me."</w:t>
      </w:r>
      <w:r>
        <w:br/>
      </w:r>
      <w:r>
        <w:t xml:space="preserve">    (a) tolerate</w:t>
      </w:r>
      <w:r>
        <w:br/>
      </w:r>
      <w:r>
        <w:t xml:space="preserve">    (b) grow</w:t>
      </w:r>
      <w:r>
        <w:br/>
      </w:r>
      <w:r>
        <w:t xml:space="preserve">    (c) live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Clear skies and a warm breeze made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start to the journey.</w:t>
      </w:r>
      <w:r>
        <w:br/>
      </w:r>
      <w:r>
        <w:t xml:space="preserve">    (a) dull and ordinary</w:t>
      </w:r>
      <w:r>
        <w:br/>
      </w:r>
      <w:r>
        <w:t xml:space="preserve">    (b) ominous and dark</w:t>
      </w:r>
      <w:r>
        <w:br/>
      </w:r>
      <w:r>
        <w:t xml:space="preserve">    (c) favorable and promising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lacking</w:t>
      </w:r>
      <w:r>
        <w:br/>
      </w:r>
      <w:r>
        <w:t xml:space="preserve">    (b) proud</w:t>
      </w:r>
      <w:r>
        <w:br/>
      </w:r>
      <w:r>
        <w:t xml:space="preserve">    (c) with a natural defense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gives</w:t>
      </w:r>
      <w:r>
        <w:br/>
      </w:r>
      <w:r>
        <w:t xml:space="preserve">    (b) shows</w:t>
      </w:r>
      <w:r>
        <w:br/>
      </w:r>
      <w:r>
        <w:t xml:space="preserve">    (c) recommends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accept</w:t>
      </w:r>
      <w:r>
        <w:br/>
      </w:r>
      <w:r>
        <w:t xml:space="preserve">    (b) understand</w:t>
      </w:r>
      <w:r>
        <w:br/>
      </w:r>
      <w:r>
        <w:t xml:space="preserve">    (c) express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intense anger</w:t>
      </w:r>
      <w:r>
        <w:br/>
      </w:r>
      <w:r>
        <w:t xml:space="preserve">    (b) humility</w:t>
      </w:r>
      <w:r>
        <w:br/>
      </w:r>
      <w:r>
        <w:t xml:space="preserve">    (c) lack of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third year of their brutal civil war, moderates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 </w:t>
      </w:r>
      <w:r>
        <w:rPr>
          <w:b/>
          <w:bCs/>
        </w:rPr>
        <w:t xml:space="preserve">by the west.</w:t>
      </w:r>
      <w:r>
        <w:br/>
      </w:r>
      <w:r>
        <w:t xml:space="preserve">    (a) respected</w:t>
      </w:r>
      <w:r>
        <w:br/>
      </w:r>
      <w:r>
        <w:t xml:space="preserve">    (b) defeated</w:t>
      </w:r>
      <w:r>
        <w:br/>
      </w:r>
      <w:r>
        <w:t xml:space="preserve">    (c) abandoned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arrogant</w:t>
      </w:r>
      <w:r>
        <w:br/>
      </w:r>
      <w:r>
        <w:t xml:space="preserve">    (b) optimistic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wealthy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type of bird</w:t>
      </w:r>
      <w:r>
        <w:br/>
      </w:r>
      <w:r>
        <w:t xml:space="preserve">    (b) lucky survivor</w:t>
      </w:r>
      <w:r>
        <w:br/>
      </w:r>
      <w:r>
        <w:t xml:space="preserve">    (c) human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slow death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injury.</w:t>
      </w:r>
      <w:r>
        <w:br/>
      </w:r>
      <w:r>
        <w:t xml:space="preserve">    (a) causing death</w:t>
      </w:r>
      <w:r>
        <w:br/>
      </w:r>
      <w:r>
        <w:t xml:space="preserve">    (b) seemingly minor</w:t>
      </w:r>
      <w:r>
        <w:br/>
      </w:r>
      <w:r>
        <w:t xml:space="preserve">    (c) unjust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planning, the day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nuptials</w:t>
      </w:r>
      <w:r>
        <w:rPr>
          <w:b/>
          <w:bCs/>
        </w:rPr>
        <w:t xml:space="preserve"> </w:t>
      </w:r>
      <w:r>
        <w:rPr>
          <w:b/>
          <w:bCs/>
        </w:rPr>
        <w:t xml:space="preserve">finally arrived.</w:t>
      </w:r>
      <w:r>
        <w:br/>
      </w:r>
      <w:r>
        <w:t xml:space="preserve">    (a) move</w:t>
      </w:r>
      <w:r>
        <w:br/>
      </w:r>
      <w:r>
        <w:t xml:space="preserve">    (b) wedding</w:t>
      </w:r>
      <w:r>
        <w:br/>
      </w:r>
      <w:r>
        <w:t xml:space="preserve">    (c) vacation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appearance of Halley's comet in 1066, was seen by many 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omen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Norman Conquest would be successful.</w:t>
      </w:r>
      <w:r>
        <w:br/>
      </w:r>
      <w:r>
        <w:t xml:space="preserve">    (a) a scientific explanation</w:t>
      </w:r>
      <w:r>
        <w:br/>
      </w:r>
      <w:r>
        <w:t xml:space="preserve">    (b) the cause (of an important event)</w:t>
      </w:r>
      <w:r>
        <w:br/>
      </w:r>
      <w:r>
        <w:t xml:space="preserve">    (c) a sign (of what would happen)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traditional</w:t>
      </w:r>
      <w:r>
        <w:br/>
      </w:r>
      <w:r>
        <w:t xml:space="preserve">    (b) non-traditional</w:t>
      </w:r>
      <w:r>
        <w:br/>
      </w:r>
      <w:r>
        <w:t xml:space="preserve">    (c) highly religious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sudden appearance of dark clouds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portent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impending storm.</w:t>
      </w:r>
      <w:r>
        <w:br/>
      </w:r>
      <w:r>
        <w:t xml:space="preserve">    (a) sign</w:t>
      </w:r>
      <w:r>
        <w:br/>
      </w:r>
      <w:r>
        <w:t xml:space="preserve">    (b) beginning</w:t>
      </w:r>
      <w:r>
        <w:br/>
      </w:r>
      <w:r>
        <w:t xml:space="preserve">    (c)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reign</w:t>
      </w:r>
      <w:r>
        <w:rPr>
          <w:b/>
          <w:bCs/>
        </w:rPr>
        <w:t xml:space="preserve">, Augustus shrank the size of the senate from 900 to 600 members.</w:t>
      </w:r>
      <w:r>
        <w:br/>
      </w:r>
      <w:r>
        <w:t xml:space="preserve">    (a) time during which he ruled</w:t>
      </w:r>
      <w:r>
        <w:br/>
      </w:r>
      <w:r>
        <w:t xml:space="preserve">    (b) period of rapid change</w:t>
      </w:r>
      <w:r>
        <w:br/>
      </w:r>
      <w:r>
        <w:t xml:space="preserve">    (c) lifetime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extremely hard</w:t>
      </w:r>
      <w:r>
        <w:br/>
      </w:r>
      <w:r>
        <w:t xml:space="preserve">    (b) easily found</w:t>
      </w:r>
      <w:r>
        <w:br/>
      </w:r>
      <w:r>
        <w:t xml:space="preserve">    (c) in short supply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founded</w:t>
      </w:r>
      <w:r>
        <w:br/>
      </w:r>
      <w:r>
        <w:t xml:space="preserve">    (b) rejected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destroyed</w:t>
      </w:r>
      <w:r>
        <w:br/>
      </w:r>
      <w:r>
        <w:t xml:space="preserve">    (b) produced</w:t>
      </w:r>
      <w:r>
        <w:br/>
      </w:r>
      <w:r>
        <w:t xml:space="preserve">    (c) slowed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gave in</w:t>
      </w:r>
      <w:r>
        <w:br/>
      </w:r>
      <w:r>
        <w:t xml:space="preserve">    (b) produced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2026-07-31T15:06:09Z</dcterms:created>
  <dcterms:modified xsi:type="dcterms:W3CDTF">2026-07-31T15:06:09Z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