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f0c7553793f3ba9715918daf84ce4d1f7310b29"/>
    <w:p>
      <w:pPr>
        <w:pStyle w:val="Heading1"/>
      </w:pPr>
      <w:r>
        <w:rPr>
          <w:b/>
          <w:bCs/>
        </w:rPr>
        <w:t xml:space="preserve">The Aeneid</w:t>
      </w:r>
      <w:r>
        <w:br/>
      </w:r>
      <w:r>
        <w:rPr>
          <w:i/>
          <w:iCs/>
        </w:rPr>
        <w:t xml:space="preserve">Virgil</w:t>
      </w:r>
      <w:r>
        <w:br/>
      </w:r>
      <w:r>
        <w:rPr>
          <w:b/>
          <w:bCs/>
        </w:rPr>
        <w:t xml:space="preserve">Extra Credit 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FDA discovered the problem while reviewing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adverse</w:t>
      </w:r>
      <w:r>
        <w:rPr>
          <w:b/>
          <w:bCs/>
        </w:rPr>
        <w:t xml:space="preserve"> </w:t>
      </w:r>
      <w:r>
        <w:rPr>
          <w:b/>
          <w:bCs/>
        </w:rPr>
        <w:t xml:space="preserve">events reported in the database.</w:t>
      </w:r>
      <w:r>
        <w:br/>
      </w:r>
      <w:r>
        <w:t xml:space="preserve">    (a) harmful</w:t>
      </w:r>
      <w:r>
        <w:br/>
      </w:r>
      <w:r>
        <w:t xml:space="preserve">    (b) minor</w:t>
      </w:r>
      <w:r>
        <w:br/>
      </w:r>
      <w:r>
        <w:t xml:space="preserve">    (c) routine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does little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allay</w:t>
      </w:r>
      <w:r>
        <w:rPr>
          <w:b/>
          <w:bCs/>
        </w:rPr>
        <w:t xml:space="preserve"> </w:t>
      </w:r>
      <w:r>
        <w:rPr>
          <w:b/>
          <w:bCs/>
        </w:rPr>
        <w:t xml:space="preserve">Israeli fears.</w:t>
      </w:r>
      <w:r>
        <w:br/>
      </w:r>
      <w:r>
        <w:t xml:space="preserve">    (a) reduce</w:t>
      </w:r>
      <w:r>
        <w:br/>
      </w:r>
      <w:r>
        <w:t xml:space="preserve">    (b) distract from</w:t>
      </w:r>
      <w:r>
        <w:br/>
      </w:r>
      <w:r>
        <w:t xml:space="preserve">    (c) increase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took every opportunity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assail</w:t>
      </w:r>
      <w:r>
        <w:rPr>
          <w:b/>
          <w:bCs/>
        </w:rPr>
        <w:t xml:space="preserve"> </w:t>
      </w:r>
      <w:r>
        <w:rPr>
          <w:b/>
          <w:bCs/>
        </w:rPr>
        <w:t xml:space="preserve">the policy.</w:t>
      </w:r>
      <w:r>
        <w:br/>
      </w:r>
      <w:r>
        <w:t xml:space="preserve">    (a) understand</w:t>
      </w:r>
      <w:r>
        <w:br/>
      </w:r>
      <w:r>
        <w:t xml:space="preserve">    (b) study</w:t>
      </w:r>
      <w:r>
        <w:br/>
      </w:r>
      <w:r>
        <w:t xml:space="preserve">    (c) attack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early test results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augur</w:t>
      </w:r>
      <w:r>
        <w:rPr>
          <w:b/>
          <w:bCs/>
        </w:rPr>
        <w:t xml:space="preserve"> </w:t>
      </w:r>
      <w:r>
        <w:rPr>
          <w:b/>
          <w:bCs/>
        </w:rPr>
        <w:t xml:space="preserve">a successful launch for the new vaccine.</w:t>
      </w:r>
      <w:r>
        <w:br/>
      </w:r>
      <w:r>
        <w:t xml:space="preserve">    (a) delay and postpone</w:t>
      </w:r>
      <w:r>
        <w:br/>
      </w:r>
      <w:r>
        <w:t xml:space="preserve">    (b) predict and foretell</w:t>
      </w:r>
      <w:r>
        <w:br/>
      </w:r>
      <w:r>
        <w:t xml:space="preserve">    (c) ignore and forget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the dark clouds rolled in on the morning of the picnic, she took it as a bad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augury</w:t>
      </w:r>
      <w:r>
        <w:rPr>
          <w:b/>
          <w:bCs/>
        </w:rPr>
        <w:t xml:space="preserve"> </w:t>
      </w:r>
      <w:r>
        <w:rPr>
          <w:b/>
          <w:bCs/>
        </w:rPr>
        <w:t xml:space="preserve">for how the day would go.</w:t>
      </w:r>
      <w:r>
        <w:br/>
      </w:r>
      <w:r>
        <w:t xml:space="preserve">    (a) something that is different than others of its type (synonyms could include: adaptation, version, alternate form)</w:t>
      </w:r>
      <w:r>
        <w:br/>
      </w:r>
      <w:r>
        <w:t xml:space="preserve">    (b) omen or sign</w:t>
      </w:r>
      <w:r>
        <w:br/>
      </w:r>
      <w:r>
        <w:t xml:space="preserve">    (c) related to a theory that views history as class struggle and argues that capitalism will be replaced by communism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My aunt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bequeathed</w:t>
      </w:r>
      <w:r>
        <w:rPr>
          <w:b/>
          <w:bCs/>
        </w:rPr>
        <w:t xml:space="preserve"> </w:t>
      </w:r>
      <w:r>
        <w:rPr>
          <w:b/>
          <w:bCs/>
        </w:rPr>
        <w:t xml:space="preserve">me her pearl necklace.</w:t>
      </w:r>
      <w:r>
        <w:br/>
      </w:r>
      <w:r>
        <w:t xml:space="preserve">    (a) loaned</w:t>
      </w:r>
      <w:r>
        <w:br/>
      </w:r>
      <w:r>
        <w:t xml:space="preserve">    (b) gave</w:t>
      </w:r>
      <w:r>
        <w:br/>
      </w:r>
      <w:r>
        <w:t xml:space="preserve">    (c) took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new company was halted in their tracks when the city had a cease-and-</w:t>
      </w:r>
      <w:r>
        <w:rPr>
          <w:b/>
          <w:bCs/>
          <w:u w:val="single"/>
        </w:rPr>
        <w:t xml:space="preserve">desist</w:t>
      </w:r>
      <w:r>
        <w:rPr>
          <w:b/>
          <w:bCs/>
        </w:rPr>
        <w:t xml:space="preserve"> </w:t>
      </w:r>
      <w:r>
        <w:rPr>
          <w:b/>
          <w:bCs/>
        </w:rPr>
        <w:t xml:space="preserve">order issued.</w:t>
      </w:r>
      <w:r>
        <w:br/>
      </w:r>
      <w:r>
        <w:t xml:space="preserve">    (a) influence or effect</w:t>
      </w:r>
      <w:r>
        <w:br/>
      </w:r>
      <w:r>
        <w:t xml:space="preserve">    (b) to not do something</w:t>
      </w:r>
      <w:r>
        <w:br/>
      </w:r>
      <w:r>
        <w:t xml:space="preserve">    (c) gain advantage from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disclaims</w:t>
      </w:r>
      <w:r>
        <w:rPr>
          <w:b/>
          <w:bCs/>
        </w:rPr>
        <w:t xml:space="preserve"> </w:t>
      </w:r>
      <w:r>
        <w:rPr>
          <w:b/>
          <w:bCs/>
        </w:rPr>
        <w:t xml:space="preserve">any knowledge of such abuses.</w:t>
      </w:r>
      <w:r>
        <w:br/>
      </w:r>
      <w:r>
        <w:t xml:space="preserve">    (a) takes credit for</w:t>
      </w:r>
      <w:r>
        <w:br/>
      </w:r>
      <w:r>
        <w:t xml:space="preserve">    (b) denies</w:t>
      </w:r>
      <w:r>
        <w:br/>
      </w:r>
      <w:r>
        <w:t xml:space="preserve">    (c) requests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is too much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discord</w:t>
      </w:r>
      <w:r>
        <w:rPr>
          <w:b/>
          <w:bCs/>
        </w:rPr>
        <w:t xml:space="preserve"> </w:t>
      </w:r>
      <w:r>
        <w:rPr>
          <w:b/>
          <w:bCs/>
        </w:rPr>
        <w:t xml:space="preserve">in their home.</w:t>
      </w:r>
      <w:r>
        <w:br/>
      </w:r>
      <w:r>
        <w:t xml:space="preserve">    (a) loud noise</w:t>
      </w:r>
      <w:r>
        <w:br/>
      </w:r>
      <w:r>
        <w:t xml:space="preserve">    (b) uncritical agreement</w:t>
      </w:r>
      <w:r>
        <w:br/>
      </w:r>
      <w:r>
        <w:t xml:space="preserve">    (c) conflict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She's doing what she can to change the subject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dissemble</w:t>
      </w:r>
      <w:r>
        <w:rPr>
          <w:b/>
          <w:bCs/>
        </w:rPr>
        <w:t xml:space="preserve">.</w:t>
      </w:r>
      <w:r>
        <w:br/>
      </w:r>
      <w:r>
        <w:t xml:space="preserve">    (a) change reality</w:t>
      </w:r>
      <w:r>
        <w:br/>
      </w:r>
      <w:r>
        <w:t xml:space="preserve">    (b) re-think beliefs</w:t>
      </w:r>
      <w:r>
        <w:br/>
      </w:r>
      <w:r>
        <w:t xml:space="preserve">    (c) disguise the truth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annual technology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exposition</w:t>
      </w:r>
      <w:r>
        <w:rPr>
          <w:b/>
          <w:bCs/>
        </w:rPr>
        <w:t xml:space="preserve"> </w:t>
      </w:r>
      <w:r>
        <w:rPr>
          <w:b/>
          <w:bCs/>
        </w:rPr>
        <w:t xml:space="preserve">drew engineers from across the country.</w:t>
      </w:r>
      <w:r>
        <w:br/>
      </w:r>
      <w:r>
        <w:t xml:space="preserve">    (a) formal academic lecture</w:t>
      </w:r>
      <w:r>
        <w:br/>
      </w:r>
      <w:r>
        <w:t xml:space="preserve">    (b) small private meeting</w:t>
      </w:r>
      <w:r>
        <w:br/>
      </w:r>
      <w:r>
        <w:t xml:space="preserve">    (c) large public exhibition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knew neither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filial</w:t>
      </w:r>
      <w:r>
        <w:rPr>
          <w:b/>
          <w:bCs/>
        </w:rPr>
        <w:t xml:space="preserve"> </w:t>
      </w:r>
      <w:r>
        <w:rPr>
          <w:b/>
          <w:bCs/>
        </w:rPr>
        <w:t xml:space="preserve">nor romantic love.</w:t>
      </w:r>
      <w:r>
        <w:br/>
      </w:r>
      <w:r>
        <w:t xml:space="preserve">    (a) parent/child</w:t>
      </w:r>
      <w:r>
        <w:br/>
      </w:r>
      <w:r>
        <w:t xml:space="preserve">    (b) friend/friend</w:t>
      </w:r>
      <w:r>
        <w:br/>
      </w:r>
      <w:r>
        <w:t xml:space="preserve">    (c) owner/pet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 accused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fomenting</w:t>
      </w:r>
      <w:r>
        <w:rPr>
          <w:b/>
          <w:bCs/>
        </w:rPr>
        <w:t xml:space="preserve"> </w:t>
      </w:r>
      <w:r>
        <w:rPr>
          <w:b/>
          <w:bCs/>
        </w:rPr>
        <w:t xml:space="preserve">violence.</w:t>
      </w:r>
      <w:r>
        <w:br/>
      </w:r>
      <w:r>
        <w:t xml:space="preserve">    (a) hiding</w:t>
      </w:r>
      <w:r>
        <w:br/>
      </w:r>
      <w:r>
        <w:t xml:space="preserve">    (b) stirring up (encouraging)</w:t>
      </w:r>
      <w:r>
        <w:br/>
      </w:r>
      <w:r>
        <w:t xml:space="preserve">    (c) being violent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appreciate your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forbearance</w:t>
      </w:r>
      <w:r>
        <w:rPr>
          <w:b/>
          <w:bCs/>
        </w:rPr>
        <w:t xml:space="preserve">.</w:t>
      </w:r>
      <w:r>
        <w:br/>
      </w:r>
      <w:r>
        <w:t xml:space="preserve">    (a) patience or tolerance</w:t>
      </w:r>
      <w:r>
        <w:br/>
      </w:r>
      <w:r>
        <w:t xml:space="preserve">    (b) family concerns</w:t>
      </w:r>
      <w:r>
        <w:br/>
      </w:r>
      <w:r>
        <w:t xml:space="preserve">    (c) financial loan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see none of the pessimism that typically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presages</w:t>
      </w:r>
      <w:r>
        <w:rPr>
          <w:b/>
          <w:bCs/>
        </w:rPr>
        <w:t xml:space="preserve"> </w:t>
      </w:r>
      <w:r>
        <w:rPr>
          <w:b/>
          <w:bCs/>
        </w:rPr>
        <w:t xml:space="preserve">a recession.</w:t>
      </w:r>
      <w:r>
        <w:br/>
      </w:r>
      <w:r>
        <w:t xml:space="preserve">    (a) follows after</w:t>
      </w:r>
      <w:r>
        <w:br/>
      </w:r>
      <w:r>
        <w:t xml:space="preserve">    (b) serves as a sign of coming</w:t>
      </w:r>
      <w:r>
        <w:br/>
      </w:r>
      <w:r>
        <w:t xml:space="preserve">    (c) has no effect 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seeks immortality through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progeny</w:t>
      </w:r>
      <w:r>
        <w:rPr>
          <w:b/>
          <w:bCs/>
        </w:rPr>
        <w:t xml:space="preserve">.</w:t>
      </w:r>
      <w:r>
        <w:br/>
      </w:r>
      <w:r>
        <w:t xml:space="preserve">    (a) children and their descendants</w:t>
      </w:r>
      <w:r>
        <w:br/>
      </w:r>
      <w:r>
        <w:t xml:space="preserve">    (b) move to an afterlife</w:t>
      </w:r>
      <w:r>
        <w:br/>
      </w:r>
      <w:r>
        <w:t xml:space="preserve">    (c) scientific research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criminal was ordered to pay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recompense</w:t>
      </w:r>
      <w:r>
        <w:rPr>
          <w:b/>
          <w:bCs/>
        </w:rPr>
        <w:t xml:space="preserve"> </w:t>
      </w:r>
      <w:r>
        <w:rPr>
          <w:b/>
          <w:bCs/>
        </w:rPr>
        <w:t xml:space="preserve">to his victims as part of his sentence.</w:t>
      </w:r>
      <w:r>
        <w:br/>
      </w:r>
      <w:r>
        <w:t xml:space="preserve">    (a) compensation for loss</w:t>
      </w:r>
      <w:r>
        <w:br/>
      </w:r>
      <w:r>
        <w:t xml:space="preserve">    (b) an apology</w:t>
      </w:r>
      <w:r>
        <w:br/>
      </w:r>
      <w:r>
        <w:t xml:space="preserve">    (c) a penalty fine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committee expressed a desire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redress</w:t>
      </w:r>
      <w:r>
        <w:rPr>
          <w:b/>
          <w:bCs/>
        </w:rPr>
        <w:t xml:space="preserve"> </w:t>
      </w:r>
      <w:r>
        <w:rPr>
          <w:b/>
          <w:bCs/>
        </w:rPr>
        <w:t xml:space="preserve">the oversight.</w:t>
      </w:r>
      <w:r>
        <w:br/>
      </w:r>
      <w:r>
        <w:t xml:space="preserve">    (a) make up for</w:t>
      </w:r>
      <w:r>
        <w:br/>
      </w:r>
      <w:r>
        <w:t xml:space="preserve">    (b) change clothing after</w:t>
      </w:r>
      <w:r>
        <w:br/>
      </w:r>
      <w:r>
        <w:t xml:space="preserve">    (c) investigate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visited every art museum in New York City, and she still wasn't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satiated</w:t>
      </w:r>
      <w:r>
        <w:rPr>
          <w:b/>
          <w:bCs/>
        </w:rPr>
        <w:t xml:space="preserve">.</w:t>
      </w:r>
      <w:r>
        <w:br/>
      </w:r>
      <w:r>
        <w:t xml:space="preserve">    (a) tired</w:t>
      </w:r>
      <w:r>
        <w:br/>
      </w:r>
      <w:r>
        <w:t xml:space="preserve">    (b) satisfied</w:t>
      </w:r>
      <w:r>
        <w:br/>
      </w:r>
      <w:r>
        <w:t xml:space="preserve">    (c) knowledgeable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chef's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vaunted</w:t>
      </w:r>
      <w:r>
        <w:rPr>
          <w:b/>
          <w:bCs/>
        </w:rPr>
        <w:t xml:space="preserve"> </w:t>
      </w:r>
      <w:r>
        <w:rPr>
          <w:b/>
          <w:bCs/>
        </w:rPr>
        <w:t xml:space="preserve">signature dish is a must-try for any foodie.</w:t>
      </w:r>
      <w:r>
        <w:br/>
      </w:r>
      <w:r>
        <w:t xml:space="preserve">    (a) difficult to make</w:t>
      </w:r>
      <w:r>
        <w:br/>
      </w:r>
      <w:r>
        <w:t xml:space="preserve">    (b) extravagantly praised</w:t>
      </w:r>
      <w:r>
        <w:br/>
      </w:r>
      <w:r>
        <w:t xml:space="preserve">    (c) rare or expensive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2026-07-31T15:06:10Z</dcterms:created>
  <dcterms:modified xsi:type="dcterms:W3CDTF">2026-07-31T15:06:10Z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