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a343a4833c28291df8aaf7e337e255eb56de72"/>
    <w:p>
      <w:pPr>
        <w:pStyle w:val="Heading1"/>
      </w:pPr>
      <w:r>
        <w:rPr>
          <w:b/>
          <w:bCs/>
        </w:rPr>
        <w:t xml:space="preserve">The Aeneid</w:t>
      </w:r>
      <w:r>
        <w:br/>
      </w:r>
      <w:r>
        <w:rPr>
          <w:i/>
          <w:iCs/>
        </w:rPr>
        <w:t xml:space="preserve">Virgil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fear of this, the Father of the Gods Confin'd their fury to those dark abodes, And lock'd 'em safe within, oppress'd with mountain loads; Impos'd a king, with arbitrary sway, To loose their fetters, or their force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allay</w:t>
      </w:r>
      <w:r>
        <w:rPr>
          <w:b/>
          <w:bCs/>
        </w:rPr>
        <w:t xml:space="preserve">.</w:t>
      </w:r>
      <w:r>
        <w:br/>
      </w:r>
      <w:r>
        <w:t xml:space="preserve">    (a) reduce the intensity of; or calm</w:t>
      </w:r>
      <w:r>
        <w:br/>
      </w:r>
      <w:r>
        <w:t xml:space="preserve">    (b) genetic change through evolution</w:t>
      </w:r>
      <w:r>
        <w:br/>
      </w:r>
      <w:r>
        <w:t xml:space="preserve">    (c) interact again or interest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promis'd once,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progeny</w:t>
      </w:r>
      <w:r>
        <w:rPr>
          <w:b/>
          <w:bCs/>
        </w:rPr>
        <w:t xml:space="preserve"> </w:t>
      </w:r>
      <w:r>
        <w:rPr>
          <w:b/>
          <w:bCs/>
        </w:rPr>
        <w:t xml:space="preserve">divine Of Romans, rising from the Trojan line, In after times should hold the world in awe, And to the land and ocean give the law.</w:t>
      </w:r>
      <w:r>
        <w:br/>
      </w:r>
      <w:r>
        <w:t xml:space="preserve">    (a) someone's child or children</w:t>
      </w:r>
      <w:r>
        <w:br/>
      </w:r>
      <w:r>
        <w:br/>
      </w:r>
      <w:r>
        <w:t xml:space="preserve">or less commonly: anything that develops from something else</w:t>
      </w:r>
      <w:r>
        <w:br/>
      </w:r>
      <w:r>
        <w:t xml:space="preserve">    (b) the belief that God created the universe, but that he doesn't interfere with how it runs</w:t>
      </w:r>
      <w:r>
        <w:br/>
      </w:r>
      <w:r>
        <w:t xml:space="preserve">    (c) a process of urging or commanding someone to do something; or a document for that purpose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 he, whom thou and lying fame conspire To call thee his —not he, thy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vaunted</w:t>
      </w:r>
      <w:r>
        <w:rPr>
          <w:b/>
          <w:bCs/>
        </w:rPr>
        <w:t xml:space="preserve"> </w:t>
      </w:r>
      <w:r>
        <w:rPr>
          <w:b/>
          <w:bCs/>
        </w:rPr>
        <w:t xml:space="preserve">sire, Thus us'd my wretched age: the gods he fear'd, The laws of nature and of nations heard.</w:t>
      </w:r>
      <w:r>
        <w:br/>
      </w:r>
      <w:r>
        <w:t xml:space="preserve">    (a) recognized difference</w:t>
      </w:r>
      <w:r>
        <w:br/>
      </w:r>
      <w:r>
        <w:t xml:space="preserve">    (b) gained advantage from</w:t>
      </w:r>
      <w:r>
        <w:br/>
      </w:r>
      <w:r>
        <w:t xml:space="preserve">    (c) extravagantly praised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Desist</w:t>
      </w:r>
      <w:r>
        <w:rPr>
          <w:b/>
          <w:bCs/>
        </w:rPr>
        <w:t xml:space="preserve">, my much-lov'd lord,'t indulge your pain; You bear no more than what the gods ordain.</w:t>
      </w:r>
      <w:r>
        <w:br/>
      </w:r>
      <w:r>
        <w:t xml:space="preserve">    (a) influence or effect</w:t>
      </w:r>
      <w:r>
        <w:br/>
      </w:r>
      <w:r>
        <w:t xml:space="preserve">    (b) to not do something</w:t>
      </w:r>
      <w:r>
        <w:br/>
      </w:r>
      <w:r>
        <w:t xml:space="preserve">    (c) gain advantage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 not my pray'rs a doubtful answer find; But in clear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auguries</w:t>
      </w:r>
      <w:r>
        <w:rPr>
          <w:b/>
          <w:bCs/>
        </w:rPr>
        <w:t xml:space="preserve"> </w:t>
      </w:r>
      <w:r>
        <w:rPr>
          <w:b/>
          <w:bCs/>
        </w:rPr>
        <w:t xml:space="preserve">unveil thy mind.'</w:t>
      </w:r>
      <w:r>
        <w:br/>
      </w:r>
      <w:r>
        <w:t xml:space="preserve">    (a) the practice of predicting the future by interpreting signs or omens, or a sign believed to show what will happen</w:t>
      </w:r>
      <w:r>
        <w:br/>
      </w:r>
      <w:r>
        <w:t xml:space="preserve">    (b) members of Hitler's political party who thought they were superior to all others; or those who identify with them</w:t>
      </w:r>
      <w:r>
        <w:br/>
      </w:r>
      <w:r>
        <w:t xml:space="preserve">    (c) chemicals used to clean wounds because they prevent infection by killing harmful micro-organisms such as bacteria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grove itself resembles Ida's wood; And Simois seem'd the well-</w:t>
      </w:r>
      <w:r>
        <w:rPr>
          <w:b/>
          <w:bCs/>
          <w:u w:val="single"/>
        </w:rPr>
        <w:t xml:space="preserve">dissembled</w:t>
      </w:r>
      <w:r>
        <w:rPr>
          <w:b/>
          <w:bCs/>
        </w:rPr>
        <w:t xml:space="preserve"> </w:t>
      </w:r>
      <w:r>
        <w:rPr>
          <w:b/>
          <w:bCs/>
        </w:rPr>
        <w:t xml:space="preserve">flood.</w:t>
      </w:r>
      <w:r>
        <w:br/>
      </w:r>
      <w:r>
        <w:t xml:space="preserve">    (a) deceived (hid or disguised the truth without outright lying)</w:t>
      </w:r>
      <w:r>
        <w:br/>
      </w:r>
      <w:r>
        <w:t xml:space="preserve">    (b) made uncomfortable (weighed heavily on the senses or spirit)</w:t>
      </w:r>
      <w:r>
        <w:br/>
      </w:r>
      <w:r>
        <w:t xml:space="preserve">    (c) joined with others in a public protest or display of support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New pangs of mortal fear our minds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assail</w:t>
      </w:r>
      <w:r>
        <w:rPr>
          <w:b/>
          <w:bCs/>
        </w:rPr>
        <w:t xml:space="preserve">; We tug at ev'ry oar, and hoist up ev'ry sail, And take th' advantage of the friendly gale.</w:t>
      </w:r>
      <w:r>
        <w:br/>
      </w:r>
      <w:r>
        <w:t xml:space="preserve">    (a) learn, discover, or decide</w:t>
      </w:r>
      <w:r>
        <w:br/>
      </w:r>
      <w:r>
        <w:t xml:space="preserve">    (b) hire again or occupy again</w:t>
      </w:r>
      <w:r>
        <w:br/>
      </w:r>
      <w:r>
        <w:t xml:space="preserve">    (c) to attack or cause trouble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shall celestial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 </w:t>
      </w:r>
      <w:r>
        <w:rPr>
          <w:b/>
          <w:bCs/>
        </w:rPr>
        <w:t xml:space="preserve">never cease?</w:t>
      </w:r>
      <w:r>
        <w:br/>
      </w:r>
      <w:r>
        <w:t xml:space="preserve">    (a) design based on alphabetic letters; or adding such a design to something</w:t>
      </w:r>
      <w:r>
        <w:br/>
      </w:r>
      <w:r>
        <w:t xml:space="preserve">    (b) conflict</w:t>
      </w:r>
      <w:r>
        <w:br/>
      </w:r>
      <w:r>
        <w:t xml:space="preserve">    (c) characterized by narrower parallel folds when closed and wider when open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Love the first motions of the lover hears, Quick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presage</w:t>
      </w:r>
      <w:r>
        <w:rPr>
          <w:b/>
          <w:bCs/>
        </w:rPr>
        <w:t xml:space="preserve">, and ev'n in safety fears.</w:t>
      </w:r>
      <w:r>
        <w:br/>
      </w:r>
      <w:r>
        <w:t xml:space="preserve">    (a) serve as a sign of something about to happen -- typically something bad</w:t>
      </w:r>
      <w:r>
        <w:br/>
      </w:r>
      <w:r>
        <w:t xml:space="preserve">    (b) dry out by heat or excessive exposure to sunlight; or make very thirsty</w:t>
      </w:r>
      <w:r>
        <w:br/>
      </w:r>
      <w:r>
        <w:t xml:space="preserve">    (c) the right to run a local store or business under a big company’s name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you I have provok'd a tyrant's hate, Incens'd the Libyan and the Tyrian state; For you alone I suffer in my fame, Bereft of honor,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expos</w:t>
      </w:r>
      <w:r>
        <w:rPr>
          <w:b/>
          <w:bCs/>
        </w:rPr>
        <w:t xml:space="preserve">'d to shame.</w:t>
      </w:r>
      <w:r>
        <w:br/>
      </w:r>
      <w:r>
        <w:t xml:space="preserve">    (a) things accepted as true (without proof)</w:t>
      </w:r>
      <w:r>
        <w:br/>
      </w:r>
      <w:r>
        <w:t xml:space="preserve">    (b) ways of seeing or thinking about things</w:t>
      </w:r>
      <w:r>
        <w:br/>
      </w:r>
      <w:r>
        <w:t xml:space="preserve">    (c) collections of things on public display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nuptials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disclaims</w:t>
      </w:r>
      <w:r>
        <w:rPr>
          <w:b/>
          <w:bCs/>
        </w:rPr>
        <w:t xml:space="preserve"> </w:t>
      </w:r>
      <w:r>
        <w:rPr>
          <w:b/>
          <w:bCs/>
        </w:rPr>
        <w:t xml:space="preserve">I urge no more: Let him pursue the promis'd Latian shore.</w:t>
      </w:r>
      <w:r>
        <w:br/>
      </w:r>
      <w:r>
        <w:t xml:space="preserve">    (a) denies (responsibility, knowledge, or ownership)</w:t>
      </w:r>
      <w:r>
        <w:br/>
      </w:r>
      <w:r>
        <w:t xml:space="preserve">    (b) interferes in other people's affairs or business</w:t>
      </w:r>
      <w:r>
        <w:br/>
      </w:r>
      <w:r>
        <w:t xml:space="preserve">    (c) gives an opinion of what is wrong with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Yet, for his galley sav'd, the grateful prince Is pleas'd th' unhappy chief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recompense</w:t>
      </w:r>
      <w:r>
        <w:rPr>
          <w:b/>
          <w:bCs/>
        </w:rPr>
        <w:t xml:space="preserve">.</w:t>
      </w:r>
      <w:r>
        <w:br/>
      </w:r>
      <w:r>
        <w:t xml:space="preserve">    (a) examine in detail to better understand</w:t>
      </w:r>
      <w:r>
        <w:br/>
      </w:r>
      <w:r>
        <w:t xml:space="preserve">    (b) compensate for a loss; or pay a reward</w:t>
      </w:r>
      <w:r>
        <w:br/>
      </w:r>
      <w:r>
        <w:t xml:space="preserve">    (c) appropriate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feather'd arrow gave a dire portent, And latter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augurs</w:t>
      </w:r>
      <w:r>
        <w:rPr>
          <w:b/>
          <w:bCs/>
        </w:rPr>
        <w:t xml:space="preserve"> </w:t>
      </w:r>
      <w:r>
        <w:rPr>
          <w:b/>
          <w:bCs/>
        </w:rPr>
        <w:t xml:space="preserve">judge from this event.</w:t>
      </w:r>
      <w:r>
        <w:br/>
      </w:r>
      <w:r>
        <w:t xml:space="preserve">    (a) forces into an undesired activity or situation -- such as legally sentencing someone to punishment  OR  finds guilty -- especially in court  OR  provides the means of finding guilty</w:t>
      </w:r>
      <w:r>
        <w:br/>
      </w:r>
      <w:r>
        <w:t xml:space="preserve">    (b) to indicate or predict that something will happen --especially as a sign of what’s to come; or in ancient Rome, a religious official who interpreted signs and omens to guide public decisions</w:t>
      </w:r>
      <w:r>
        <w:br/>
      </w:r>
      <w:r>
        <w:t xml:space="preserve">    (c) treats in a manner that demonstrates a sense of superiority, but is supposed to seem kind  OR  the actions of a patron (supports someone or something; or is a customer)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And, as the Cretan labyrinth of old, With wand'ring ways and many a winding fold, Involv'd the weary feet,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redress</w:t>
      </w:r>
      <w:r>
        <w:rPr>
          <w:b/>
          <w:bCs/>
        </w:rPr>
        <w:t xml:space="preserve">, In a round error, which denied recess; So fought the Trojan boys in warlike play, Turn'd and return'd, and still a diff'rent way.</w:t>
      </w:r>
      <w:r>
        <w:br/>
      </w:r>
      <w:r>
        <w:t xml:space="preserve">    (a) a quick look or partial understanding</w:t>
      </w:r>
      <w:r>
        <w:br/>
      </w:r>
      <w:r>
        <w:t xml:space="preserve">    (b) fix a problem; or make up for a wrong</w:t>
      </w:r>
      <w:r>
        <w:br/>
      </w:r>
      <w:r>
        <w:t xml:space="preserve">    (c) learn, discover, or decide in advance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"Whither so fast?"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filial</w:t>
      </w:r>
      <w:r>
        <w:rPr>
          <w:b/>
          <w:bCs/>
        </w:rPr>
        <w:t xml:space="preserve"> </w:t>
      </w:r>
      <w:r>
        <w:rPr>
          <w:b/>
          <w:bCs/>
        </w:rPr>
        <w:t xml:space="preserve">duty cried; "And why, ah why, the wish'd embrace denied?"</w:t>
      </w:r>
      <w:r>
        <w:br/>
      </w:r>
      <w:r>
        <w:t xml:space="preserve">    (a) a state similar to sleep where one is unaware of anything</w:t>
      </w:r>
      <w:r>
        <w:br/>
      </w:r>
      <w:r>
        <w:t xml:space="preserve">    (b) the state of not being aware or concerned about something</w:t>
      </w:r>
      <w:r>
        <w:br/>
      </w:r>
      <w:r>
        <w:t xml:space="preserve">    (c) relating to the relationship of children to their parents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hero stood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Adverse</w:t>
      </w:r>
      <w:r>
        <w:rPr>
          <w:b/>
          <w:bCs/>
        </w:rPr>
        <w:t xml:space="preserve">, with planted feet, and, from the right, Tugg'd at the solid stone with all his might.</w:t>
      </w:r>
      <w:r>
        <w:br/>
      </w:r>
      <w:r>
        <w:t xml:space="preserve">    (a) working against one's interests</w:t>
      </w:r>
      <w:r>
        <w:br/>
      </w:r>
      <w:r>
        <w:t xml:space="preserve">    (b) non-traditional or non-standard</w:t>
      </w:r>
      <w:r>
        <w:br/>
      </w:r>
      <w:r>
        <w:t xml:space="preserve">    (c) poor ability to make a decision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present Caedicus the rich bestow'd On Remulus, when friendship first they vow'd, And, absent, join'd in hospitable ties: He, dying, to his 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bequeath'd</w:t>
      </w:r>
      <w:r>
        <w:rPr>
          <w:b/>
          <w:bCs/>
        </w:rPr>
        <w:t xml:space="preserve"> </w:t>
      </w:r>
      <w:r>
        <w:rPr>
          <w:b/>
          <w:bCs/>
        </w:rPr>
        <w:t xml:space="preserve">the prize; Till, by the conqu'ring Ardean troops oppress'd, He fell; and they the glorious gift possess'd.</w:t>
      </w:r>
      <w:r>
        <w:br/>
      </w:r>
      <w:r>
        <w:t xml:space="preserve">    (a) a non-doctor who assisted a women in childbirth</w:t>
      </w:r>
      <w:r>
        <w:br/>
      </w:r>
      <w:r>
        <w:t xml:space="preserve">    (b) not found guilty or forced into a bad situation</w:t>
      </w:r>
      <w:r>
        <w:br/>
      </w:r>
      <w:r>
        <w:t xml:space="preserve">    (c) give or pass down -- often upon death in a will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when, in summer, welcome winds arise, The watchful shepherd to the forest flies, And fires the midmost plants; contagion spreads, And catching flames infect the neighb'ring heads; Around the forest flies the furious blast, And all the leafy nation sinks at last, And Vulcan rides in triumph o'er the waste; The pastor, pleas'd with his dire victory, Beholds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satiate</w:t>
      </w:r>
      <w:r>
        <w:rPr>
          <w:b/>
          <w:bCs/>
        </w:rPr>
        <w:t xml:space="preserve"> </w:t>
      </w:r>
      <w:r>
        <w:rPr>
          <w:b/>
          <w:bCs/>
        </w:rPr>
        <w:t xml:space="preserve">flames in sheets ascend the sky: So Pallas' troops their scatter'd strength unite, And, pouring on their foes, their prince delight.</w:t>
      </w:r>
      <w:r>
        <w:br/>
      </w:r>
      <w:r>
        <w:t xml:space="preserve">    (a) to satisfy a hunger; or fill to satisfaction (typically said of hunger for food, but can be said of anything desired--such as of knowledge or sensual pleasure)</w:t>
      </w:r>
      <w:r>
        <w:br/>
      </w:r>
      <w:r>
        <w:t xml:space="preserve">    (b) (noun) something that is lighter and draws attention -- such as an area of a painting  OR  (verb) making something lighter -- such as an area of a painting</w:t>
      </w:r>
      <w:r>
        <w:br/>
      </w:r>
      <w:r>
        <w:t xml:space="preserve">    (c) American football:  a defensive maneuver to swiftly tackle the quarterback by pursuing him with one or more defenders who normally remain behind the line of scrimmage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Forbear</w:t>
      </w:r>
      <w:r>
        <w:rPr>
          <w:b/>
          <w:bCs/>
        </w:rPr>
        <w:t xml:space="preserve"> </w:t>
      </w:r>
      <w:r>
        <w:rPr>
          <w:b/>
          <w:bCs/>
        </w:rPr>
        <w:t xml:space="preserve">thy threats:</w:t>
      </w:r>
      <w:r>
        <w:br/>
      </w:r>
      <w:r>
        <w:t xml:space="preserve">    (a) where attention is concentrated</w:t>
      </w:r>
      <w:r>
        <w:br/>
      </w:r>
      <w:r>
        <w:t xml:space="preserve">    (b) the ability to take on or adopt</w:t>
      </w:r>
      <w:r>
        <w:br/>
      </w:r>
      <w:r>
        <w:t xml:space="preserve">    (c) refrain from acting upon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leech, unknowing of superior art Which aids the cure, with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foments</w:t>
      </w:r>
      <w:r>
        <w:rPr>
          <w:b/>
          <w:bCs/>
        </w:rPr>
        <w:t xml:space="preserve"> </w:t>
      </w:r>
      <w:r>
        <w:rPr>
          <w:b/>
          <w:bCs/>
        </w:rPr>
        <w:t xml:space="preserve">the part; And in a moment ceas'd the raging smart.</w:t>
      </w:r>
      <w:r>
        <w:br/>
      </w:r>
      <w:r>
        <w:t xml:space="preserve">    (a) to stir up or encourage strong feelings -- especially anger, unrest, or rebellion</w:t>
      </w:r>
      <w:r>
        <w:br/>
      </w:r>
      <w:r>
        <w:t xml:space="preserve">    (b) thinks of something as true or likely, even though it is not known with certainty</w:t>
      </w:r>
      <w:r>
        <w:br/>
      </w:r>
      <w:r>
        <w:t xml:space="preserve">    (c) speaks in an ambiguous manner that does not clearly express an opinion or decision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2026-07-31T15:06:10Z</dcterms:created>
  <dcterms:modified xsi:type="dcterms:W3CDTF">2026-07-31T15:06:10Z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