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4c1b04758a8c2215bcc9a3cea7dc2fb4a49e73"/>
    <w:p>
      <w:pPr>
        <w:pStyle w:val="Heading1"/>
      </w:pPr>
      <w:r>
        <w:rPr>
          <w:b/>
          <w:bCs/>
        </w:rPr>
        <w:t xml:space="preserve">The Adventures of Tom Sawyer</w:t>
      </w:r>
      <w:r>
        <w:br/>
      </w:r>
      <w:r>
        <w:rPr>
          <w:i/>
          <w:iCs/>
        </w:rPr>
        <w:t xml:space="preserve">Mark Twain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vote as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conscience</w:t>
      </w:r>
      <w:r>
        <w:rPr>
          <w:b/>
          <w:bCs/>
        </w:rPr>
        <w:t xml:space="preserve"> </w:t>
      </w:r>
      <w:r>
        <w:rPr>
          <w:b/>
          <w:bCs/>
        </w:rPr>
        <w:t xml:space="preserve">demands.</w:t>
      </w:r>
      <w:r>
        <w:br/>
      </w:r>
      <w:r>
        <w:t xml:space="preserve">    (a) fear of public ridicule</w:t>
      </w:r>
      <w:r>
        <w:br/>
      </w:r>
      <w:r>
        <w:t xml:space="preserve">    (b) memory of past events</w:t>
      </w:r>
      <w:r>
        <w:br/>
      </w:r>
      <w:r>
        <w:t xml:space="preserve">    (c) sense of right and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job prospects are hindered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conviction.</w:t>
      </w:r>
      <w:r>
        <w:br/>
      </w:r>
      <w:r>
        <w:t xml:space="preserve">    (a) important part</w:t>
      </w:r>
      <w:r>
        <w:br/>
      </w:r>
      <w:r>
        <w:t xml:space="preserve">    (b) result</w:t>
      </w:r>
      <w:r>
        <w:br/>
      </w:r>
      <w:r>
        <w:t xml:space="preserve">    (c) unimportant part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tax legislation in decades.</w:t>
      </w:r>
      <w:r>
        <w:br/>
      </w:r>
      <w:r>
        <w:t xml:space="preserve">    (a) important</w:t>
      </w:r>
      <w:r>
        <w:br/>
      </w:r>
      <w:r>
        <w:t xml:space="preserve">    (b) unethical</w:t>
      </w:r>
      <w:r>
        <w:br/>
      </w:r>
      <w:r>
        <w:t xml:space="preserve">    (c)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conspicuous</w:t>
      </w:r>
      <w:r>
        <w:rPr>
          <w:b/>
          <w:bCs/>
        </w:rPr>
        <w:t xml:space="preserve"> </w:t>
      </w:r>
      <w:r>
        <w:rPr>
          <w:b/>
          <w:bCs/>
        </w:rPr>
        <w:t xml:space="preserve">person on the President's cabinet, often appearing on television.</w:t>
      </w:r>
      <w:r>
        <w:br/>
      </w:r>
      <w:r>
        <w:t xml:space="preserve">    (a) easy to notice</w:t>
      </w:r>
      <w:r>
        <w:br/>
      </w:r>
      <w:r>
        <w:t xml:space="preserve">    (b) quick to argue</w:t>
      </w:r>
      <w:r>
        <w:br/>
      </w:r>
      <w:r>
        <w:t xml:space="preserve">    (c) hard to trust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she graduated from college the job market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dismal</w:t>
      </w:r>
      <w:r>
        <w:rPr>
          <w:b/>
          <w:bCs/>
        </w:rPr>
        <w:t xml:space="preserve">.</w:t>
      </w:r>
      <w:r>
        <w:br/>
      </w:r>
      <w:r>
        <w:t xml:space="preserve">    (a) promising but unusual</w:t>
      </w:r>
      <w:r>
        <w:br/>
      </w:r>
      <w:r>
        <w:t xml:space="preserve">    (b) terrible or depressing</w:t>
      </w:r>
      <w:r>
        <w:br/>
      </w:r>
      <w:r>
        <w:t xml:space="preserve">    (c) especially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also</w:t>
      </w:r>
      <w:r>
        <w:br/>
      </w:r>
      <w:r>
        <w:t xml:space="preserve">    (b) but</w:t>
      </w:r>
      <w:r>
        <w:br/>
      </w:r>
      <w:r>
        <w:t xml:space="preserve">    (c)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we get there, the main thing is to be absolutely sure we're not late.</w:t>
      </w:r>
      <w:r>
        <w:br/>
      </w:r>
      <w:r>
        <w:t xml:space="preserve">    (a) to whatever degree</w:t>
      </w:r>
      <w:r>
        <w:br/>
      </w:r>
      <w:r>
        <w:t xml:space="preserve">    (b) whatever way</w:t>
      </w:r>
      <w:r>
        <w:br/>
      </w:r>
      <w:r>
        <w:t xml:space="preserve">    (c) even if in a non-standard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Potter said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incantation</w:t>
      </w:r>
      <w:r>
        <w:rPr>
          <w:b/>
          <w:bCs/>
        </w:rPr>
        <w:t xml:space="preserve">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"expecto patronum"</w:t>
      </w:r>
      <w:r>
        <w:rPr>
          <w:b/>
          <w:bCs/>
        </w:rPr>
        <w:t xml:space="preserve"> </w:t>
      </w:r>
      <w:r>
        <w:rPr>
          <w:b/>
          <w:bCs/>
        </w:rPr>
        <w:t xml:space="preserve">as he focuses on a happy memory to summon protection from dark magic.</w:t>
      </w:r>
      <w:r>
        <w:br/>
      </w:r>
      <w:r>
        <w:t xml:space="preserve">    (a) magic words</w:t>
      </w:r>
      <w:r>
        <w:br/>
      </w:r>
      <w:r>
        <w:t xml:space="preserve">    (b) foreign phrase</w:t>
      </w:r>
      <w:r>
        <w:br/>
      </w:r>
      <w:r>
        <w:t xml:space="preserve">    (c) common saying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to his anger.</w:t>
      </w:r>
      <w:r>
        <w:br/>
      </w:r>
      <w:r>
        <w:t xml:space="preserve">    (a) without interest</w:t>
      </w:r>
      <w:r>
        <w:br/>
      </w:r>
      <w:r>
        <w:t xml:space="preserve">    (b) with anger</w:t>
      </w:r>
      <w:r>
        <w:br/>
      </w:r>
      <w:r>
        <w:t xml:space="preserve">    (c) with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coroner's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inquest</w:t>
      </w:r>
      <w:r>
        <w:rPr>
          <w:b/>
          <w:bCs/>
        </w:rPr>
        <w:t xml:space="preserve"> </w:t>
      </w:r>
      <w:r>
        <w:rPr>
          <w:b/>
          <w:bCs/>
        </w:rPr>
        <w:t xml:space="preserve">determined that the death was from natural causes.</w:t>
      </w:r>
      <w:r>
        <w:br/>
      </w:r>
      <w:r>
        <w:t xml:space="preserve">    (a) assistant</w:t>
      </w:r>
      <w:r>
        <w:br/>
      </w:r>
      <w:r>
        <w:t xml:space="preserve">    (b) vote</w:t>
      </w:r>
      <w:r>
        <w:br/>
      </w:r>
      <w:r>
        <w:t xml:space="preserve">    (c) formal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weather makes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 I can't wait for spring,</w:t>
      </w:r>
      <w:r>
        <w:br/>
      </w:r>
      <w:r>
        <w:t xml:space="preserve">    (a) happy</w:t>
      </w:r>
      <w:r>
        <w:br/>
      </w:r>
      <w:r>
        <w:t xml:space="preserve">    (b) feel like singing</w:t>
      </w:r>
      <w:r>
        <w:br/>
      </w:r>
      <w:r>
        <w:t xml:space="preserve">    (c)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him.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she is determined to stop seeing him unless he stops drinking.</w:t>
      </w:r>
      <w:r>
        <w:br/>
      </w:r>
      <w:r>
        <w:t xml:space="preserve">    (a) despite that</w:t>
      </w:r>
      <w:r>
        <w:br/>
      </w:r>
      <w:r>
        <w:t xml:space="preserve">    (b) also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budget was approved,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notwithstanding</w:t>
      </w:r>
      <w:r>
        <w:rPr>
          <w:b/>
          <w:bCs/>
        </w:rPr>
        <w:t xml:space="preserve"> </w:t>
      </w:r>
      <w:r>
        <w:rPr>
          <w:b/>
          <w:bCs/>
        </w:rPr>
        <w:t xml:space="preserve">the loud protests from the opposition.</w:t>
      </w:r>
      <w:r>
        <w:br/>
      </w:r>
      <w:r>
        <w:t xml:space="preserve">    (a) as a result of</w:t>
      </w:r>
      <w:r>
        <w:br/>
      </w:r>
      <w:r>
        <w:t xml:space="preserve">    (b) in spite of</w:t>
      </w:r>
      <w:r>
        <w:br/>
      </w:r>
      <w:r>
        <w:t xml:space="preserve">    (c) in addition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arrived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ostentatious</w:t>
      </w:r>
      <w:r>
        <w:rPr>
          <w:b/>
          <w:bCs/>
        </w:rPr>
        <w:t xml:space="preserve"> </w:t>
      </w:r>
      <w:r>
        <w:rPr>
          <w:b/>
          <w:bCs/>
        </w:rPr>
        <w:t xml:space="preserve">stretch limo.</w:t>
      </w:r>
      <w:r>
        <w:br/>
      </w:r>
      <w:r>
        <w:t xml:space="preserve">    (a) expensive</w:t>
      </w:r>
      <w:r>
        <w:br/>
      </w:r>
      <w:r>
        <w:t xml:space="preserve">    (b) long</w:t>
      </w:r>
      <w:r>
        <w:br/>
      </w:r>
      <w:r>
        <w:t xml:space="preserve">    (c) showy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walking with a barely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perceptible</w:t>
      </w:r>
      <w:r>
        <w:rPr>
          <w:b/>
          <w:bCs/>
        </w:rPr>
        <w:t xml:space="preserve"> </w:t>
      </w:r>
      <w:r>
        <w:rPr>
          <w:b/>
          <w:bCs/>
        </w:rPr>
        <w:t xml:space="preserve">limp.</w:t>
      </w:r>
      <w:r>
        <w:br/>
      </w:r>
      <w:r>
        <w:t xml:space="preserve">    (a) noticeable</w:t>
      </w:r>
      <w:r>
        <w:br/>
      </w:r>
      <w:r>
        <w:t xml:space="preserve">    (b) painful</w:t>
      </w:r>
      <w:r>
        <w:br/>
      </w:r>
      <w:r>
        <w:t xml:space="preserve">    (c) new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waste my time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trifling</w:t>
      </w:r>
      <w:r>
        <w:rPr>
          <w:b/>
          <w:bCs/>
        </w:rPr>
        <w:t xml:space="preserve"> </w:t>
      </w:r>
      <w:r>
        <w:rPr>
          <w:b/>
          <w:bCs/>
        </w:rPr>
        <w:t xml:space="preserve">matters.</w:t>
      </w:r>
      <w:r>
        <w:br/>
      </w:r>
      <w:r>
        <w:t xml:space="preserve">    (a) other's</w:t>
      </w:r>
      <w:r>
        <w:br/>
      </w:r>
      <w:r>
        <w:t xml:space="preserve">    (b) future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European Parliament refuses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trifled with</w:t>
      </w:r>
      <w:r>
        <w:rPr>
          <w:b/>
          <w:bCs/>
        </w:rPr>
        <w:t xml:space="preserve">.</w:t>
      </w:r>
      <w:r>
        <w:br/>
      </w:r>
      <w:r>
        <w:t xml:space="preserve">    (a) argued with</w:t>
      </w:r>
      <w:r>
        <w:br/>
      </w:r>
      <w:r>
        <w:t xml:space="preserve">    (b) treated without respect</w:t>
      </w:r>
      <w:r>
        <w:br/>
      </w:r>
      <w:r>
        <w:t xml:space="preserve">    (c) negotiated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Police used to be allowed to use their discretion in deciding whether to arrest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</w:t>
      </w:r>
      <w:r>
        <w:rPr>
          <w:b/>
          <w:bCs/>
        </w:rPr>
        <w:t xml:space="preserve">.</w:t>
      </w:r>
      <w:r>
        <w:br/>
      </w:r>
      <w:r>
        <w:t xml:space="preserve">    (a) person who used recreational drugs</w:t>
      </w:r>
      <w:r>
        <w:br/>
      </w:r>
      <w:r>
        <w:t xml:space="preserve">    (b) someone who is visiting from out-of-town</w:t>
      </w:r>
      <w:r>
        <w:br/>
      </w:r>
      <w:r>
        <w:t xml:space="preserve">    (c) impoverished person without a home or job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destroyed</w:t>
      </w:r>
      <w:r>
        <w:br/>
      </w:r>
      <w:r>
        <w:t xml:space="preserve">    (b) slowed down</w:t>
      </w:r>
      <w:r>
        <w:br/>
      </w:r>
      <w:r>
        <w:t xml:space="preserve">    (c) produced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added</w:t>
      </w:r>
      <w:r>
        <w:br/>
      </w:r>
      <w:r>
        <w:t xml:space="preserve">    (b) produced</w:t>
      </w:r>
      <w:r>
        <w:br/>
      </w:r>
      <w:r>
        <w:t xml:space="preserve">    (c) gave in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2026-07-31T14:53:33Z</dcterms:created>
  <dcterms:modified xsi:type="dcterms:W3CDTF">2026-07-31T14:53:33Z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