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c3e03b25abe2b2a38f8dd48fd9991e21b1f41a"/>
    <w:p>
      <w:pPr>
        <w:pStyle w:val="Heading1"/>
      </w:pPr>
      <w:r>
        <w:rPr>
          <w:b/>
          <w:bCs/>
        </w:rPr>
        <w:t xml:space="preserve">The Adventures of Tom Sawyer</w:t>
      </w:r>
      <w:r>
        <w:br/>
      </w:r>
      <w:r>
        <w:rPr>
          <w:i/>
          <w:iCs/>
        </w:rPr>
        <w:t xml:space="preserve">Mark Twain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concern</w:t>
      </w:r>
      <w:r>
        <w:br/>
      </w:r>
      <w:r>
        <w:t xml:space="preserve">    (b) quickness</w:t>
      </w:r>
      <w:r>
        <w:br/>
      </w:r>
      <w:r>
        <w:t xml:space="preserve">    (c) embarrassment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mechanic explained that this wheel was made from a lightweight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alloy</w:t>
      </w:r>
      <w:r>
        <w:rPr>
          <w:b/>
          <w:bCs/>
        </w:rPr>
        <w:t xml:space="preserve">, perfect for racing.</w:t>
      </w:r>
      <w:r>
        <w:br/>
      </w:r>
      <w:r>
        <w:t xml:space="preserve">    (a) type of plastic</w:t>
      </w:r>
      <w:r>
        <w:br/>
      </w:r>
      <w:r>
        <w:t xml:space="preserve">    (b) mixture of metals</w:t>
      </w:r>
      <w:r>
        <w:br/>
      </w:r>
      <w:r>
        <w:t xml:space="preserve">    (c) pure aluminum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proud to have my picture hung in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august</w:t>
      </w:r>
      <w:r>
        <w:rPr>
          <w:b/>
          <w:bCs/>
        </w:rPr>
        <w:t xml:space="preserve"> </w:t>
      </w:r>
      <w:r>
        <w:rPr>
          <w:b/>
          <w:bCs/>
        </w:rPr>
        <w:t xml:space="preserve">hall of this university.</w:t>
      </w:r>
      <w:r>
        <w:br/>
      </w:r>
      <w:r>
        <w:t xml:space="preserve">    (a) greatly admired</w:t>
      </w:r>
      <w:r>
        <w:br/>
      </w:r>
      <w:r>
        <w:t xml:space="preserve">    (b) expensive</w:t>
      </w:r>
      <w:r>
        <w:br/>
      </w:r>
      <w:r>
        <w:t xml:space="preserve">    (c) hidden away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Volunteers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canvass</w:t>
      </w:r>
      <w:r>
        <w:rPr>
          <w:b/>
          <w:bCs/>
        </w:rPr>
        <w:t xml:space="preserve"> </w:t>
      </w:r>
      <w:r>
        <w:rPr>
          <w:b/>
          <w:bCs/>
        </w:rPr>
        <w:t xml:space="preserve">the neighborhood to gather support for the candidate.</w:t>
      </w:r>
      <w:r>
        <w:br/>
      </w:r>
      <w:r>
        <w:t xml:space="preserve">    (a) set up a stage in</w:t>
      </w:r>
      <w:r>
        <w:br/>
      </w:r>
      <w:r>
        <w:t xml:space="preserve">    (b) report news from</w:t>
      </w:r>
      <w:r>
        <w:br/>
      </w:r>
      <w:r>
        <w:t xml:space="preserve">    (c) go door-to-door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philosopher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cogitated</w:t>
      </w:r>
      <w:r>
        <w:rPr>
          <w:b/>
          <w:bCs/>
        </w:rPr>
        <w:t xml:space="preserve"> </w:t>
      </w:r>
      <w:r>
        <w:rPr>
          <w:b/>
          <w:bCs/>
        </w:rPr>
        <w:t xml:space="preserve">for hours in her study, pondering the meaning of existence and human nature.</w:t>
      </w:r>
      <w:r>
        <w:br/>
      </w:r>
      <w:r>
        <w:t xml:space="preserve">    (a) thought deeply</w:t>
      </w:r>
      <w:r>
        <w:br/>
      </w:r>
      <w:r>
        <w:t xml:space="preserve">    (b) commended or praised publicly</w:t>
      </w:r>
      <w:r>
        <w:br/>
      </w:r>
      <w:r>
        <w:t xml:space="preserve">    (c) with rises and falls in pitch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policy brought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deluge</w:t>
      </w:r>
      <w:r>
        <w:rPr>
          <w:b/>
          <w:bCs/>
        </w:rPr>
        <w:t xml:space="preserve"> </w:t>
      </w:r>
      <w:r>
        <w:rPr>
          <w:b/>
          <w:bCs/>
        </w:rPr>
        <w:t xml:space="preserve">of complaints from frustrated customers.</w:t>
      </w:r>
      <w:r>
        <w:br/>
      </w:r>
      <w:r>
        <w:t xml:space="preserve">    (a) an overwhelming amount</w:t>
      </w:r>
      <w:r>
        <w:br/>
      </w:r>
      <w:r>
        <w:t xml:space="preserve">    (b) a steady trickle</w:t>
      </w:r>
      <w:r>
        <w:br/>
      </w:r>
      <w:r>
        <w:t xml:space="preserve">    (c) a small handful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stock market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fluctuates</w:t>
      </w:r>
      <w:r>
        <w:rPr>
          <w:b/>
          <w:bCs/>
        </w:rPr>
        <w:t xml:space="preserve">.</w:t>
      </w:r>
      <w:r>
        <w:br/>
      </w:r>
      <w:r>
        <w:t xml:space="preserve">    (a) frustrates people</w:t>
      </w:r>
      <w:r>
        <w:br/>
      </w:r>
      <w:r>
        <w:t xml:space="preserve">    (b) alternately increases and decreases</w:t>
      </w:r>
      <w:r>
        <w:br/>
      </w:r>
      <w:r>
        <w:t xml:space="preserve">    (c) rises in the long run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actor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gaudy</w:t>
      </w:r>
      <w:r>
        <w:rPr>
          <w:b/>
          <w:bCs/>
        </w:rPr>
        <w:t xml:space="preserve"> </w:t>
      </w:r>
      <w:r>
        <w:rPr>
          <w:b/>
          <w:bCs/>
        </w:rPr>
        <w:t xml:space="preserve">jacket covered with bright sequins and gold trim.</w:t>
      </w:r>
      <w:r>
        <w:br/>
      </w:r>
      <w:r>
        <w:t xml:space="preserve">    (a) old and worn</w:t>
      </w:r>
      <w:r>
        <w:br/>
      </w:r>
      <w:r>
        <w:t xml:space="preserve">    (b) tastelessly showy</w:t>
      </w:r>
      <w:r>
        <w:br/>
      </w:r>
      <w:r>
        <w:t xml:space="preserve">    (c) plain and modest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guile</w:t>
      </w:r>
      <w:r>
        <w:rPr>
          <w:b/>
          <w:bCs/>
        </w:rPr>
        <w:t xml:space="preserve"> </w:t>
      </w:r>
      <w:r>
        <w:rPr>
          <w:b/>
          <w:bCs/>
        </w:rPr>
        <w:t xml:space="preserve">to lie directly to his face.</w:t>
      </w:r>
      <w:r>
        <w:br/>
      </w:r>
      <w:r>
        <w:t xml:space="preserve">    (a) necessity</w:t>
      </w:r>
      <w:r>
        <w:br/>
      </w:r>
      <w:r>
        <w:t xml:space="preserve">    (b) cunning and deceit</w:t>
      </w:r>
      <w:r>
        <w:br/>
      </w:r>
      <w:r>
        <w:t xml:space="preserve">    (c) ambition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illustrious</w:t>
      </w:r>
      <w:r>
        <w:rPr>
          <w:b/>
          <w:bCs/>
        </w:rPr>
        <w:t xml:space="preserve"> </w:t>
      </w:r>
      <w:r>
        <w:rPr>
          <w:b/>
          <w:bCs/>
        </w:rPr>
        <w:t xml:space="preserve">scientist received another prestigious award for her research.</w:t>
      </w:r>
      <w:r>
        <w:br/>
      </w:r>
      <w:r>
        <w:t xml:space="preserve">    (a) famous and admired</w:t>
      </w:r>
      <w:r>
        <w:br/>
      </w:r>
      <w:r>
        <w:t xml:space="preserve">    (b) unknown and ordinary</w:t>
      </w:r>
      <w:r>
        <w:br/>
      </w:r>
      <w:r>
        <w:t xml:space="preserve">    (c) controversial but rich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alarm clock kept going off every five minutes.</w:t>
      </w:r>
      <w:r>
        <w:br/>
      </w:r>
      <w:r>
        <w:t xml:space="preserve">    (a) annoying</w:t>
      </w:r>
      <w:r>
        <w:br/>
      </w:r>
      <w:r>
        <w:t xml:space="preserve">    (b) expensive</w:t>
      </w:r>
      <w:r>
        <w:br/>
      </w:r>
      <w:r>
        <w:t xml:space="preserve">    (c) antique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poem captured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pathos</w:t>
      </w:r>
      <w:r>
        <w:rPr>
          <w:b/>
          <w:bCs/>
        </w:rPr>
        <w:t xml:space="preserve"> </w:t>
      </w:r>
      <w:r>
        <w:rPr>
          <w:b/>
          <w:bCs/>
        </w:rPr>
        <w:t xml:space="preserve">of wartime loss.</w:t>
      </w:r>
      <w:r>
        <w:br/>
      </w:r>
      <w:r>
        <w:t xml:space="preserve">    (a) cheerful spirit</w:t>
      </w:r>
      <w:r>
        <w:br/>
      </w:r>
      <w:r>
        <w:t xml:space="preserve">    (b) angry tone</w:t>
      </w:r>
      <w:r>
        <w:br/>
      </w:r>
      <w:r>
        <w:t xml:space="preserve">    (c) moving sadness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Relapses</w:t>
      </w:r>
      <w:r>
        <w:rPr>
          <w:b/>
          <w:bCs/>
        </w:rPr>
        <w:t xml:space="preserve"> </w:t>
      </w:r>
      <w:r>
        <w:rPr>
          <w:b/>
          <w:bCs/>
        </w:rPr>
        <w:t xml:space="preserve">are common with major depressive disorder.</w:t>
      </w:r>
      <w:r>
        <w:br/>
      </w:r>
      <w:r>
        <w:t xml:space="preserve">    (a) crying spells</w:t>
      </w:r>
      <w:r>
        <w:br/>
      </w:r>
      <w:r>
        <w:t xml:space="preserve">    (b) returns to illness</w:t>
      </w:r>
      <w:r>
        <w:br/>
      </w:r>
      <w:r>
        <w:t xml:space="preserve">    (c) lost work days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the most intolerable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 </w:t>
      </w:r>
      <w:r>
        <w:rPr>
          <w:b/>
          <w:bCs/>
        </w:rPr>
        <w:t xml:space="preserve">on the face of the earth.</w:t>
      </w:r>
      <w:r>
        <w:br/>
      </w:r>
      <w:r>
        <w:t xml:space="preserve">    (a) apparently reasonable, but unproven</w:t>
      </w:r>
      <w:r>
        <w:br/>
      </w:r>
      <w:r>
        <w:t xml:space="preserve">    (b) without pattern or planning</w:t>
      </w:r>
      <w:r>
        <w:br/>
      </w:r>
      <w:r>
        <w:t xml:space="preserve">    (c) person without moral principles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emotionless</w:t>
      </w:r>
      <w:r>
        <w:br/>
      </w:r>
      <w:r>
        <w:t xml:space="preserve">    (b) confused</w:t>
      </w:r>
      <w:r>
        <w:br/>
      </w:r>
      <w:r>
        <w:t xml:space="preserve">    (c) bitter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gown made of the finest silk and adorned with sparkling jewels.</w:t>
      </w:r>
      <w:r>
        <w:br/>
      </w:r>
      <w:r>
        <w:t xml:space="preserve">    (a) flattering</w:t>
      </w:r>
      <w:r>
        <w:br/>
      </w:r>
      <w:r>
        <w:t xml:space="preserve">    (b) long</w:t>
      </w:r>
      <w:r>
        <w:br/>
      </w:r>
      <w:r>
        <w:t xml:space="preserve">    (c) magnificent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</w:t>
      </w:r>
      <w:r>
        <w:rPr>
          <w:b/>
          <w:bCs/>
        </w:rPr>
        <w:t xml:space="preserve"> </w:t>
      </w:r>
      <w:r>
        <w:rPr>
          <w:b/>
          <w:bCs/>
        </w:rPr>
        <w:t xml:space="preserve">those negative thoughts and think about good things.</w:t>
      </w:r>
      <w:r>
        <w:br/>
      </w:r>
      <w:r>
        <w:t xml:space="preserve">    (a) gently persuade</w:t>
      </w:r>
      <w:r>
        <w:br/>
      </w:r>
      <w:r>
        <w:t xml:space="preserve">    (b) completely defeat</w:t>
      </w:r>
      <w:r>
        <w:br/>
      </w:r>
      <w:r>
        <w:t xml:space="preserve">    (c) gently 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were surprised that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institution like Bear Stearns could so rapidly go out of business.</w:t>
      </w:r>
      <w:r>
        <w:br/>
      </w:r>
      <w:r>
        <w:t xml:space="preserve">    (a) popular</w:t>
      </w:r>
      <w:r>
        <w:br/>
      </w:r>
      <w:r>
        <w:t xml:space="preserve">    (b) long respected</w:t>
      </w:r>
      <w:r>
        <w:br/>
      </w:r>
      <w:r>
        <w:t xml:space="preserve">    (c) large and successful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not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vindictive</w:t>
      </w:r>
      <w:r>
        <w:rPr>
          <w:b/>
          <w:bCs/>
        </w:rPr>
        <w:t xml:space="preserve"> </w:t>
      </w:r>
      <w:r>
        <w:rPr>
          <w:b/>
          <w:bCs/>
        </w:rPr>
        <w:t xml:space="preserve">person.</w:t>
      </w:r>
      <w:r>
        <w:br/>
      </w:r>
      <w:r>
        <w:t xml:space="preserve">    (a) revengeful</w:t>
      </w:r>
      <w:r>
        <w:br/>
      </w:r>
      <w:r>
        <w:t xml:space="preserve">    (b) driven</w:t>
      </w:r>
      <w:r>
        <w:br/>
      </w:r>
      <w:r>
        <w:t xml:space="preserve">    (c) easy-going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bandits planned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waylay</w:t>
      </w:r>
      <w:r>
        <w:rPr>
          <w:b/>
          <w:bCs/>
        </w:rPr>
        <w:t xml:space="preserve"> </w:t>
      </w:r>
      <w:r>
        <w:rPr>
          <w:b/>
          <w:bCs/>
        </w:rPr>
        <w:t xml:space="preserve">travelers on the narrow mountain path.</w:t>
      </w:r>
      <w:r>
        <w:br/>
      </w:r>
      <w:r>
        <w:t xml:space="preserve">    (a) stop unexpectedly</w:t>
      </w:r>
      <w:r>
        <w:br/>
      </w:r>
      <w:r>
        <w:t xml:space="preserve">    (b) follow quietly</w:t>
      </w:r>
      <w:r>
        <w:br/>
      </w:r>
      <w:r>
        <w:t xml:space="preserve">    (c) spy upon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2026-07-31T14:53:34Z</dcterms:created>
  <dcterms:modified xsi:type="dcterms:W3CDTF">2026-07-31T14:53:34Z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