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85fd9b6b9e43604263849fe6023e7c152ec23b"/>
    <w:p>
      <w:pPr>
        <w:pStyle w:val="Heading1"/>
      </w:pPr>
      <w:r>
        <w:rPr>
          <w:b/>
          <w:bCs/>
        </w:rPr>
        <w:t xml:space="preserve">The Adventures of Sherlock Holmes</w:t>
      </w:r>
      <w:r>
        <w:br/>
      </w:r>
      <w:r>
        <w:rPr>
          <w:i/>
          <w:iCs/>
        </w:rPr>
        <w:t xml:space="preserve">Arthur Conan Doyle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abstracted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beautiful</w:t>
      </w:r>
      <w:r>
        <w:br/>
      </w:r>
      <w:r>
        <w:t xml:space="preserve">    (b) distracted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water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abstraction</w:t>
      </w:r>
      <w:r>
        <w:rPr>
          <w:b/>
          <w:bCs/>
        </w:rPr>
        <w:t xml:space="preserve"> </w:t>
      </w:r>
      <w:r>
        <w:rPr>
          <w:b/>
          <w:bCs/>
        </w:rPr>
        <w:t xml:space="preserve">license is required.</w:t>
      </w:r>
      <w:r>
        <w:br/>
      </w:r>
      <w:r>
        <w:t xml:space="preserve">    (a) removal</w:t>
      </w:r>
      <w:r>
        <w:br/>
      </w:r>
      <w:r>
        <w:t xml:space="preserve">    (b) of the sea</w:t>
      </w:r>
      <w:r>
        <w:br/>
      </w:r>
      <w:r>
        <w:t xml:space="preserve">    (c) knowledge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changed</w:t>
      </w:r>
      <w:r>
        <w:br/>
      </w:r>
      <w:r>
        <w:t xml:space="preserve">    (b) read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human spine is not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well adapted</w:t>
      </w:r>
      <w:r>
        <w:rPr>
          <w:b/>
          <w:bCs/>
        </w:rPr>
        <w:t xml:space="preserve"> </w:t>
      </w:r>
      <w:r>
        <w:rPr>
          <w:b/>
          <w:bCs/>
        </w:rPr>
        <w:t xml:space="preserve">to walking upright as we would like.</w:t>
      </w:r>
      <w:r>
        <w:br/>
      </w:r>
      <w:r>
        <w:t xml:space="preserve">    (a) well suited</w:t>
      </w:r>
      <w:r>
        <w:br/>
      </w:r>
      <w:r>
        <w:t xml:space="preserve">    (b) insured</w:t>
      </w:r>
      <w:r>
        <w:br/>
      </w:r>
      <w:r>
        <w:t xml:space="preserve">    (c) known widely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 numbers-tested,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approach to advertising.</w:t>
      </w:r>
      <w:r>
        <w:br/>
      </w:r>
      <w:r>
        <w:t xml:space="preserve">    (a) logical and systematic</w:t>
      </w:r>
      <w:r>
        <w:br/>
      </w:r>
      <w:r>
        <w:t xml:space="preserve">    (b) loud and aggressive</w:t>
      </w:r>
      <w:r>
        <w:br/>
      </w:r>
      <w:r>
        <w:t xml:space="preserve">    (c) creative and artistic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trusts only what she can measure or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deduce</w:t>
      </w:r>
      <w:r>
        <w:rPr>
          <w:b/>
          <w:bCs/>
        </w:rPr>
        <w:t xml:space="preserve"> </w:t>
      </w:r>
      <w:r>
        <w:rPr>
          <w:b/>
          <w:bCs/>
        </w:rPr>
        <w:t xml:space="preserve">from measurement.</w:t>
      </w:r>
      <w:r>
        <w:br/>
      </w:r>
      <w:r>
        <w:t xml:space="preserve">    (a) find in a book</w:t>
      </w:r>
      <w:r>
        <w:br/>
      </w:r>
      <w:r>
        <w:t xml:space="preserve">    (b) describe in detail</w:t>
      </w:r>
      <w:r>
        <w:br/>
      </w:r>
      <w:r>
        <w:t xml:space="preserve">    (c) conclude by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hopelessness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be impatient</w:t>
      </w:r>
      <w:r>
        <w:br/>
      </w:r>
      <w:r>
        <w:t xml:space="preserve">    (b) lose hope</w:t>
      </w:r>
      <w:r>
        <w:br/>
      </w:r>
      <w:r>
        <w:t xml:space="preserve">    (c) cry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try</w:t>
      </w:r>
      <w:r>
        <w:br/>
      </w:r>
      <w:r>
        <w:t xml:space="preserve">    (b) not be able</w:t>
      </w:r>
      <w:r>
        <w:br/>
      </w:r>
      <w:r>
        <w:t xml:space="preserve">    (c) 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is good, but the plan doesn't seem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.</w:t>
      </w:r>
      <w:r>
        <w:br/>
      </w:r>
      <w:r>
        <w:t xml:space="preserve">    (a) impressive</w:t>
      </w:r>
      <w:r>
        <w:br/>
      </w:r>
      <w:r>
        <w:t xml:space="preserve">    (b) practical</w:t>
      </w:r>
      <w:r>
        <w:br/>
      </w:r>
      <w:r>
        <w:t xml:space="preserve">    (c) profitable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theorized</w:t>
      </w:r>
      <w:r>
        <w:br/>
      </w:r>
      <w:r>
        <w:t xml:space="preserve">    (b) fantasized</w:t>
      </w:r>
      <w:r>
        <w:br/>
      </w:r>
      <w:r>
        <w:t xml:space="preserve">    (c) disbelieved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hypothesis</w:t>
      </w:r>
      <w:r>
        <w:rPr>
          <w:b/>
          <w:bCs/>
        </w:rPr>
        <w:t xml:space="preserve"> </w:t>
      </w:r>
      <w:r>
        <w:rPr>
          <w:b/>
          <w:bCs/>
        </w:rPr>
        <w:t xml:space="preserve">was that the plants grew faster with classical music playing.</w:t>
      </w:r>
      <w:r>
        <w:br/>
      </w:r>
      <w:r>
        <w:t xml:space="preserve">    (a) confirmed scientific fact</w:t>
      </w:r>
      <w:r>
        <w:br/>
      </w:r>
      <w:r>
        <w:t xml:space="preserve">    (b) well-known principle</w:t>
      </w:r>
      <w:r>
        <w:br/>
      </w:r>
      <w:r>
        <w:t xml:space="preserve">    (c) unproven proposed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figured out</w:t>
      </w:r>
      <w:r>
        <w:br/>
      </w:r>
      <w:r>
        <w:t xml:space="preserve">    (b) different</w:t>
      </w:r>
      <w:r>
        <w:br/>
      </w:r>
      <w:r>
        <w:t xml:space="preserve">    (c) converted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vote</w:t>
      </w:r>
      <w:r>
        <w:br/>
      </w:r>
      <w:r>
        <w:t xml:space="preserve">    (b) assistant</w:t>
      </w:r>
      <w:r>
        <w:br/>
      </w:r>
      <w:r>
        <w:t xml:space="preserve">    (c) formal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statement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available from prior research</w:t>
      </w:r>
      <w:r>
        <w:br/>
      </w:r>
      <w:r>
        <w:t xml:space="preserve">    (b) quickly eliminated</w:t>
      </w:r>
      <w:r>
        <w:br/>
      </w:r>
      <w:r>
        <w:t xml:space="preserve">    (c) including even small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an interesting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first year in college.</w:t>
      </w:r>
      <w:r>
        <w:br/>
      </w:r>
      <w:r>
        <w:t xml:space="preserve">    (a) joke</w:t>
      </w:r>
      <w:r>
        <w:br/>
      </w:r>
      <w:r>
        <w:t xml:space="preserve">    (b) theatrical play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happy</w:t>
      </w:r>
      <w:r>
        <w:br/>
      </w:r>
      <w:r>
        <w:t xml:space="preserve">    (b) certain</w:t>
      </w:r>
      <w:r>
        <w:br/>
      </w:r>
      <w:r>
        <w:t xml:space="preserve">    (c) pretty 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good or beneficial</w:t>
      </w:r>
      <w:r>
        <w:br/>
      </w:r>
      <w:r>
        <w:t xml:space="preserve">    (b) minor and unnoticed</w:t>
      </w:r>
      <w:r>
        <w:br/>
      </w:r>
      <w:r>
        <w:t xml:space="preserve">    (c) harmful or damaging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complicated</w:t>
      </w:r>
      <w:r>
        <w:br/>
      </w:r>
      <w:r>
        <w:t xml:space="preserve">    (b) evil</w:t>
      </w:r>
      <w:r>
        <w:br/>
      </w:r>
      <w:r>
        <w:t xml:space="preserve">    (c) clever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2026-07-31T14:52:25Z</dcterms:created>
  <dcterms:modified xsi:type="dcterms:W3CDTF">2026-07-31T14:52:25Z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