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29810d675a5b506f18268943b3a6c5d434565e"/>
    <w:p>
      <w:pPr>
        <w:pStyle w:val="Heading1"/>
      </w:pPr>
      <w:r>
        <w:rPr>
          <w:b/>
          <w:bCs/>
        </w:rPr>
        <w:t xml:space="preserve">The Adventures of Sherlock Holmes</w:t>
      </w:r>
      <w:r>
        <w:br/>
      </w:r>
      <w:r>
        <w:rPr>
          <w:i/>
          <w:iCs/>
        </w:rPr>
        <w:t xml:space="preserve">Arthur Conan Doyle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appeals court found that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circumstantial evidence</w:t>
      </w:r>
      <w:r>
        <w:rPr>
          <w:b/>
          <w:bCs/>
        </w:rPr>
        <w:t xml:space="preserve"> </w:t>
      </w:r>
      <w:r>
        <w:rPr>
          <w:b/>
          <w:bCs/>
        </w:rPr>
        <w:t xml:space="preserve">was not sufficient for a guilty verdict.</w:t>
      </w:r>
      <w:r>
        <w:br/>
      </w:r>
      <w:r>
        <w:t xml:space="preserve">    (a) planted</w:t>
      </w:r>
      <w:r>
        <w:br/>
      </w:r>
      <w:r>
        <w:t xml:space="preserve">    (b) suggestive</w:t>
      </w:r>
      <w:r>
        <w:br/>
      </w:r>
      <w:r>
        <w:t xml:space="preserve">    (c) proven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felt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compunction</w:t>
      </w:r>
      <w:r>
        <w:rPr>
          <w:b/>
          <w:bCs/>
        </w:rPr>
        <w:t xml:space="preserve"> </w:t>
      </w:r>
      <w:r>
        <w:rPr>
          <w:b/>
          <w:bCs/>
        </w:rPr>
        <w:t xml:space="preserve">about breaking the rules if it meant helping his friend in need.</w:t>
      </w:r>
      <w:r>
        <w:br/>
      </w:r>
      <w:r>
        <w:t xml:space="preserve">    (a) guilt</w:t>
      </w:r>
      <w:r>
        <w:br/>
      </w:r>
      <w:r>
        <w:t xml:space="preserve">    (b) pleasure</w:t>
      </w:r>
      <w:r>
        <w:br/>
      </w:r>
      <w:r>
        <w:t xml:space="preserve">    (c) honor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test results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conclusive</w:t>
      </w:r>
      <w:r>
        <w:rPr>
          <w:b/>
          <w:bCs/>
        </w:rPr>
        <w:t xml:space="preserve">, proving the medicine was effective.</w:t>
      </w:r>
      <w:r>
        <w:br/>
      </w:r>
      <w:r>
        <w:t xml:space="preserve">    (a) possible (but unproven)</w:t>
      </w:r>
      <w:r>
        <w:br/>
      </w:r>
      <w:r>
        <w:t xml:space="preserve">    (b) early (and uncertain)</w:t>
      </w:r>
      <w:r>
        <w:br/>
      </w:r>
      <w:r>
        <w:t xml:space="preserve">    (c) definite (leaving no doubt)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found her new colleagues to be quite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congenial</w:t>
      </w:r>
      <w:r>
        <w:rPr>
          <w:b/>
          <w:bCs/>
        </w:rPr>
        <w:t xml:space="preserve">, making her transition to the new job much easier.</w:t>
      </w:r>
      <w:r>
        <w:br/>
      </w:r>
      <w:r>
        <w:t xml:space="preserve">    (a) friendly</w:t>
      </w:r>
      <w:r>
        <w:br/>
      </w:r>
      <w:r>
        <w:t xml:space="preserve">    (b) challenging</w:t>
      </w:r>
      <w:r>
        <w:br/>
      </w:r>
      <w:r>
        <w:t xml:space="preserve">    (c) unfamiliar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constraints</w:t>
      </w:r>
      <w:r>
        <w:rPr>
          <w:b/>
          <w:bCs/>
        </w:rPr>
        <w:t xml:space="preserve"> </w:t>
      </w:r>
      <w:r>
        <w:rPr>
          <w:b/>
          <w:bCs/>
        </w:rPr>
        <w:t xml:space="preserve">on her power to spend taxpayer funds.</w:t>
      </w:r>
      <w:r>
        <w:br/>
      </w:r>
      <w:r>
        <w:t xml:space="preserve">    (a) flexibility</w:t>
      </w:r>
      <w:r>
        <w:br/>
      </w:r>
      <w:r>
        <w:t xml:space="preserve">    (b) increases</w:t>
      </w:r>
      <w:r>
        <w:br/>
      </w:r>
      <w:r>
        <w:t xml:space="preserve">    (c) limitations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detective used a fake wallet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decoy</w:t>
      </w:r>
      <w:r>
        <w:rPr>
          <w:b/>
          <w:bCs/>
        </w:rPr>
        <w:t xml:space="preserve"> </w:t>
      </w:r>
      <w:r>
        <w:rPr>
          <w:b/>
          <w:bCs/>
        </w:rPr>
        <w:t xml:space="preserve">to distract the thief.</w:t>
      </w:r>
      <w:r>
        <w:br/>
      </w:r>
      <w:r>
        <w:t xml:space="preserve">    (a) misleading attraction</w:t>
      </w:r>
      <w:r>
        <w:br/>
      </w:r>
      <w:r>
        <w:t xml:space="preserve">    (b) careful warning</w:t>
      </w:r>
      <w:r>
        <w:br/>
      </w:r>
      <w:r>
        <w:t xml:space="preserve">    (c) valuable reward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Based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deduction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clues at the crime scene, such as the footprints and the broken lock, the detective concluded that the burglar had entered and exited through the window.</w:t>
      </w:r>
      <w:r>
        <w:br/>
      </w:r>
      <w:r>
        <w:t xml:space="preserve">    (a) reasoning to reach a logical conclusion</w:t>
      </w:r>
      <w:r>
        <w:br/>
      </w:r>
      <w:r>
        <w:t xml:space="preserve">    (b) gathering and collecting of evidence</w:t>
      </w:r>
      <w:r>
        <w:br/>
      </w:r>
      <w:r>
        <w:t xml:space="preserve">    (c) relying on intuition or following a hunch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Dowries</w:t>
      </w:r>
      <w:r>
        <w:rPr>
          <w:b/>
          <w:bCs/>
        </w:rPr>
        <w:t xml:space="preserve"> </w:t>
      </w:r>
      <w:r>
        <w:rPr>
          <w:b/>
          <w:bCs/>
        </w:rPr>
        <w:t xml:space="preserve">are common in that culture.</w:t>
      </w:r>
      <w:r>
        <w:br/>
      </w:r>
      <w:r>
        <w:t xml:space="preserve">    (a) payment to a husband upon marriage</w:t>
      </w:r>
      <w:r>
        <w:br/>
      </w:r>
      <w:r>
        <w:t xml:space="preserve">    (b) large families</w:t>
      </w:r>
      <w:r>
        <w:br/>
      </w:r>
      <w:r>
        <w:t xml:space="preserve">    (c) extended-families living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Experts proved the painting was a clever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forgery</w:t>
      </w:r>
      <w:r>
        <w:rPr>
          <w:b/>
          <w:bCs/>
        </w:rPr>
        <w:t xml:space="preserve">, not the real masterpiece.</w:t>
      </w:r>
      <w:r>
        <w:br/>
      </w:r>
      <w:r>
        <w:t xml:space="preserve">    (a) early rough draft</w:t>
      </w:r>
      <w:r>
        <w:br/>
      </w:r>
      <w:r>
        <w:t xml:space="preserve">    (b) original work of art</w:t>
      </w:r>
      <w:r>
        <w:br/>
      </w:r>
      <w:r>
        <w:t xml:space="preserve">    (c) fake passed off as real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cannot allow powerful individuals to commit crimes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impunity</w:t>
      </w:r>
      <w:r>
        <w:rPr>
          <w:b/>
          <w:bCs/>
        </w:rPr>
        <w:t xml:space="preserve">.</w:t>
      </w:r>
      <w:r>
        <w:br/>
      </w:r>
      <w:r>
        <w:t xml:space="preserve">    (a) government accomplices</w:t>
      </w:r>
      <w:r>
        <w:br/>
      </w:r>
      <w:r>
        <w:t xml:space="preserve">    (b) clever lawyers</w:t>
      </w:r>
      <w:r>
        <w:br/>
      </w:r>
      <w:r>
        <w:t xml:space="preserve">    (c) exemption from punishment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journalist’s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incisive</w:t>
      </w:r>
      <w:r>
        <w:rPr>
          <w:b/>
          <w:bCs/>
        </w:rPr>
        <w:t xml:space="preserve"> </w:t>
      </w:r>
      <w:r>
        <w:rPr>
          <w:b/>
          <w:bCs/>
        </w:rPr>
        <w:t xml:space="preserve">writing made complex political issues easy to understand.</w:t>
      </w:r>
      <w:r>
        <w:br/>
      </w:r>
      <w:r>
        <w:t xml:space="preserve">    (a) the state of not representing or imitating external reality or the objects of nature</w:t>
      </w:r>
      <w:r>
        <w:br/>
      </w:r>
      <w:r>
        <w:t xml:space="preserve">    (b) a solution that is simpler (and often more comprehensive) than most would anticipate</w:t>
      </w:r>
      <w:r>
        <w:br/>
      </w:r>
      <w:r>
        <w:t xml:space="preserve">    (c) clear and sharp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indebted</w:t>
      </w:r>
      <w:r>
        <w:rPr>
          <w:b/>
          <w:bCs/>
        </w:rPr>
        <w:t xml:space="preserve"> </w:t>
      </w:r>
      <w:r>
        <w:rPr>
          <w:b/>
          <w:bCs/>
        </w:rPr>
        <w:t xml:space="preserve">to her mentor for years of patient guidance.</w:t>
      </w:r>
      <w:r>
        <w:br/>
      </w:r>
      <w:r>
        <w:t xml:space="preserve">    (a) annoyed</w:t>
      </w:r>
      <w:r>
        <w:br/>
      </w:r>
      <w:r>
        <w:t xml:space="preserve">    (b) jealous</w:t>
      </w:r>
      <w:r>
        <w:br/>
      </w:r>
      <w:r>
        <w:t xml:space="preserve">    (c) grateful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place lends itself to spirituality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introspection</w:t>
      </w:r>
      <w:r>
        <w:rPr>
          <w:b/>
          <w:bCs/>
        </w:rPr>
        <w:t xml:space="preserve">.</w:t>
      </w:r>
      <w:r>
        <w:br/>
      </w:r>
      <w:r>
        <w:t xml:space="preserve">    (a) self-reflection</w:t>
      </w:r>
      <w:r>
        <w:br/>
      </w:r>
      <w:r>
        <w:t xml:space="preserve">    (b) physical exercise</w:t>
      </w:r>
      <w:r>
        <w:br/>
      </w:r>
      <w:r>
        <w:t xml:space="preserve">    (c) group discussion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town has become a 21st century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metropolis</w:t>
      </w:r>
      <w:r>
        <w:rPr>
          <w:b/>
          <w:bCs/>
        </w:rPr>
        <w:t xml:space="preserve">.</w:t>
      </w:r>
      <w:r>
        <w:br/>
      </w:r>
      <w:r>
        <w:t xml:space="preserve">    (a) rural area</w:t>
      </w:r>
      <w:r>
        <w:br/>
      </w:r>
      <w:r>
        <w:t xml:space="preserve">    (b) large city</w:t>
      </w:r>
      <w:r>
        <w:br/>
      </w:r>
      <w:r>
        <w:t xml:space="preserve">    (c) small village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monogram</w:t>
      </w:r>
      <w:r>
        <w:rPr>
          <w:b/>
          <w:bCs/>
        </w:rPr>
        <w:t xml:space="preserve"> </w:t>
      </w:r>
      <w:r>
        <w:rPr>
          <w:b/>
          <w:bCs/>
        </w:rPr>
        <w:t xml:space="preserve">embroidered on each of his dress shirts.</w:t>
      </w:r>
      <w:r>
        <w:br/>
      </w:r>
      <w:r>
        <w:t xml:space="preserve">    (a) fabric label</w:t>
      </w:r>
      <w:r>
        <w:br/>
      </w:r>
      <w:r>
        <w:t xml:space="preserve">    (b) decorative stripe</w:t>
      </w:r>
      <w:r>
        <w:br/>
      </w:r>
      <w:r>
        <w:t xml:space="preserve">    (c) design with initials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Owls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nocturnal</w:t>
      </w:r>
      <w:r>
        <w:rPr>
          <w:b/>
          <w:bCs/>
        </w:rPr>
        <w:t xml:space="preserve"> </w:t>
      </w:r>
      <w:r>
        <w:rPr>
          <w:b/>
          <w:bCs/>
        </w:rPr>
        <w:t xml:space="preserve">hunters that rely on excellent vision in low light.</w:t>
      </w:r>
      <w:r>
        <w:br/>
      </w:r>
      <w:r>
        <w:t xml:space="preserve">    (a) long-tailed</w:t>
      </w:r>
      <w:r>
        <w:br/>
      </w:r>
      <w:r>
        <w:t xml:space="preserve">    (b) nighttime-active</w:t>
      </w:r>
      <w:r>
        <w:br/>
      </w:r>
      <w:r>
        <w:t xml:space="preserve">    (c) ocean-dwelling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There's also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nominal</w:t>
      </w:r>
      <w:r>
        <w:rPr>
          <w:b/>
          <w:bCs/>
        </w:rPr>
        <w:t xml:space="preserve"> </w:t>
      </w:r>
      <w:r>
        <w:rPr>
          <w:b/>
          <w:bCs/>
        </w:rPr>
        <w:t xml:space="preserve">airport tax as you depart.</w:t>
      </w:r>
      <w:r>
        <w:br/>
      </w:r>
      <w:r>
        <w:t xml:space="preserve">    (a) exactness or accuracy</w:t>
      </w:r>
      <w:r>
        <w:br/>
      </w:r>
      <w:r>
        <w:t xml:space="preserve">    (b) able to be translated</w:t>
      </w:r>
      <w:r>
        <w:br/>
      </w:r>
      <w:r>
        <w:t xml:space="preserve">    (c) small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persistence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scientist in her research eventually led to a groundbreaking discovery.</w:t>
      </w:r>
      <w:r>
        <w:br/>
      </w:r>
      <w:r>
        <w:t xml:space="preserve">    (a) blind optimism</w:t>
      </w:r>
      <w:r>
        <w:br/>
      </w:r>
      <w:r>
        <w:t xml:space="preserve">    (b) immediate success</w:t>
      </w:r>
      <w:r>
        <w:br/>
      </w:r>
      <w:r>
        <w:t xml:space="preserve">    (c) continuing effort despite difficulties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criminal was ordered to pay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</w:t>
      </w:r>
      <w:r>
        <w:rPr>
          <w:b/>
          <w:bCs/>
        </w:rPr>
        <w:t xml:space="preserve"> </w:t>
      </w:r>
      <w:r>
        <w:rPr>
          <w:b/>
          <w:bCs/>
        </w:rPr>
        <w:t xml:space="preserve">to his victims as part of his sentence.</w:t>
      </w:r>
      <w:r>
        <w:br/>
      </w:r>
      <w:r>
        <w:t xml:space="preserve">    (a) a penalty fine</w:t>
      </w:r>
      <w:r>
        <w:br/>
      </w:r>
      <w:r>
        <w:t xml:space="preserve">    (b) compensation for loss</w:t>
      </w:r>
      <w:r>
        <w:br/>
      </w:r>
      <w:r>
        <w:t xml:space="preserve">    (c) an apology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reputable</w:t>
      </w:r>
      <w:r>
        <w:rPr>
          <w:b/>
          <w:bCs/>
        </w:rPr>
        <w:t xml:space="preserve"> </w:t>
      </w:r>
      <w:r>
        <w:rPr>
          <w:b/>
          <w:bCs/>
        </w:rPr>
        <w:t xml:space="preserve">scientist believes that.</w:t>
      </w:r>
      <w:r>
        <w:br/>
      </w:r>
      <w:r>
        <w:t xml:space="preserve">    (a) thoughtful</w:t>
      </w:r>
      <w:r>
        <w:br/>
      </w:r>
      <w:r>
        <w:t xml:space="preserve">    (b) under the age of 30</w:t>
      </w:r>
      <w:r>
        <w:br/>
      </w:r>
      <w:r>
        <w:t xml:space="preserve">    (c) trusted and respected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2026-07-31T14:52:26Z</dcterms:created>
  <dcterms:modified xsi:type="dcterms:W3CDTF">2026-07-31T14:52:26Z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