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03ccf825578b208f228ffefa05768f24807ce6"/>
    <w:p>
      <w:pPr>
        <w:pStyle w:val="Heading1"/>
      </w:pPr>
      <w:r>
        <w:rPr>
          <w:b/>
          <w:bCs/>
        </w:rPr>
        <w:t xml:space="preserve">The Adventures of Sherlock Holmes</w:t>
      </w:r>
      <w:r>
        <w:br/>
      </w:r>
      <w:r>
        <w:rPr>
          <w:i/>
          <w:iCs/>
        </w:rPr>
        <w:t xml:space="preserve">Arthur Conan Doyle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 stood before the fire and looked me over in his singular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introspective</w:t>
      </w:r>
      <w:r>
        <w:rPr>
          <w:b/>
          <w:bCs/>
        </w:rPr>
        <w:t xml:space="preserve"> </w:t>
      </w:r>
      <w:r>
        <w:rPr>
          <w:b/>
          <w:bCs/>
        </w:rPr>
        <w:t xml:space="preserve">fashion.</w:t>
      </w:r>
      <w:r>
        <w:br/>
      </w:r>
      <w:r>
        <w:t xml:space="preserve">    (a) thoughtful about one's own thoughts and feelings</w:t>
      </w:r>
      <w:r>
        <w:br/>
      </w:r>
      <w:r>
        <w:t xml:space="preserve">    (b) tending to have exceedingly unfavorable opinions</w:t>
      </w:r>
      <w:r>
        <w:br/>
      </w:r>
      <w:r>
        <w:t xml:space="preserve">    (c) most important; or person that is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name of the maker, no doubt; or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monogram</w:t>
      </w:r>
      <w:r>
        <w:rPr>
          <w:b/>
          <w:bCs/>
        </w:rPr>
        <w:t xml:space="preserve">, rather.</w:t>
      </w:r>
      <w:r>
        <w:br/>
      </w:r>
      <w:r>
        <w:t xml:space="preserve">    (a) regular crisscross grid that repeats in a pattern of squares or diamonds</w:t>
      </w:r>
      <w:r>
        <w:br/>
      </w:r>
      <w:r>
        <w:t xml:space="preserve">    (b) design based on alphabetic letters; or adding such a design to something</w:t>
      </w:r>
      <w:r>
        <w:br/>
      </w:r>
      <w:r>
        <w:t xml:space="preserve">    (c) characterized by narrower parallel folds when closed and wider when open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Forgery</w:t>
      </w:r>
      <w:r>
        <w:rPr>
          <w:b/>
          <w:bCs/>
        </w:rPr>
        <w:t xml:space="preserve">.</w:t>
      </w:r>
      <w:r>
        <w:br/>
      </w:r>
      <w:r>
        <w:t xml:space="preserve">    (a) a compound consisting of large molecules made up of a linked series of repeated smaller molecules</w:t>
      </w:r>
      <w:r>
        <w:br/>
      </w:r>
      <w:r>
        <w:t xml:space="preserve">    (b) any of the Scandinavian people who raided the coasts of Europe from the 8th to the 11th centuries</w:t>
      </w:r>
      <w:r>
        <w:br/>
      </w:r>
      <w:r>
        <w:t xml:space="preserve">    (c) something that is represented as real even though it is a fake; or the making of such a fake item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close upon four before the door opened, and a drunken-looking groom, ill-kempt and side-whiskered, with an inflamed face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disreputable</w:t>
      </w:r>
      <w:r>
        <w:rPr>
          <w:b/>
          <w:bCs/>
        </w:rPr>
        <w:t xml:space="preserve"> </w:t>
      </w:r>
      <w:r>
        <w:rPr>
          <w:b/>
          <w:bCs/>
        </w:rPr>
        <w:t xml:space="preserve">clothes, walked into the room.</w:t>
      </w:r>
      <w:r>
        <w:br/>
      </w:r>
      <w:r>
        <w:t xml:space="preserve">    (a) acceptance of what happens without trying to take control or reacting strongly</w:t>
      </w:r>
      <w:r>
        <w:br/>
      </w:r>
      <w:r>
        <w:t xml:space="preserve">    (b) not trusted or respected -- especially thought to engage in illegal activities</w:t>
      </w:r>
      <w:r>
        <w:br/>
      </w:r>
      <w:r>
        <w:t xml:space="preserve">    (c) the state of being a concept or idea not associated with any specific instance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immensely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indebted</w:t>
      </w:r>
      <w:r>
        <w:rPr>
          <w:b/>
          <w:bCs/>
        </w:rPr>
        <w:t xml:space="preserve"> </w:t>
      </w:r>
      <w:r>
        <w:rPr>
          <w:b/>
          <w:bCs/>
        </w:rPr>
        <w:t xml:space="preserve">to you.</w:t>
      </w:r>
      <w:r>
        <w:br/>
      </w:r>
      <w:r>
        <w:t xml:space="preserve">    (a) the state or quality of expressing or displaying sexual activity or violence with detailed clarity</w:t>
      </w:r>
      <w:r>
        <w:br/>
      </w:r>
      <w:r>
        <w:t xml:space="preserve">    (b) influenced by personal belief, feelings, or preferences (rather than being based purely upon fact)</w:t>
      </w:r>
      <w:r>
        <w:br/>
      </w:r>
      <w:r>
        <w:t xml:space="preserve">    (c) to be grateful for a favor; or to owe money; or to be in the position of owing a debt of gratitude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...there is now another vacancy open which entitles a member of the League to a salary of £4 a week for purely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nominal</w:t>
      </w:r>
      <w:r>
        <w:rPr>
          <w:b/>
          <w:bCs/>
        </w:rPr>
        <w:t xml:space="preserve"> </w:t>
      </w:r>
      <w:r>
        <w:rPr>
          <w:b/>
          <w:bCs/>
        </w:rPr>
        <w:t xml:space="preserve">services.</w:t>
      </w:r>
      <w:r>
        <w:br/>
      </w:r>
      <w:r>
        <w:t xml:space="preserve">    (a) able to be translated</w:t>
      </w:r>
      <w:r>
        <w:br/>
      </w:r>
      <w:r>
        <w:t xml:space="preserve">    (b) exactness or accuracy</w:t>
      </w:r>
      <w:r>
        <w:br/>
      </w:r>
      <w:r>
        <w:t xml:space="preserve">    (c) insignificantly small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was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nocturnal</w:t>
      </w:r>
      <w:r>
        <w:rPr>
          <w:b/>
          <w:bCs/>
        </w:rPr>
        <w:t xml:space="preserve"> </w:t>
      </w:r>
      <w:r>
        <w:rPr>
          <w:b/>
          <w:bCs/>
        </w:rPr>
        <w:t xml:space="preserve">expedition, and why should I go armed?</w:t>
      </w:r>
      <w:r>
        <w:br/>
      </w:r>
      <w:r>
        <w:t xml:space="preserve">    (a) the quality of being unchanging or continuous</w:t>
      </w:r>
      <w:r>
        <w:br/>
      </w:r>
      <w:r>
        <w:t xml:space="preserve">    (b) active during the night; or relating to night</w:t>
      </w:r>
      <w:r>
        <w:br/>
      </w:r>
      <w:r>
        <w:t xml:space="preserve">    (c) the quality of not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they fire, Watson, have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compunction</w:t>
      </w:r>
      <w:r>
        <w:rPr>
          <w:b/>
          <w:bCs/>
        </w:rPr>
        <w:t xml:space="preserve"> </w:t>
      </w:r>
      <w:r>
        <w:rPr>
          <w:b/>
          <w:bCs/>
        </w:rPr>
        <w:t xml:space="preserve">about shooting them down.</w:t>
      </w:r>
      <w:r>
        <w:br/>
      </w:r>
      <w:r>
        <w:t xml:space="preserve">    (a) guilt for a misdeed; or a feeling that it would be wrong to do something</w:t>
      </w:r>
      <w:r>
        <w:br/>
      </w:r>
      <w:r>
        <w:t xml:space="preserve">    (b) thinking or guessing with uncertainty; or the resulting thought or guess</w:t>
      </w:r>
      <w:r>
        <w:br/>
      </w:r>
      <w:r>
        <w:t xml:space="preserve">    (c) ruling on a point of Islamic law that is given by a recognized authority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Now, when you see that a young lady, otherwise neatly dressed, has come away from home with odd boots, half-buttoned, it is no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deduction</w:t>
      </w:r>
      <w:r>
        <w:rPr>
          <w:b/>
          <w:bCs/>
        </w:rPr>
        <w:t xml:space="preserve"> </w:t>
      </w:r>
      <w:r>
        <w:rPr>
          <w:b/>
          <w:bCs/>
        </w:rPr>
        <w:t xml:space="preserve">to say that she came away in a hurry.</w:t>
      </w:r>
      <w:r>
        <w:br/>
      </w:r>
      <w:r>
        <w:t xml:space="preserve">    (a) logical conclusion</w:t>
      </w:r>
      <w:r>
        <w:br/>
      </w:r>
      <w:r>
        <w:t xml:space="preserve">    (b) easily set on fire</w:t>
      </w:r>
      <w:r>
        <w:br/>
      </w:r>
      <w:r>
        <w:t xml:space="preserve">    (c) untied or released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asked, keenly interested, as I always was, by my friend's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incisive</w:t>
      </w:r>
      <w:r>
        <w:rPr>
          <w:b/>
          <w:bCs/>
        </w:rPr>
        <w:t xml:space="preserve"> </w:t>
      </w:r>
      <w:r>
        <w:rPr>
          <w:b/>
          <w:bCs/>
        </w:rPr>
        <w:t xml:space="preserve">reasoning.</w:t>
      </w:r>
      <w:r>
        <w:br/>
      </w:r>
      <w:r>
        <w:t xml:space="preserve">    (a) a solution that is simpler (and often more comprehensive) than most would anticipate</w:t>
      </w:r>
      <w:r>
        <w:br/>
      </w:r>
      <w:r>
        <w:t xml:space="preserve">    (b) expressing ideas clearly, sharply, and effectively, often showing deep understanding</w:t>
      </w:r>
      <w:r>
        <w:br/>
      </w:r>
      <w:r>
        <w:t xml:space="preserve">    (c) the state of not representing or imitating external reality or the objects of nature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point about the signature is very suggestive—in fact, we may call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conclusive</w:t>
      </w:r>
      <w:r>
        <w:rPr>
          <w:b/>
          <w:bCs/>
        </w:rPr>
        <w:t xml:space="preserve">.</w:t>
      </w:r>
      <w:r>
        <w:br/>
      </w:r>
      <w:r>
        <w:t xml:space="preserve">    (a) in a manner that takes on or adopts</w:t>
      </w:r>
      <w:r>
        <w:br/>
      </w:r>
      <w:r>
        <w:t xml:space="preserve">    (b) putting an end to doubt or question</w:t>
      </w:r>
      <w:r>
        <w:br/>
      </w:r>
      <w:r>
        <w:t xml:space="preserve">    (c) full of strong desire for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done nothing actionable from the first, but as long as you keep that door locked you lay yourself open to an action for assault and illegal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</w:t>
      </w:r>
      <w:r>
        <w:rPr>
          <w:b/>
          <w:bCs/>
        </w:rPr>
        <w:t xml:space="preserve">.</w:t>
      </w:r>
      <w:r>
        <w:br/>
      </w:r>
      <w:r>
        <w:t xml:space="preserve">    (a) lacking experience or sophistication</w:t>
      </w:r>
      <w:r>
        <w:br/>
      </w:r>
      <w:r>
        <w:t xml:space="preserve">    (b) something that limits something else</w:t>
      </w:r>
      <w:r>
        <w:br/>
      </w:r>
      <w:r>
        <w:t xml:space="preserve">    (c) a Muslim religious teacher or leader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circumstantial evidence</w:t>
      </w:r>
      <w:r>
        <w:rPr>
          <w:b/>
          <w:bCs/>
        </w:rPr>
        <w:t xml:space="preserve"> </w:t>
      </w:r>
      <w:r>
        <w:rPr>
          <w:b/>
          <w:bCs/>
        </w:rPr>
        <w:t xml:space="preserve">pointed to a criminal it does so here.</w:t>
      </w:r>
      <w:r>
        <w:br/>
      </w:r>
      <w:r>
        <w:t xml:space="preserve">    (a) evidence that fits a compelling narrative</w:t>
      </w:r>
      <w:r>
        <w:br/>
      </w:r>
      <w:r>
        <w:t xml:space="preserve">    (b) evidence that can suggest something, but does not prove it</w:t>
      </w:r>
      <w:r>
        <w:br/>
      </w:r>
      <w:r>
        <w:t xml:space="preserve">    (c) evidence from scientific tests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could 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decoyed</w:t>
      </w:r>
      <w:r>
        <w:rPr>
          <w:b/>
          <w:bCs/>
        </w:rPr>
        <w:t xml:space="preserve"> </w:t>
      </w:r>
      <w:r>
        <w:rPr>
          <w:b/>
          <w:bCs/>
        </w:rPr>
        <w:t xml:space="preserve">him down there?</w:t>
      </w:r>
      <w:r>
        <w:br/>
      </w:r>
      <w:r>
        <w:t xml:space="preserve">    (a) made uncomfortable (weighed heavily on the senses or spirit)</w:t>
      </w:r>
      <w:r>
        <w:br/>
      </w:r>
      <w:r>
        <w:t xml:space="preserve">    (b) joined with others in a public protest or display of support</w:t>
      </w:r>
      <w:r>
        <w:br/>
      </w:r>
      <w:r>
        <w:t xml:space="preserve">    (c) someone or something used for trickery -- especially to lure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day my editor wished to have a series of articles upon begging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metropolis</w:t>
      </w:r>
      <w:r>
        <w:rPr>
          <w:b/>
          <w:bCs/>
        </w:rPr>
        <w:t xml:space="preserve">, and I volunteered to supply them.</w:t>
      </w:r>
      <w:r>
        <w:br/>
      </w:r>
      <w:r>
        <w:t xml:space="preserve">    (a) tourist attraction</w:t>
      </w:r>
      <w:r>
        <w:br/>
      </w:r>
      <w:r>
        <w:t xml:space="preserve">    (b) ghetto</w:t>
      </w:r>
      <w:r>
        <w:br/>
      </w:r>
      <w:r>
        <w:t xml:space="preserve">    (c) 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not got blood enough to go in for felony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impunity</w:t>
      </w:r>
      <w:r>
        <w:rPr>
          <w:b/>
          <w:bCs/>
        </w:rPr>
        <w:t xml:space="preserve">.</w:t>
      </w:r>
      <w:r>
        <w:br/>
      </w:r>
      <w:r>
        <w:t xml:space="preserve">    (a) found a condition or substance to be present</w:t>
      </w:r>
      <w:r>
        <w:br/>
      </w:r>
      <w:r>
        <w:t xml:space="preserve">    (b) Nazi organization for children aged 10 to 18</w:t>
      </w:r>
      <w:r>
        <w:br/>
      </w:r>
      <w:r>
        <w:t xml:space="preserve">    (c) exemption or freedom from punishment or loss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brought, I understand, a considerable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dowry</w:t>
      </w:r>
      <w:r>
        <w:rPr>
          <w:b/>
          <w:bCs/>
        </w:rPr>
        <w:t xml:space="preserve">?</w:t>
      </w:r>
      <w:r>
        <w:br/>
      </w:r>
      <w:r>
        <w:t xml:space="preserve">    (a) someone who believes in the teaching of Buddha -- that aims to end suffering by ending selfish desire and following a path of wisdom, ethics, and meditation</w:t>
      </w:r>
      <w:r>
        <w:br/>
      </w:r>
      <w:r>
        <w:t xml:space="preserve">    (b) a powered mechanical device, typically used to fabricate metal components of machines by the selective removal of metal such as cutting, grinding or drilling</w:t>
      </w:r>
      <w:r>
        <w:br/>
      </w:r>
      <w:r>
        <w:t xml:space="preserve">    (c) in some societies, money or property given by a woman's family to the husband at marriage</w:t>
      </w:r>
      <w:r>
        <w:br/>
      </w:r>
      <w:r>
        <w:br/>
      </w:r>
      <w:r>
        <w:t xml:space="preserve">or less formally: money or property a bride brings to a marriage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hastened upstairs, and a few minutes later I heard the slam of the hall door, which told me that he was off once more upon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 </w:t>
      </w:r>
      <w:r>
        <w:rPr>
          <w:b/>
          <w:bCs/>
        </w:rPr>
        <w:t xml:space="preserve">hunt.</w:t>
      </w:r>
      <w:r>
        <w:br/>
      </w:r>
      <w:r>
        <w:t xml:space="preserve">    (a) not sensible or careful</w:t>
      </w:r>
      <w:r>
        <w:br/>
      </w:r>
      <w:r>
        <w:t xml:space="preserve">    (b) unable to get closer to</w:t>
      </w:r>
      <w:r>
        <w:br/>
      </w:r>
      <w:r>
        <w:t xml:space="preserve">    (c) agreeable or compatible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willing to give £30 a quarter, or £120 a year, so as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you for any little inconvenience which our fads may cause you.</w:t>
      </w:r>
      <w:r>
        <w:br/>
      </w:r>
      <w:r>
        <w:t xml:space="preserve">    (a) compensate for a loss; or pay a reward</w:t>
      </w:r>
      <w:r>
        <w:br/>
      </w:r>
      <w:r>
        <w:t xml:space="preserve">    (b) appropriate in size, amount, or degree</w:t>
      </w:r>
      <w:r>
        <w:br/>
      </w:r>
      <w:r>
        <w:t xml:space="preserve">    (c) examine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brought Miss Hunter down from London in order to get rid of the disagreeable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persistence</w:t>
      </w:r>
      <w:r>
        <w:rPr>
          <w:b/>
          <w:bCs/>
        </w:rPr>
        <w:t xml:space="preserve"> </w:t>
      </w:r>
      <w:r>
        <w:rPr>
          <w:b/>
          <w:bCs/>
        </w:rPr>
        <w:t xml:space="preserve">of Mr. Fowler.</w:t>
      </w:r>
      <w:r>
        <w:br/>
      </w:r>
      <w:r>
        <w:t xml:space="preserve">    (a) a baseball pitcher who throws knuckleballs -- a pitch thrown with little spin (so that it moves in an unpredictable manner)</w:t>
      </w:r>
      <w:r>
        <w:br/>
      </w:r>
      <w:r>
        <w:t xml:space="preserve">    (b) continuing or repeating behavior -- especially in spite of difficulties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continuing or prolonged existence of something</w:t>
      </w:r>
      <w:r>
        <w:br/>
      </w:r>
      <w:r>
        <w:t xml:space="preserve">    (c) main character of Mark Twain's classic novel about Huck and Jim's journey down the Mississippi River to find freedom (1884)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2026-07-31T14:52:26Z</dcterms:created>
  <dcterms:modified xsi:type="dcterms:W3CDTF">2026-07-31T14:52:26Z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