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ca5cfad8dde2036775735c2e1ea88908ffc3df0"/>
    <w:p>
      <w:pPr>
        <w:pStyle w:val="Heading1"/>
      </w:pPr>
      <w:r>
        <w:rPr>
          <w:b/>
          <w:bCs/>
        </w:rPr>
        <w:t xml:space="preserve">The Adventures of Huckleberry Finn</w:t>
      </w:r>
      <w:r>
        <w:br/>
      </w:r>
      <w:r>
        <w:rPr>
          <w:i/>
          <w:iCs/>
        </w:rPr>
        <w:t xml:space="preserve">Mark Twain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based on the old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adage</w:t>
      </w:r>
      <w:r>
        <w:rPr>
          <w:b/>
          <w:bCs/>
        </w:rPr>
        <w:t xml:space="preserve">, "Sex sells."</w:t>
      </w:r>
      <w:r>
        <w:br/>
      </w:r>
      <w:r>
        <w:t xml:space="preserve">    (a) song</w:t>
      </w:r>
      <w:r>
        <w:br/>
      </w:r>
      <w:r>
        <w:t xml:space="preserve">    (b) warning</w:t>
      </w:r>
      <w:r>
        <w:br/>
      </w:r>
      <w:r>
        <w:t xml:space="preserve">    (c) saying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claimed she could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divine</w:t>
      </w:r>
      <w:r>
        <w:rPr>
          <w:b/>
          <w:bCs/>
        </w:rPr>
        <w:t xml:space="preserve"> </w:t>
      </w:r>
      <w:r>
        <w:rPr>
          <w:b/>
          <w:bCs/>
        </w:rPr>
        <w:t xml:space="preserve">a person’s future by reading tea leaves at the bottom of a cup.</w:t>
      </w:r>
      <w:r>
        <w:br/>
      </w:r>
      <w:r>
        <w:t xml:space="preserve">    (a) remember clearly</w:t>
      </w:r>
      <w:r>
        <w:br/>
      </w:r>
      <w:r>
        <w:t xml:space="preserve">    (b) predict supernaturally</w:t>
      </w:r>
      <w:r>
        <w:br/>
      </w:r>
      <w:r>
        <w:t xml:space="preserve">    (c) imagine vividly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difficult for ex-</w:t>
      </w:r>
      <w:r>
        <w:rPr>
          <w:b/>
          <w:bCs/>
          <w:u w:val="single"/>
        </w:rPr>
        <w:t xml:space="preserve">felons</w:t>
      </w:r>
      <w:r>
        <w:rPr>
          <w:b/>
          <w:bCs/>
        </w:rPr>
        <w:t xml:space="preserve"> </w:t>
      </w:r>
      <w:r>
        <w:rPr>
          <w:b/>
          <w:bCs/>
        </w:rPr>
        <w:t xml:space="preserve">to find work.</w:t>
      </w:r>
      <w:r>
        <w:br/>
      </w:r>
      <w:r>
        <w:t xml:space="preserve">    (a) people with unpopular opinions</w:t>
      </w:r>
      <w:r>
        <w:br/>
      </w:r>
      <w:r>
        <w:t xml:space="preserve">    (b) people who lost their jobs</w:t>
      </w:r>
      <w:r>
        <w:br/>
      </w:r>
      <w:r>
        <w:t xml:space="preserve">    (c) people convicted of serious crimes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sharpened the knife on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grindstone</w:t>
      </w:r>
      <w:r>
        <w:rPr>
          <w:b/>
          <w:bCs/>
        </w:rPr>
        <w:t xml:space="preserve">.</w:t>
      </w:r>
      <w:r>
        <w:br/>
      </w:r>
      <w:r>
        <w:t xml:space="preserve">    (a) a usually brief state of mental confusion often accompanied by hallucinations</w:t>
      </w:r>
      <w:r>
        <w:br/>
      </w:r>
      <w:r>
        <w:t xml:space="preserve">    (b) a psychologist concerned with the treatment of abnormal thinking and behavior</w:t>
      </w:r>
      <w:r>
        <w:br/>
      </w:r>
      <w:r>
        <w:t xml:space="preserve">    (c) a  disk shaped stone used to sharpen or polish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illustrious</w:t>
      </w:r>
      <w:r>
        <w:rPr>
          <w:b/>
          <w:bCs/>
        </w:rPr>
        <w:t xml:space="preserve"> </w:t>
      </w:r>
      <w:r>
        <w:rPr>
          <w:b/>
          <w:bCs/>
        </w:rPr>
        <w:t xml:space="preserve">scientist received another prestigious award for her research.</w:t>
      </w:r>
      <w:r>
        <w:br/>
      </w:r>
      <w:r>
        <w:t xml:space="preserve">    (a) famous and admired</w:t>
      </w:r>
      <w:r>
        <w:br/>
      </w:r>
      <w:r>
        <w:t xml:space="preserve">    (b) unknown and ordinary</w:t>
      </w:r>
      <w:r>
        <w:br/>
      </w:r>
      <w:r>
        <w:t xml:space="preserve">    (c) controversial but rich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infernal</w:t>
      </w:r>
      <w:r>
        <w:rPr>
          <w:b/>
          <w:bCs/>
        </w:rPr>
        <w:t xml:space="preserve"> </w:t>
      </w:r>
      <w:r>
        <w:rPr>
          <w:b/>
          <w:bCs/>
        </w:rPr>
        <w:t xml:space="preserve">alarm clock kept going off every five minutes.</w:t>
      </w:r>
      <w:r>
        <w:br/>
      </w:r>
      <w:r>
        <w:t xml:space="preserve">    (a) expensive</w:t>
      </w:r>
      <w:r>
        <w:br/>
      </w:r>
      <w:r>
        <w:t xml:space="preserve">    (b) annoying</w:t>
      </w:r>
      <w:r>
        <w:br/>
      </w:r>
      <w:r>
        <w:t xml:space="preserve">    (c) antique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Mark Twain</w:t>
      </w:r>
      <w:r>
        <w:rPr>
          <w:b/>
          <w:bCs/>
        </w:rPr>
        <w:t xml:space="preserve"> </w:t>
      </w:r>
      <w:r>
        <w:rPr>
          <w:b/>
          <w:bCs/>
        </w:rPr>
        <w:t xml:space="preserve">was born as Samuel Langhorne Clemens, but he is almost always referred to by his pen name.</w:t>
      </w:r>
      <w:r>
        <w:br/>
      </w:r>
      <w:r>
        <w:t xml:space="preserve">    (a) Scottish poet and author of historical novels such as</w:t>
      </w:r>
      <w:r>
        <w:t xml:space="preserve"> </w:t>
      </w:r>
      <w:r>
        <w:rPr>
          <w:i/>
          <w:iCs/>
        </w:rPr>
        <w:t xml:space="preserve">Ivanhoe</w:t>
      </w:r>
      <w:r>
        <w:t xml:space="preserve">, and</w:t>
      </w:r>
      <w:r>
        <w:t xml:space="preserve"> </w:t>
      </w:r>
      <w:r>
        <w:rPr>
          <w:i/>
          <w:iCs/>
        </w:rPr>
        <w:t xml:space="preserve">Rob Roy</w:t>
      </w:r>
      <w:r>
        <w:br/>
      </w:r>
      <w:r>
        <w:t xml:space="preserve">    (b) Nobel Prize winning American novelist known for complex stories about the American South</w:t>
      </w:r>
      <w:r>
        <w:br/>
      </w:r>
      <w:r>
        <w:t xml:space="preserve">    (c) U.S. writer and humorist best known for his novels about Tom Sawyer and Huckleberry Finn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a nosey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meddlesome</w:t>
      </w:r>
      <w:r>
        <w:rPr>
          <w:b/>
          <w:bCs/>
        </w:rPr>
        <w:t xml:space="preserve"> </w:t>
      </w:r>
      <w:r>
        <w:rPr>
          <w:b/>
          <w:bCs/>
        </w:rPr>
        <w:t xml:space="preserve">neighbor who is always looking out her window at me.</w:t>
      </w:r>
      <w:r>
        <w:br/>
      </w:r>
      <w:r>
        <w:t xml:space="preserve">    (a) foolish</w:t>
      </w:r>
      <w:r>
        <w:br/>
      </w:r>
      <w:r>
        <w:t xml:space="preserve">    (b) curious</w:t>
      </w:r>
      <w:r>
        <w:br/>
      </w:r>
      <w:r>
        <w:t xml:space="preserve">    (c) intruding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Prior to her patent expiration, she netted the fortune of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nabob</w:t>
      </w:r>
      <w:r>
        <w:rPr>
          <w:b/>
          <w:bCs/>
        </w:rPr>
        <w:t xml:space="preserve">.</w:t>
      </w:r>
      <w:r>
        <w:br/>
      </w:r>
      <w:r>
        <w:t xml:space="preserve">    (a) the highest level or degree</w:t>
      </w:r>
      <w:r>
        <w:br/>
      </w:r>
      <w:r>
        <w:t xml:space="preserve">    (b) someone who wastes money</w:t>
      </w:r>
      <w:r>
        <w:br/>
      </w:r>
      <w:r>
        <w:t xml:space="preserve">    (c) a rich or powerful person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website gets past the usual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palaver</w:t>
      </w:r>
      <w:r>
        <w:rPr>
          <w:b/>
          <w:bCs/>
        </w:rPr>
        <w:t xml:space="preserve"> </w:t>
      </w:r>
      <w:r>
        <w:rPr>
          <w:b/>
          <w:bCs/>
        </w:rPr>
        <w:t xml:space="preserve">and tells what it is really like to attend each college.</w:t>
      </w:r>
      <w:r>
        <w:br/>
      </w:r>
      <w:r>
        <w:t xml:space="preserve">    (a) many and varied</w:t>
      </w:r>
      <w:r>
        <w:br/>
      </w:r>
      <w:r>
        <w:t xml:space="preserve">    (b) talk</w:t>
      </w:r>
      <w:r>
        <w:br/>
      </w:r>
      <w:r>
        <w:t xml:space="preserve">    (c) stop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remiss</w:t>
      </w:r>
      <w:r>
        <w:rPr>
          <w:b/>
          <w:bCs/>
        </w:rPr>
        <w:t xml:space="preserve"> </w:t>
      </w:r>
      <w:r>
        <w:rPr>
          <w:b/>
          <w:bCs/>
        </w:rPr>
        <w:t xml:space="preserve">of you not to pay your bills.</w:t>
      </w:r>
      <w:r>
        <w:br/>
      </w:r>
      <w:r>
        <w:t xml:space="preserve">    (a) careless</w:t>
      </w:r>
      <w:r>
        <w:br/>
      </w:r>
      <w:r>
        <w:t xml:space="preserve">    (b) exceedingly important, serious, or dangerous</w:t>
      </w:r>
      <w:r>
        <w:br/>
      </w:r>
      <w:r>
        <w:t xml:space="preserve">    (c) the state or degree of agreeing or approving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boat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sheered</w:t>
      </w:r>
      <w:r>
        <w:rPr>
          <w:b/>
          <w:bCs/>
        </w:rPr>
        <w:t xml:space="preserve"> </w:t>
      </w:r>
      <w:r>
        <w:rPr>
          <w:b/>
          <w:bCs/>
        </w:rPr>
        <w:t xml:space="preserve">toward the whale and silenced the engines drifting forward until it was about 100 yards away.</w:t>
      </w:r>
      <w:r>
        <w:br/>
      </w:r>
      <w:r>
        <w:t xml:space="preserve">    (a) turned sharply</w:t>
      </w:r>
      <w:r>
        <w:br/>
      </w:r>
      <w:r>
        <w:t xml:space="preserve">    (b) raced</w:t>
      </w:r>
      <w:r>
        <w:br/>
      </w:r>
      <w:r>
        <w:t xml:space="preserve">    (c) made a gentle arc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always tries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shirk</w:t>
      </w:r>
      <w:r>
        <w:rPr>
          <w:b/>
          <w:bCs/>
        </w:rPr>
        <w:t xml:space="preserve"> </w:t>
      </w:r>
      <w:r>
        <w:rPr>
          <w:b/>
          <w:bCs/>
        </w:rPr>
        <w:t xml:space="preserve">his responsibilities at work.</w:t>
      </w:r>
      <w:r>
        <w:br/>
      </w:r>
      <w:r>
        <w:t xml:space="preserve">    (a) speed through</w:t>
      </w:r>
      <w:r>
        <w:br/>
      </w:r>
      <w:r>
        <w:t xml:space="preserve">    (b) get out of doing</w:t>
      </w:r>
      <w:r>
        <w:br/>
      </w:r>
      <w:r>
        <w:t xml:space="preserve">    (c) argue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crew of the river boat used poles to avoid rocks,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shoals</w:t>
      </w:r>
      <w:r>
        <w:rPr>
          <w:b/>
          <w:bCs/>
        </w:rPr>
        <w:t xml:space="preserve">, and sandbars.</w:t>
      </w:r>
      <w:r>
        <w:br/>
      </w:r>
      <w:r>
        <w:t xml:space="preserve">    (a) limbs or trees hanging over water</w:t>
      </w:r>
      <w:r>
        <w:br/>
      </w:r>
      <w:r>
        <w:t xml:space="preserve">    (b) sandbanks or other stretches of shallow water</w:t>
      </w:r>
      <w:r>
        <w:br/>
      </w:r>
      <w:r>
        <w:t xml:space="preserve">    (c) fast-moving currents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forecast is for another round of overnight storms followed by another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sultry</w:t>
      </w:r>
      <w:r>
        <w:rPr>
          <w:b/>
          <w:bCs/>
        </w:rPr>
        <w:t xml:space="preserve"> </w:t>
      </w:r>
      <w:r>
        <w:rPr>
          <w:b/>
          <w:bCs/>
        </w:rPr>
        <w:t xml:space="preserve">day.</w:t>
      </w:r>
      <w:r>
        <w:br/>
      </w:r>
      <w:r>
        <w:t xml:space="preserve">    (a) hot and humid</w:t>
      </w:r>
      <w:r>
        <w:br/>
      </w:r>
      <w:r>
        <w:t xml:space="preserve">    (b) inappropriate</w:t>
      </w:r>
      <w:r>
        <w:br/>
      </w:r>
      <w:r>
        <w:t xml:space="preserve">    (c) not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Scammers often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swindle</w:t>
      </w:r>
      <w:r>
        <w:rPr>
          <w:b/>
          <w:bCs/>
        </w:rPr>
        <w:t xml:space="preserve"> </w:t>
      </w:r>
      <w:r>
        <w:rPr>
          <w:b/>
          <w:bCs/>
        </w:rPr>
        <w:t xml:space="preserve">people through fake phone calls.</w:t>
      </w:r>
      <w:r>
        <w:br/>
      </w:r>
      <w:r>
        <w:t xml:space="preserve">    (a) warn or protect</w:t>
      </w:r>
      <w:r>
        <w:br/>
      </w:r>
      <w:r>
        <w:t xml:space="preserve">    (b) cheat or defraud</w:t>
      </w:r>
      <w:r>
        <w:br/>
      </w:r>
      <w:r>
        <w:t xml:space="preserve">    (c) pay back fully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called her "Lemonade Lucy" because her support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temperance</w:t>
      </w:r>
      <w:r>
        <w:rPr>
          <w:b/>
          <w:bCs/>
        </w:rPr>
        <w:t xml:space="preserve"> </w:t>
      </w:r>
      <w:r>
        <w:rPr>
          <w:b/>
          <w:bCs/>
        </w:rPr>
        <w:t xml:space="preserve">movement led her to ban alcohol in the White House.</w:t>
      </w:r>
      <w:r>
        <w:br/>
      </w:r>
      <w:r>
        <w:t xml:space="preserve">    (a) a confused disturbance far greater than its cause merits</w:t>
      </w:r>
      <w:r>
        <w:br/>
      </w:r>
      <w:r>
        <w:t xml:space="preserve">    (b) the belief that alcohol should not be drunk at all because it is harmful</w:t>
      </w:r>
      <w:r>
        <w:br/>
      </w:r>
      <w:r>
        <w:t xml:space="preserve">    (c) assistance or encouragement (usually in some wrongdoing)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wallow</w:t>
      </w:r>
      <w:r>
        <w:rPr>
          <w:b/>
          <w:bCs/>
        </w:rPr>
        <w:t xml:space="preserve"> </w:t>
      </w:r>
      <w:r>
        <w:rPr>
          <w:b/>
          <w:bCs/>
        </w:rPr>
        <w:t xml:space="preserve">in your insecurities. Overcome them.</w:t>
      </w:r>
      <w:r>
        <w:br/>
      </w:r>
      <w:r>
        <w:t xml:space="preserve">    (a) indulge</w:t>
      </w:r>
      <w:r>
        <w:br/>
      </w:r>
      <w:r>
        <w:t xml:space="preserve">    (b) ignore</w:t>
      </w:r>
      <w:r>
        <w:br/>
      </w:r>
      <w:r>
        <w:t xml:space="preserve">    (c) laugh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bandits planned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waylay</w:t>
      </w:r>
      <w:r>
        <w:rPr>
          <w:b/>
          <w:bCs/>
        </w:rPr>
        <w:t xml:space="preserve"> </w:t>
      </w:r>
      <w:r>
        <w:rPr>
          <w:b/>
          <w:bCs/>
        </w:rPr>
        <w:t xml:space="preserve">travelers on the narrow mountain path.</w:t>
      </w:r>
      <w:r>
        <w:br/>
      </w:r>
      <w:r>
        <w:t xml:space="preserve">    (a) follow quietly</w:t>
      </w:r>
      <w:r>
        <w:br/>
      </w:r>
      <w:r>
        <w:t xml:space="preserve">    (b) stop unexpectedly</w:t>
      </w:r>
      <w:r>
        <w:br/>
      </w:r>
      <w:r>
        <w:t xml:space="preserve">    (c) spy upon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Battle of Hastings was a decisive victory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William the Conqueror</w:t>
      </w:r>
      <w:r>
        <w:rPr>
          <w:b/>
          <w:bCs/>
        </w:rPr>
        <w:t xml:space="preserve">.</w:t>
      </w:r>
      <w:r>
        <w:br/>
      </w:r>
      <w:r>
        <w:t xml:space="preserve">    (a) first Norman to be King of England</w:t>
      </w:r>
      <w:r>
        <w:br/>
      </w:r>
      <w:r>
        <w:t xml:space="preserve">    (b) Saxon king who defended England against Viking invasions</w:t>
      </w:r>
      <w:r>
        <w:br/>
      </w:r>
      <w:r>
        <w:t xml:space="preserve">    (c) famous Viking warrior who conquered England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2026-07-31T14:17:22Z</dcterms:created>
  <dcterms:modified xsi:type="dcterms:W3CDTF">2026-07-31T14:17:22Z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