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54673f28956e5731c32913e14c7ca82edfe556"/>
    <w:p>
      <w:pPr>
        <w:pStyle w:val="Heading1"/>
      </w:pPr>
      <w:r>
        <w:rPr>
          <w:b/>
          <w:bCs/>
        </w:rPr>
        <w:t xml:space="preserve">The Adventures of Huckleberry Finn</w:t>
      </w:r>
      <w:r>
        <w:br/>
      </w:r>
      <w:r>
        <w:rPr>
          <w:i/>
          <w:iCs/>
        </w:rPr>
        <w:t xml:space="preserve">Mark Twain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for an hour it was deadly dull, and 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fidgety</w:t>
      </w:r>
      <w:r>
        <w:rPr>
          <w:b/>
          <w:bCs/>
        </w:rPr>
        <w:t xml:space="preserve">.</w:t>
      </w:r>
      <w:r>
        <w:br/>
      </w:r>
      <w:r>
        <w:t xml:space="preserve">    (a) feeling passionate grief or sorrow</w:t>
      </w:r>
      <w:r>
        <w:br/>
      </w:r>
      <w:r>
        <w:t xml:space="preserve">    (b) sleepy from boredom</w:t>
      </w:r>
      <w:r>
        <w:br/>
      </w:r>
      <w:r>
        <w:t xml:space="preserve">    (c) restless (finding it hard to sit still)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there was a big outlandish parrot on each side of the clock, made out of something like chalk, and painted up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gaudy</w:t>
      </w:r>
      <w:r>
        <w:rPr>
          <w:b/>
          <w:bCs/>
        </w:rPr>
        <w:t xml:space="preserve">.</w:t>
      </w:r>
      <w:r>
        <w:br/>
      </w:r>
      <w:r>
        <w:t xml:space="preserve">    (a) tastelessly showy</w:t>
      </w:r>
      <w:r>
        <w:br/>
      </w:r>
      <w:r>
        <w:t xml:space="preserve">    (b) too informal</w:t>
      </w:r>
      <w:r>
        <w:br/>
      </w:r>
      <w:r>
        <w:t xml:space="preserve">    (c) too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Everybody was sorry she died... But I reckoned that with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disposition</w:t>
      </w:r>
      <w:r>
        <w:rPr>
          <w:b/>
          <w:bCs/>
        </w:rPr>
        <w:t xml:space="preserve"> </w:t>
      </w:r>
      <w:r>
        <w:rPr>
          <w:b/>
          <w:bCs/>
        </w:rPr>
        <w:t xml:space="preserve">she was having a better time in the graveyard.</w:t>
      </w:r>
      <w:r>
        <w:br/>
      </w:r>
      <w:r>
        <w:t xml:space="preserve">    (a) normal mood and personality</w:t>
      </w:r>
      <w:r>
        <w:br/>
      </w:r>
      <w:r>
        <w:t xml:space="preserve">    (b) exhaustion (being very tired)</w:t>
      </w:r>
      <w:r>
        <w:br/>
      </w:r>
      <w:r>
        <w:t xml:space="preserve">    (c) cheerful attitude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and by the men stopped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cavorting</w:t>
      </w:r>
      <w:r>
        <w:rPr>
          <w:b/>
          <w:bCs/>
        </w:rPr>
        <w:t xml:space="preserve"> </w:t>
      </w:r>
      <w:r>
        <w:rPr>
          <w:b/>
          <w:bCs/>
        </w:rPr>
        <w:t xml:space="preserve">around and yelling.</w:t>
      </w:r>
      <w:r>
        <w:br/>
      </w:r>
      <w:r>
        <w:t xml:space="preserve">    (a) playing in a lively, unrestrained manner</w:t>
      </w:r>
      <w:r>
        <w:br/>
      </w:r>
      <w:r>
        <w:t xml:space="preserve">    (b) following; or persistently annoying</w:t>
      </w:r>
      <w:r>
        <w:br/>
      </w:r>
      <w:r>
        <w:t xml:space="preserve">    (c) looking (in a rude manner)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powerful glad to get away from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feuds</w:t>
      </w:r>
      <w:r>
        <w:rPr>
          <w:b/>
          <w:bCs/>
        </w:rPr>
        <w:t xml:space="preserve">,</w:t>
      </w:r>
      <w:r>
        <w:br/>
      </w:r>
      <w:r>
        <w:t xml:space="preserve">    (a) bitter, long-standing fights</w:t>
      </w:r>
      <w:r>
        <w:br/>
      </w:r>
      <w:r>
        <w:t xml:space="preserve">    (b) disgusting smells</w:t>
      </w:r>
      <w:r>
        <w:br/>
      </w:r>
      <w:r>
        <w:t xml:space="preserve">    (c) critical stares (people looking in a disapproving manner)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Hamlet's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soliloquy</w:t>
      </w:r>
      <w:r>
        <w:rPr>
          <w:b/>
          <w:bCs/>
        </w:rPr>
        <w:t xml:space="preserve">, you know; the most celebrated thing in Shakespeare.</w:t>
      </w:r>
      <w:r>
        <w:br/>
      </w:r>
      <w:r>
        <w:t xml:space="preserve">    (a) scene (in a play)</w:t>
      </w:r>
      <w:r>
        <w:br/>
      </w:r>
      <w:r>
        <w:t xml:space="preserve">    (b) a speech made to oneself</w:t>
      </w:r>
      <w:r>
        <w:br/>
      </w:r>
      <w:r>
        <w:t xml:space="preserve">    (c) period of silent contemplation or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...in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sublime</w:t>
      </w:r>
      <w:r>
        <w:rPr>
          <w:b/>
          <w:bCs/>
        </w:rPr>
        <w:t xml:space="preserve"> </w:t>
      </w:r>
      <w:r>
        <w:rPr>
          <w:b/>
          <w:bCs/>
        </w:rPr>
        <w:t xml:space="preserve">Shakespearean Spectacle...</w:t>
      </w:r>
      <w:r>
        <w:br/>
      </w:r>
      <w:r>
        <w:t xml:space="preserve">    (a) shabby</w:t>
      </w:r>
      <w:r>
        <w:br/>
      </w:r>
      <w:r>
        <w:t xml:space="preserve">    (b) ancient</w:t>
      </w:r>
      <w:r>
        <w:br/>
      </w:r>
      <w:r>
        <w:t xml:space="preserve">    (c) impressively wonderful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the best naturedest old fool in Arkansaw—never hurt nobody, drunk nor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sober</w:t>
      </w:r>
      <w:r>
        <w:rPr>
          <w:b/>
          <w:bCs/>
        </w:rPr>
        <w:t xml:space="preserve">.</w:t>
      </w:r>
      <w:r>
        <w:br/>
      </w:r>
      <w:r>
        <w:t xml:space="preserve">    (a) serious</w:t>
      </w:r>
      <w:r>
        <w:br/>
      </w:r>
      <w:r>
        <w:t xml:space="preserve">    (b) not drunk</w:t>
      </w:r>
      <w:r>
        <w:br/>
      </w:r>
      <w:r>
        <w:t xml:space="preserve">    (c)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crowd looked mighty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sober</w:t>
      </w:r>
      <w:r>
        <w:rPr>
          <w:b/>
          <w:bCs/>
        </w:rPr>
        <w:t xml:space="preserve">; nobody stirred, and there warn't no more laughing.</w:t>
      </w:r>
      <w:r>
        <w:br/>
      </w:r>
      <w:r>
        <w:t xml:space="preserve">    (a) carefree</w:t>
      </w:r>
      <w:r>
        <w:br/>
      </w:r>
      <w:r>
        <w:t xml:space="preserve">    (b) happy</w:t>
      </w:r>
      <w:r>
        <w:br/>
      </w:r>
      <w:r>
        <w:t xml:space="preserve">    (c)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 says, slow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</w:t>
      </w:r>
      <w:r>
        <w:rPr>
          <w:b/>
          <w:bCs/>
        </w:rPr>
        <w:t xml:space="preserve">:</w:t>
      </w:r>
      <w:r>
        <w:br/>
      </w:r>
      <w:r>
        <w:t xml:space="preserve">    (a) in a disrespectful manner</w:t>
      </w:r>
      <w:r>
        <w:br/>
      </w:r>
      <w:r>
        <w:t xml:space="preserve">    (b) able to be protected or kept unchanged</w:t>
      </w:r>
      <w:r>
        <w:br/>
      </w:r>
      <w:r>
        <w:t xml:space="preserve">    (c) able to accept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duke told him to make himself free and easy, and if anybody ever come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meddling</w:t>
      </w:r>
      <w:r>
        <w:rPr>
          <w:b/>
          <w:bCs/>
        </w:rPr>
        <w:t xml:space="preserve"> </w:t>
      </w:r>
      <w:r>
        <w:rPr>
          <w:b/>
          <w:bCs/>
        </w:rPr>
        <w:t xml:space="preserve">around, he must hop out of the wigwam, and carry on a little, and fetch a howl or two like a wild beast, and he reckoned they would light out and leave him alone.</w:t>
      </w:r>
      <w:r>
        <w:br/>
      </w:r>
      <w:r>
        <w:t xml:space="preserve">    (a) developing an understanding</w:t>
      </w:r>
      <w:r>
        <w:br/>
      </w:r>
      <w:r>
        <w:t xml:space="preserve">    (b) interfering</w:t>
      </w:r>
      <w:r>
        <w:br/>
      </w:r>
      <w:r>
        <w:t xml:space="preserve">    (c) helping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uncles of yourn ain't no uncles at all; they're a couple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frauds</w:t>
      </w:r>
      <w:r>
        <w:rPr>
          <w:b/>
          <w:bCs/>
        </w:rPr>
        <w:t xml:space="preserve">—regular dead-beats.</w:t>
      </w:r>
      <w:r>
        <w:br/>
      </w:r>
      <w:r>
        <w:t xml:space="preserve">    (a) actors</w:t>
      </w:r>
      <w:r>
        <w:br/>
      </w:r>
      <w:r>
        <w:t xml:space="preserve">    (b) people who are dishonest about who they are</w:t>
      </w:r>
      <w:r>
        <w:br/>
      </w:r>
      <w:r>
        <w:t xml:space="preserve">    (c) lazy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That's just the way: a person does a low-down thing, and then he don't want to take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consequences</w:t>
      </w:r>
      <w:r>
        <w:rPr>
          <w:b/>
          <w:bCs/>
        </w:rPr>
        <w:t xml:space="preserve"> </w:t>
      </w:r>
      <w:r>
        <w:rPr>
          <w:b/>
          <w:bCs/>
        </w:rPr>
        <w:t xml:space="preserve">of it.</w:t>
      </w:r>
      <w:r>
        <w:br/>
      </w:r>
      <w:r>
        <w:t xml:space="preserve">    (a) unpleasant memories</w:t>
      </w:r>
      <w:r>
        <w:br/>
      </w:r>
      <w:r>
        <w:t xml:space="preserve">    (b) undesired effects</w:t>
      </w:r>
      <w:r>
        <w:br/>
      </w:r>
      <w:r>
        <w:t xml:space="preserve">    (c) consideration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...and as to the candlestick, it warn't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, it would blow over by and by.</w:t>
      </w:r>
      <w:r>
        <w:br/>
      </w:r>
      <w:r>
        <w:t xml:space="preserve">    (a) importance</w:t>
      </w:r>
      <w:r>
        <w:br/>
      </w:r>
      <w:r>
        <w:t xml:space="preserve">    (b) large fire</w:t>
      </w:r>
      <w:r>
        <w:br/>
      </w:r>
      <w:r>
        <w:t xml:space="preserve">    (c) valuable item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went right along, not fixing up any particular plan, but just trusting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Providence</w:t>
      </w:r>
      <w:r>
        <w:rPr>
          <w:b/>
          <w:bCs/>
        </w:rPr>
        <w:t xml:space="preserve"> </w:t>
      </w:r>
      <w:r>
        <w:rPr>
          <w:b/>
          <w:bCs/>
        </w:rPr>
        <w:t xml:space="preserve">to put the right words in my mouth when the time come;</w:t>
      </w:r>
      <w:r>
        <w:br/>
      </w:r>
      <w:r>
        <w:t xml:space="preserve">    (a) experience</w:t>
      </w:r>
      <w:r>
        <w:br/>
      </w:r>
      <w:r>
        <w:t xml:space="preserve">    (b) education</w:t>
      </w:r>
      <w:r>
        <w:br/>
      </w:r>
      <w:r>
        <w:t xml:space="preserve">    (c) luck; or God's intervention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young rascal</w:t>
      </w:r>
      <w:r>
        <w:br/>
      </w:r>
      <w:r>
        <w:t xml:space="preserve">    (a) working against psychosis (any severe mental disorder in which contact with reality is lost or highly distorted)</w:t>
      </w:r>
      <w:r>
        <w:br/>
      </w:r>
      <w:r>
        <w:t xml:space="preserve">    (b) alternative medicine using extremely diluted doses of a substance to treat the same symptoms larger doses cause</w:t>
      </w:r>
      <w:r>
        <w:br/>
      </w:r>
      <w:r>
        <w:t xml:space="preserve">    (c) disrespectful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we poked along back home, and I warn't feeling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brash</w:t>
      </w:r>
      <w:r>
        <w:rPr>
          <w:b/>
          <w:bCs/>
        </w:rPr>
        <w:t xml:space="preserve"> </w:t>
      </w:r>
      <w:r>
        <w:rPr>
          <w:b/>
          <w:bCs/>
        </w:rPr>
        <w:t xml:space="preserve">as I was before, but kind of ornery, and humble, and to blame, somehow—though I hadn't done nothing.</w:t>
      </w:r>
      <w:r>
        <w:br/>
      </w:r>
      <w:r>
        <w:t xml:space="preserve">    (a) bashful</w:t>
      </w:r>
      <w:r>
        <w:br/>
      </w:r>
      <w:r>
        <w:t xml:space="preserve">    (b) impatient</w:t>
      </w:r>
      <w:r>
        <w:br/>
      </w:r>
      <w:r>
        <w:t xml:space="preserve">    (c) bold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she counted and counted till she got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addled</w:t>
      </w:r>
      <w:r>
        <w:rPr>
          <w:b/>
          <w:bCs/>
        </w:rPr>
        <w:t xml:space="preserve"> </w:t>
      </w:r>
      <w:r>
        <w:rPr>
          <w:b/>
          <w:bCs/>
        </w:rPr>
        <w:t xml:space="preserve">she'd start to count in the basket for a spoon sometimes; and so, three times they come out right, and three times they come out wrong.</w:t>
      </w:r>
      <w:r>
        <w:br/>
      </w:r>
      <w:r>
        <w:t xml:space="preserve">    (a) restored</w:t>
      </w:r>
      <w:r>
        <w:br/>
      </w:r>
      <w:r>
        <w:t xml:space="preserve">    (b) mixed up or confused</w:t>
      </w:r>
      <w:r>
        <w:br/>
      </w:r>
      <w:r>
        <w:t xml:space="preserve">    (c) differed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had to have it; Tom said he'd GOT to; there warn't no case of a state prisoner not scrabbling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inscription</w:t>
      </w:r>
      <w:r>
        <w:rPr>
          <w:b/>
          <w:bCs/>
        </w:rPr>
        <w:t xml:space="preserve"> </w:t>
      </w:r>
      <w:r>
        <w:rPr>
          <w:b/>
          <w:bCs/>
        </w:rPr>
        <w:t xml:space="preserve">to leave behind,</w:t>
      </w:r>
      <w:r>
        <w:br/>
      </w:r>
      <w:r>
        <w:t xml:space="preserve">    (a) words</w:t>
      </w:r>
      <w:r>
        <w:br/>
      </w:r>
      <w:r>
        <w:t xml:space="preserve">    (b) a mathematical result</w:t>
      </w:r>
      <w:r>
        <w:br/>
      </w:r>
      <w:r>
        <w:t xml:space="preserve">    (c) a figure of speech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What's a bar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?</w:t>
      </w:r>
      <w:r>
        <w:br/>
      </w:r>
      <w:r>
        <w:t xml:space="preserve">    (a) not thoughtful about the past</w:t>
      </w:r>
      <w:r>
        <w:br/>
      </w:r>
      <w:r>
        <w:t xml:space="preserve">    (b) evil, harmful, or frightening</w:t>
      </w:r>
      <w:r>
        <w:br/>
      </w:r>
      <w:r>
        <w:t xml:space="preserve">    (c) not able to be disagreed with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2026-07-31T14:17:21Z</dcterms:created>
  <dcterms:modified xsi:type="dcterms:W3CDTF">2026-07-31T14:17:21Z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