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c7aeef1e861c03d6c2e906b9d5d5471e38959f1"/>
    <w:p>
      <w:pPr>
        <w:pStyle w:val="Heading1"/>
      </w:pPr>
      <w:r>
        <w:rPr>
          <w:b/>
          <w:bCs/>
        </w:rPr>
        <w:t xml:space="preserve">The Adventures of Huckleberry Finn</w:t>
      </w:r>
      <w:r>
        <w:br/>
      </w:r>
      <w:r>
        <w:rPr>
          <w:i/>
          <w:iCs/>
        </w:rPr>
        <w:t xml:space="preserve">Mark Twain</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That book was made by Mr.</w:t>
      </w:r>
      <w:r>
        <w:rPr>
          <w:b/>
          <w:bCs/>
        </w:rPr>
        <w:t xml:space="preserve"> </w:t>
      </w:r>
      <w:r>
        <w:rPr>
          <w:b/>
          <w:bCs/>
          <w:u w:val="single"/>
        </w:rPr>
        <w:t xml:space="preserve">Mark Twain</w:t>
      </w:r>
      <w:r>
        <w:rPr>
          <w:b/>
          <w:bCs/>
        </w:rPr>
        <w:t xml:space="preserve">, and he told the truth, mainly.</w:t>
      </w:r>
      <w:r>
        <w:br/>
      </w:r>
      <w:r>
        <w:t xml:space="preserve">    (a) Scottish poet and author of historical novels such as</w:t>
      </w:r>
      <w:r>
        <w:t xml:space="preserve"> </w:t>
      </w:r>
      <w:r>
        <w:rPr>
          <w:i/>
          <w:iCs/>
        </w:rPr>
        <w:t xml:space="preserve">Ivanhoe</w:t>
      </w:r>
      <w:r>
        <w:t xml:space="preserve">, and</w:t>
      </w:r>
      <w:r>
        <w:t xml:space="preserve"> </w:t>
      </w:r>
      <w:r>
        <w:rPr>
          <w:i/>
          <w:iCs/>
        </w:rPr>
        <w:t xml:space="preserve">Rob Roy</w:t>
      </w:r>
      <w:r>
        <w:br/>
      </w:r>
      <w:r>
        <w:t xml:space="preserve">    (b) Nobel Prize winning American novelist known for complex stories about the American South</w:t>
      </w:r>
      <w:r>
        <w:br/>
      </w:r>
      <w:r>
        <w:t xml:space="preserve">    (c) U.S. writer and humorist best known for his novels about Tom Sawyer and Huckleberry Finn</w:t>
      </w:r>
    </w:p>
    <w:p>
      <w:pPr>
        <w:pStyle w:val="Compact"/>
        <w:numPr>
          <w:ilvl w:val="0"/>
          <w:numId w:val="1001"/>
        </w:numPr>
      </w:pPr>
      <w:r>
        <w:rPr>
          <w:b/>
          <w:bCs/>
        </w:rPr>
        <w:t xml:space="preserve">And after supper he talked to him about</w:t>
      </w:r>
      <w:r>
        <w:rPr>
          <w:b/>
          <w:bCs/>
        </w:rPr>
        <w:t xml:space="preserve"> </w:t>
      </w:r>
      <w:r>
        <w:rPr>
          <w:b/>
          <w:bCs/>
          <w:u w:val="single"/>
        </w:rPr>
        <w:t xml:space="preserve">temperance</w:t>
      </w:r>
      <w:r>
        <w:rPr>
          <w:b/>
          <w:bCs/>
        </w:rPr>
        <w:t xml:space="preserve"> </w:t>
      </w:r>
      <w:r>
        <w:rPr>
          <w:b/>
          <w:bCs/>
        </w:rPr>
        <w:t xml:space="preserve">and such things till the old man cried, and said he'd been a fool, and fooled away his life;</w:t>
      </w:r>
      <w:r>
        <w:br/>
      </w:r>
      <w:r>
        <w:t xml:space="preserve">    (a) not drinking alcohol because it is thought to be harmful</w:t>
      </w:r>
      <w:r>
        <w:br/>
      </w:r>
      <w:r>
        <w:t xml:space="preserve">    (b) frustration that results in self-inflicted injury</w:t>
      </w:r>
      <w:r>
        <w:br/>
      </w:r>
      <w:r>
        <w:t xml:space="preserve">    (c) arguments that lead to violence</w:t>
      </w:r>
    </w:p>
    <w:p>
      <w:pPr>
        <w:pStyle w:val="Compact"/>
        <w:numPr>
          <w:ilvl w:val="0"/>
          <w:numId w:val="1001"/>
        </w:numPr>
      </w:pPr>
      <w:r>
        <w:rPr>
          <w:b/>
          <w:bCs/>
        </w:rPr>
        <w:t xml:space="preserve">He had the whitest shirt on you ever see, too, and the shiniest hat; and there ain't a man in that town that's got as fine clothes as what he had; and he had a gold watch and chain, and a silver-headed cane—the awfulest old gray-headed</w:t>
      </w:r>
      <w:r>
        <w:rPr>
          <w:b/>
          <w:bCs/>
        </w:rPr>
        <w:t xml:space="preserve"> </w:t>
      </w:r>
      <w:r>
        <w:rPr>
          <w:b/>
          <w:bCs/>
          <w:u w:val="single"/>
        </w:rPr>
        <w:t xml:space="preserve">nabob</w:t>
      </w:r>
      <w:r>
        <w:rPr>
          <w:b/>
          <w:bCs/>
        </w:rPr>
        <w:t xml:space="preserve"> </w:t>
      </w:r>
      <w:r>
        <w:rPr>
          <w:b/>
          <w:bCs/>
        </w:rPr>
        <w:t xml:space="preserve">in the State.</w:t>
      </w:r>
      <w:r>
        <w:br/>
      </w:r>
      <w:r>
        <w:t xml:space="preserve">    (a) something that stands out</w:t>
      </w:r>
      <w:r>
        <w:br/>
      </w:r>
      <w:r>
        <w:t xml:space="preserve">    (b) something made from parts</w:t>
      </w:r>
      <w:r>
        <w:br/>
      </w:r>
      <w:r>
        <w:t xml:space="preserve">    (c) a rich or powerful person</w:t>
      </w:r>
    </w:p>
    <w:p>
      <w:pPr>
        <w:pStyle w:val="Compact"/>
        <w:numPr>
          <w:ilvl w:val="0"/>
          <w:numId w:val="1001"/>
        </w:numPr>
      </w:pPr>
      <w:r>
        <w:rPr>
          <w:b/>
          <w:bCs/>
        </w:rPr>
        <w:t xml:space="preserve">Then he went down on all fours and crawled off, begging them to let him alone, and he rolled himself up in his blanket and</w:t>
      </w:r>
      <w:r>
        <w:rPr>
          <w:b/>
          <w:bCs/>
        </w:rPr>
        <w:t xml:space="preserve"> </w:t>
      </w:r>
      <w:r>
        <w:rPr>
          <w:b/>
          <w:bCs/>
          <w:u w:val="single"/>
        </w:rPr>
        <w:t xml:space="preserve">wallowed</w:t>
      </w:r>
      <w:r>
        <w:rPr>
          <w:b/>
          <w:bCs/>
        </w:rPr>
        <w:t xml:space="preserve"> </w:t>
      </w:r>
      <w:r>
        <w:rPr>
          <w:b/>
          <w:bCs/>
        </w:rPr>
        <w:t xml:space="preserve">in under the old pine table, still a-begging; and then he went to crying.</w:t>
      </w:r>
      <w:r>
        <w:br/>
      </w:r>
      <w:r>
        <w:t xml:space="preserve">    (a) indulged in self-pity</w:t>
      </w:r>
      <w:r>
        <w:br/>
      </w:r>
      <w:r>
        <w:t xml:space="preserve">    (b) laughed</w:t>
      </w:r>
      <w:r>
        <w:br/>
      </w:r>
      <w:r>
        <w:t xml:space="preserve">    (c) jumped</w:t>
      </w:r>
    </w:p>
    <w:p>
      <w:pPr>
        <w:pStyle w:val="Compact"/>
        <w:numPr>
          <w:ilvl w:val="0"/>
          <w:numId w:val="1001"/>
        </w:numPr>
      </w:pPr>
      <w:r>
        <w:rPr>
          <w:b/>
          <w:bCs/>
        </w:rPr>
        <w:t xml:space="preserve">Don't stand there</w:t>
      </w:r>
      <w:r>
        <w:rPr>
          <w:b/>
          <w:bCs/>
        </w:rPr>
        <w:t xml:space="preserve"> </w:t>
      </w:r>
      <w:r>
        <w:rPr>
          <w:b/>
          <w:bCs/>
          <w:u w:val="single"/>
        </w:rPr>
        <w:t xml:space="preserve">palavering</w:t>
      </w:r>
      <w:r>
        <w:rPr>
          <w:b/>
          <w:bCs/>
        </w:rPr>
        <w:t xml:space="preserve"> </w:t>
      </w:r>
      <w:r>
        <w:rPr>
          <w:b/>
          <w:bCs/>
        </w:rPr>
        <w:t xml:space="preserve">all day, but out with you and see if there's a fish on the lines for breakfast.</w:t>
      </w:r>
      <w:r>
        <w:br/>
      </w:r>
      <w:r>
        <w:t xml:space="preserve">    (a) drawing</w:t>
      </w:r>
      <w:r>
        <w:br/>
      </w:r>
      <w:r>
        <w:t xml:space="preserve">    (b) copying</w:t>
      </w:r>
      <w:r>
        <w:br/>
      </w:r>
      <w:r>
        <w:t xml:space="preserve">    (c) talking (about nothing important)</w:t>
      </w:r>
    </w:p>
    <w:p>
      <w:pPr>
        <w:pStyle w:val="Compact"/>
        <w:numPr>
          <w:ilvl w:val="0"/>
          <w:numId w:val="1001"/>
        </w:numPr>
      </w:pPr>
      <w:r>
        <w:rPr>
          <w:b/>
          <w:bCs/>
        </w:rPr>
        <w:t xml:space="preserve">Well, that's</w:t>
      </w:r>
      <w:r>
        <w:rPr>
          <w:b/>
          <w:bCs/>
        </w:rPr>
        <w:t xml:space="preserve"> </w:t>
      </w:r>
      <w:r>
        <w:rPr>
          <w:b/>
          <w:bCs/>
          <w:u w:val="single"/>
        </w:rPr>
        <w:t xml:space="preserve">infernal</w:t>
      </w:r>
      <w:r>
        <w:rPr>
          <w:b/>
          <w:bCs/>
        </w:rPr>
        <w:t xml:space="preserve"> </w:t>
      </w:r>
      <w:r>
        <w:rPr>
          <w:b/>
          <w:bCs/>
        </w:rPr>
        <w:t xml:space="preserve">mean.</w:t>
      </w:r>
      <w:r>
        <w:br/>
      </w:r>
      <w:r>
        <w:t xml:space="preserve">    (a) very bad; or very annoying; or characteristic of hell or the underworld</w:t>
      </w:r>
      <w:r>
        <w:br/>
      </w:r>
      <w:r>
        <w:t xml:space="preserve">    (b) strict, firm, or hard (not giving in, not giving way, or not giving up)</w:t>
      </w:r>
      <w:r>
        <w:br/>
      </w:r>
      <w:r>
        <w:t xml:space="preserve">    (c) relating to classical music plays in which most of the dialogue is sung</w:t>
      </w:r>
    </w:p>
    <w:p>
      <w:pPr>
        <w:pStyle w:val="Compact"/>
        <w:numPr>
          <w:ilvl w:val="0"/>
          <w:numId w:val="1001"/>
        </w:numPr>
      </w:pPr>
      <w:r>
        <w:rPr>
          <w:b/>
          <w:bCs/>
        </w:rPr>
        <w:t xml:space="preserve">Well, here she comes, and we said she was going to try and shave us; but she didn't seem to be</w:t>
      </w:r>
      <w:r>
        <w:rPr>
          <w:b/>
          <w:bCs/>
        </w:rPr>
        <w:t xml:space="preserve"> </w:t>
      </w:r>
      <w:r>
        <w:rPr>
          <w:b/>
          <w:bCs/>
          <w:u w:val="single"/>
        </w:rPr>
        <w:t xml:space="preserve">sheering</w:t>
      </w:r>
      <w:r>
        <w:rPr>
          <w:b/>
          <w:bCs/>
        </w:rPr>
        <w:t xml:space="preserve"> </w:t>
      </w:r>
      <w:r>
        <w:rPr>
          <w:b/>
          <w:bCs/>
        </w:rPr>
        <w:t xml:space="preserve">off a bit.</w:t>
      </w:r>
      <w:r>
        <w:br/>
      </w:r>
      <w:r>
        <w:t xml:space="preserve">    (a) a common name for tetanus, a serious infection that makes the jaw clamp shut</w:t>
      </w:r>
      <w:r>
        <w:br/>
      </w:r>
      <w:r>
        <w:t xml:space="preserve">    (b) the state or character of not finding a condition or substance to be present</w:t>
      </w:r>
      <w:r>
        <w:br/>
      </w:r>
      <w:r>
        <w:t xml:space="preserve">    (c) change direction; or to cause such a change of direction -- usually abruptly</w:t>
      </w:r>
    </w:p>
    <w:p>
      <w:pPr>
        <w:pStyle w:val="Compact"/>
        <w:numPr>
          <w:ilvl w:val="0"/>
          <w:numId w:val="1001"/>
        </w:numPr>
      </w:pPr>
      <w:r>
        <w:rPr>
          <w:b/>
          <w:bCs/>
        </w:rPr>
        <w:t xml:space="preserve">I am the lineal descendant of that infant—I am the rightful Duke of Bridgewater; and here am I, forlorn, torn from my high estate, hunted of men, despised by the cold world, ragged, worn, heart-broken, and degraded to the companionship of</w:t>
      </w:r>
      <w:r>
        <w:rPr>
          <w:b/>
          <w:bCs/>
        </w:rPr>
        <w:t xml:space="preserve"> </w:t>
      </w:r>
      <w:r>
        <w:rPr>
          <w:b/>
          <w:bCs/>
          <w:u w:val="single"/>
        </w:rPr>
        <w:t xml:space="preserve">felons</w:t>
      </w:r>
      <w:r>
        <w:rPr>
          <w:b/>
          <w:bCs/>
        </w:rPr>
        <w:t xml:space="preserve"> </w:t>
      </w:r>
      <w:r>
        <w:rPr>
          <w:b/>
          <w:bCs/>
        </w:rPr>
        <w:t xml:space="preserve">on a raft!</w:t>
      </w:r>
      <w:r>
        <w:br/>
      </w:r>
      <w:r>
        <w:t xml:space="preserve">    (a) acts or processes of stopped something from happening</w:t>
      </w:r>
      <w:r>
        <w:br/>
      </w:r>
      <w:r>
        <w:t xml:space="preserve">    (b) people legally convicted of felonies (serious crimes)</w:t>
      </w:r>
      <w:r>
        <w:br/>
      </w:r>
      <w:r>
        <w:t xml:space="preserve">    (c) bands of inelastic tissue connecting a muscle to bone</w:t>
      </w:r>
    </w:p>
    <w:p>
      <w:pPr>
        <w:pStyle w:val="Compact"/>
        <w:numPr>
          <w:ilvl w:val="0"/>
          <w:numId w:val="1001"/>
        </w:numPr>
      </w:pPr>
      <w:r>
        <w:rPr>
          <w:b/>
          <w:bCs/>
        </w:rPr>
        <w:t xml:space="preserve">In other bills he had a lot of other names and done other wonderful things, like finding water and gold with a "</w:t>
      </w:r>
      <w:r>
        <w:rPr>
          <w:b/>
          <w:bCs/>
          <w:u w:val="single"/>
        </w:rPr>
        <w:t xml:space="preserve">divining</w:t>
      </w:r>
      <w:r>
        <w:rPr>
          <w:b/>
          <w:bCs/>
        </w:rPr>
        <w:t xml:space="preserve">-rod," "dissipating witch spells," and so on.</w:t>
      </w:r>
      <w:r>
        <w:br/>
      </w:r>
      <w:r>
        <w:t xml:space="preserve">    (a) accepting something undesired as unavoidable or the lesser of evils</w:t>
      </w:r>
      <w:r>
        <w:br/>
      </w:r>
      <w:r>
        <w:t xml:space="preserve">    (b) feeling angry or unhappy about having to accept something not liked</w:t>
      </w:r>
      <w:r>
        <w:br/>
      </w:r>
      <w:r>
        <w:t xml:space="preserve">    (c) used to discover something supernaturally (as if by magic)</w:t>
      </w:r>
    </w:p>
    <w:p>
      <w:pPr>
        <w:pStyle w:val="Compact"/>
        <w:numPr>
          <w:ilvl w:val="0"/>
          <w:numId w:val="1001"/>
        </w:numPr>
      </w:pPr>
      <w:r>
        <w:rPr>
          <w:b/>
          <w:bCs/>
        </w:rPr>
        <w:t xml:space="preserve">I would thou couldst; For who would bear the whips and scorns of time, The oppressor's wrong, the proud man's contumely, The law's delay, and the quietus which his pangs might take, In the dead waste and middle of the night, when churchyards yawn In customary suits of solemn black, But that the undiscovered country from whose bourne no traveler returns, Breathes forth contagion on the world, And thus the native hue of resolution, like the poor cat i' the</w:t>
      </w:r>
      <w:r>
        <w:rPr>
          <w:b/>
          <w:bCs/>
        </w:rPr>
        <w:t xml:space="preserve"> </w:t>
      </w:r>
      <w:r>
        <w:rPr>
          <w:b/>
          <w:bCs/>
          <w:u w:val="single"/>
        </w:rPr>
        <w:t xml:space="preserve">adage</w:t>
      </w:r>
      <w:r>
        <w:rPr>
          <w:b/>
          <w:bCs/>
        </w:rPr>
        <w:t xml:space="preserve">, Is sicklied o'er with care, And all the clouds that lowered o'er our housetops, With this regard their currents turn awry, And lose the name of action.</w:t>
      </w:r>
      <w:r>
        <w:br/>
      </w:r>
      <w:r>
        <w:t xml:space="preserve">    (a) memory</w:t>
      </w:r>
      <w:r>
        <w:br/>
      </w:r>
      <w:r>
        <w:t xml:space="preserve">    (b) saying</w:t>
      </w:r>
      <w:r>
        <w:br/>
      </w:r>
      <w:r>
        <w:t xml:space="preserve">    (c) battle</w:t>
      </w:r>
    </w:p>
    <w:p>
      <w:pPr>
        <w:pStyle w:val="Compact"/>
        <w:numPr>
          <w:ilvl w:val="0"/>
          <w:numId w:val="1001"/>
        </w:numPr>
      </w:pPr>
      <w:r>
        <w:rPr>
          <w:b/>
          <w:bCs/>
        </w:rPr>
        <w:t xml:space="preserve">By The</w:t>
      </w:r>
      <w:r>
        <w:rPr>
          <w:b/>
          <w:bCs/>
        </w:rPr>
        <w:t xml:space="preserve"> </w:t>
      </w:r>
      <w:r>
        <w:rPr>
          <w:b/>
          <w:bCs/>
          <w:u w:val="single"/>
        </w:rPr>
        <w:t xml:space="preserve">Illustrious</w:t>
      </w:r>
      <w:r>
        <w:rPr>
          <w:b/>
          <w:bCs/>
        </w:rPr>
        <w:t xml:space="preserve"> </w:t>
      </w:r>
      <w:r>
        <w:rPr>
          <w:b/>
          <w:bCs/>
        </w:rPr>
        <w:t xml:space="preserve">Kean!</w:t>
      </w:r>
      <w:r>
        <w:br/>
      </w:r>
      <w:r>
        <w:t xml:space="preserve">    (a) famous and admired; or worthy of admiration</w:t>
      </w:r>
      <w:r>
        <w:br/>
      </w:r>
      <w:r>
        <w:t xml:space="preserve">    (b) the state or degree of being bad or harmful</w:t>
      </w:r>
      <w:r>
        <w:br/>
      </w:r>
      <w:r>
        <w:t xml:space="preserve">    (c) able to be taken up or received into heaven</w:t>
      </w:r>
    </w:p>
    <w:p>
      <w:pPr>
        <w:pStyle w:val="Compact"/>
        <w:numPr>
          <w:ilvl w:val="0"/>
          <w:numId w:val="1001"/>
        </w:numPr>
      </w:pPr>
      <w:r>
        <w:rPr>
          <w:b/>
          <w:bCs/>
        </w:rPr>
        <w:t xml:space="preserve">Come out and meet the man you've</w:t>
      </w:r>
      <w:r>
        <w:rPr>
          <w:b/>
          <w:bCs/>
        </w:rPr>
        <w:t xml:space="preserve"> </w:t>
      </w:r>
      <w:r>
        <w:rPr>
          <w:b/>
          <w:bCs/>
          <w:u w:val="single"/>
        </w:rPr>
        <w:t xml:space="preserve">swindled</w:t>
      </w:r>
      <w:r>
        <w:rPr>
          <w:b/>
          <w:bCs/>
        </w:rPr>
        <w:t xml:space="preserve">.</w:t>
      </w:r>
      <w:r>
        <w:br/>
      </w:r>
      <w:r>
        <w:t xml:space="preserve">    (a) prepared food in a way that keeps it from spoiling</w:t>
      </w:r>
      <w:r>
        <w:br/>
      </w:r>
      <w:r>
        <w:t xml:space="preserve">    (b) supported by providing money or other economic aid</w:t>
      </w:r>
      <w:r>
        <w:br/>
      </w:r>
      <w:r>
        <w:t xml:space="preserve">    (c) tricking or cheating someone to get money</w:t>
      </w:r>
    </w:p>
    <w:p>
      <w:pPr>
        <w:pStyle w:val="Compact"/>
        <w:numPr>
          <w:ilvl w:val="0"/>
          <w:numId w:val="1001"/>
        </w:numPr>
      </w:pPr>
      <w:r>
        <w:rPr>
          <w:b/>
          <w:bCs/>
        </w:rPr>
        <w:t xml:space="preserve">"These uncles of yourn ain't no uncles at all; they're a couple of frauds--regular dead-beats.  There, now we're over the worst of it, you can stand the rest middling easy."</w:t>
      </w:r>
      <w:r>
        <w:br/>
      </w:r>
      <w:r>
        <w:rPr>
          <w:b/>
          <w:bCs/>
        </w:rPr>
        <w:t xml:space="preserve">It jolted her up like everything, of course; but I was over the</w:t>
      </w:r>
      <w:r>
        <w:rPr>
          <w:b/>
          <w:bCs/>
        </w:rPr>
        <w:t xml:space="preserve"> </w:t>
      </w:r>
      <w:r>
        <w:rPr>
          <w:b/>
          <w:bCs/>
          <w:u w:val="single"/>
        </w:rPr>
        <w:t xml:space="preserve">shoal</w:t>
      </w:r>
      <w:r>
        <w:rPr>
          <w:b/>
          <w:bCs/>
        </w:rPr>
        <w:t xml:space="preserve"> </w:t>
      </w:r>
      <w:r>
        <w:rPr>
          <w:b/>
          <w:bCs/>
        </w:rPr>
        <w:t xml:space="preserve">water now, so I went right along,</w:t>
      </w:r>
      <w:r>
        <w:br/>
      </w:r>
      <w:r>
        <w:t xml:space="preserve">    (a) struggle or disagreement</w:t>
      </w:r>
      <w:r>
        <w:br/>
      </w:r>
      <w:r>
        <w:t xml:space="preserve">    (b) include consideration of</w:t>
      </w:r>
      <w:r>
        <w:br/>
      </w:r>
      <w:r>
        <w:t xml:space="preserve">    (c) shallow</w:t>
      </w:r>
    </w:p>
    <w:p>
      <w:pPr>
        <w:pStyle w:val="Compact"/>
        <w:numPr>
          <w:ilvl w:val="0"/>
          <w:numId w:val="1001"/>
        </w:numPr>
      </w:pPr>
      <w:r>
        <w:rPr>
          <w:b/>
          <w:bCs/>
        </w:rPr>
        <w:t xml:space="preserve">I was right on him before I could</w:t>
      </w:r>
      <w:r>
        <w:rPr>
          <w:b/>
          <w:bCs/>
        </w:rPr>
        <w:t xml:space="preserve"> </w:t>
      </w:r>
      <w:r>
        <w:rPr>
          <w:b/>
          <w:bCs/>
          <w:u w:val="single"/>
        </w:rPr>
        <w:t xml:space="preserve">shirk</w:t>
      </w:r>
      <w:r>
        <w:rPr>
          <w:b/>
          <w:bCs/>
        </w:rPr>
        <w:t xml:space="preserve">.</w:t>
      </w:r>
      <w:r>
        <w:br/>
      </w:r>
      <w:r>
        <w:t xml:space="preserve">    (a) delay</w:t>
      </w:r>
      <w:r>
        <w:br/>
      </w:r>
      <w:r>
        <w:t xml:space="preserve">    (b) trade</w:t>
      </w:r>
      <w:r>
        <w:br/>
      </w:r>
      <w:r>
        <w:t xml:space="preserve">    (c) avoid</w:t>
      </w:r>
    </w:p>
    <w:p>
      <w:pPr>
        <w:pStyle w:val="Compact"/>
        <w:numPr>
          <w:ilvl w:val="0"/>
          <w:numId w:val="1001"/>
        </w:numPr>
      </w:pPr>
      <w:r>
        <w:rPr>
          <w:b/>
          <w:bCs/>
        </w:rPr>
        <w:t xml:space="preserve">I must go up the road and</w:t>
      </w:r>
      <w:r>
        <w:rPr>
          <w:b/>
          <w:bCs/>
        </w:rPr>
        <w:t xml:space="preserve"> </w:t>
      </w:r>
      <w:r>
        <w:rPr>
          <w:b/>
          <w:bCs/>
          <w:u w:val="single"/>
        </w:rPr>
        <w:t xml:space="preserve">waylay</w:t>
      </w:r>
      <w:r>
        <w:rPr>
          <w:b/>
          <w:bCs/>
        </w:rPr>
        <w:t xml:space="preserve"> </w:t>
      </w:r>
      <w:r>
        <w:rPr>
          <w:b/>
          <w:bCs/>
        </w:rPr>
        <w:t xml:space="preserve">him.</w:t>
      </w:r>
      <w:r>
        <w:br/>
      </w:r>
      <w:r>
        <w:t xml:space="preserve">    (a) tile designed to affect noise -- typically to decrease noise</w:t>
      </w:r>
      <w:r>
        <w:br/>
      </w:r>
      <w:r>
        <w:t xml:space="preserve">    (b) to stop someone unexpectedly -- usually to attack or to talk</w:t>
      </w:r>
      <w:r>
        <w:br/>
      </w:r>
      <w:r>
        <w:t xml:space="preserve">    (c) relating to an ancient city state on the north African coast</w:t>
      </w:r>
    </w:p>
    <w:p>
      <w:pPr>
        <w:pStyle w:val="Compact"/>
        <w:numPr>
          <w:ilvl w:val="0"/>
          <w:numId w:val="1001"/>
        </w:numPr>
      </w:pPr>
      <w:r>
        <w:rPr>
          <w:b/>
          <w:bCs/>
        </w:rPr>
        <w:t xml:space="preserve">"Well, Sally, I'm in fault, and I acknowledge it; I've been</w:t>
      </w:r>
      <w:r>
        <w:rPr>
          <w:b/>
          <w:bCs/>
        </w:rPr>
        <w:t xml:space="preserve"> </w:t>
      </w:r>
      <w:r>
        <w:rPr>
          <w:b/>
          <w:bCs/>
          <w:u w:val="single"/>
        </w:rPr>
        <w:t xml:space="preserve">remiss</w:t>
      </w:r>
      <w:r>
        <w:rPr>
          <w:b/>
          <w:bCs/>
        </w:rPr>
        <w:t xml:space="preserve">; but I won't let to-morrow go by without stopping up them holes."</w:t>
      </w:r>
      <w:r>
        <w:br/>
      </w:r>
      <w:r>
        <w:t xml:space="preserve">    (a) the state or degree of agreeing or approving</w:t>
      </w:r>
      <w:r>
        <w:br/>
      </w:r>
      <w:r>
        <w:t xml:space="preserve">    (b) careless in not doing a duty well enough</w:t>
      </w:r>
      <w:r>
        <w:br/>
      </w:r>
      <w:r>
        <w:t xml:space="preserve">    (c) exceedingly important, serious, or dangerous</w:t>
      </w:r>
    </w:p>
    <w:p>
      <w:pPr>
        <w:pStyle w:val="Compact"/>
        <w:numPr>
          <w:ilvl w:val="0"/>
          <w:numId w:val="1001"/>
        </w:numPr>
      </w:pPr>
      <w:r>
        <w:rPr>
          <w:b/>
          <w:bCs/>
        </w:rPr>
        <w:t xml:space="preserve">We didn't cook none of the pies in the wash-pan—afraid the solder would melt; but Uncle Silas he had a noble brass warming-pan which he thought considerable of, because it belonged to one of his ancesters with a long wooden handle that come over from England with</w:t>
      </w:r>
      <w:r>
        <w:rPr>
          <w:b/>
          <w:bCs/>
        </w:rPr>
        <w:t xml:space="preserve"> </w:t>
      </w:r>
      <w:r>
        <w:rPr>
          <w:b/>
          <w:bCs/>
          <w:u w:val="single"/>
        </w:rPr>
        <w:t xml:space="preserve">William the Conqueror</w:t>
      </w:r>
      <w:r>
        <w:rPr>
          <w:b/>
          <w:bCs/>
        </w:rPr>
        <w:t xml:space="preserve"> </w:t>
      </w:r>
      <w:r>
        <w:rPr>
          <w:b/>
          <w:bCs/>
        </w:rPr>
        <w:t xml:space="preserve">in the Mayflower or one of them early ships and was hid away up garret with a lot of other old pots and things that was valuable, not on account of being any account, because they warn't, but on account of them being relicts, you know, and we snaked her out, private, and took her down there, but she failed on the first pies, because we didn't know how, but she come up smiling on the last one.</w:t>
      </w:r>
      <w:r>
        <w:br/>
      </w:r>
      <w:r>
        <w:t xml:space="preserve">    (a) American writer and philosopher who emphasized individual rights and capitalism (1905-1982)</w:t>
      </w:r>
      <w:r>
        <w:br/>
      </w:r>
      <w:r>
        <w:t xml:space="preserve">    (b) English philosopher and mathematician instrumental in pioneering symbolic logic (1872-1970)</w:t>
      </w:r>
      <w:r>
        <w:br/>
      </w:r>
      <w:r>
        <w:t xml:space="preserve">    (c) first Norman to be King of England after winning the battle of Hastings in 1066 (1027-1087)</w:t>
      </w:r>
    </w:p>
    <w:p>
      <w:pPr>
        <w:pStyle w:val="Compact"/>
        <w:numPr>
          <w:ilvl w:val="0"/>
          <w:numId w:val="1001"/>
        </w:numPr>
      </w:pPr>
      <w:r>
        <w:rPr>
          <w:b/>
          <w:bCs/>
        </w:rPr>
        <w:t xml:space="preserve">There's a gaudy big</w:t>
      </w:r>
      <w:r>
        <w:rPr>
          <w:b/>
          <w:bCs/>
        </w:rPr>
        <w:t xml:space="preserve"> </w:t>
      </w:r>
      <w:r>
        <w:rPr>
          <w:b/>
          <w:bCs/>
          <w:u w:val="single"/>
        </w:rPr>
        <w:t xml:space="preserve">grindstone</w:t>
      </w:r>
      <w:r>
        <w:rPr>
          <w:b/>
          <w:bCs/>
        </w:rPr>
        <w:t xml:space="preserve"> </w:t>
      </w:r>
      <w:r>
        <w:rPr>
          <w:b/>
          <w:bCs/>
        </w:rPr>
        <w:t xml:space="preserve">down at the mill...</w:t>
      </w:r>
      <w:r>
        <w:br/>
      </w:r>
      <w:r>
        <w:t xml:space="preserve">    (a) something created for entertainment or pleasure</w:t>
      </w:r>
      <w:r>
        <w:br/>
      </w:r>
      <w:r>
        <w:t xml:space="preserve">    (b) a large stone shaped like a disk that spins and is used to grind grain</w:t>
      </w:r>
      <w:r>
        <w:br/>
      </w:r>
      <w:r>
        <w:t xml:space="preserve">    (c) a large machine for pounding (often used to shape metal)</w:t>
      </w:r>
    </w:p>
    <w:p>
      <w:pPr>
        <w:pStyle w:val="Compact"/>
        <w:numPr>
          <w:ilvl w:val="0"/>
          <w:numId w:val="1001"/>
        </w:numPr>
      </w:pPr>
      <w:r>
        <w:rPr>
          <w:b/>
          <w:bCs/>
        </w:rPr>
        <w:t xml:space="preserve">So she took and dusted us both with the hickry, and we was as much as two hours catching another fifteen or sixteen, drat that</w:t>
      </w:r>
      <w:r>
        <w:rPr>
          <w:b/>
          <w:bCs/>
        </w:rPr>
        <w:t xml:space="preserve"> </w:t>
      </w:r>
      <w:r>
        <w:rPr>
          <w:b/>
          <w:bCs/>
          <w:u w:val="single"/>
        </w:rPr>
        <w:t xml:space="preserve">meddlesome</w:t>
      </w:r>
      <w:r>
        <w:rPr>
          <w:b/>
          <w:bCs/>
        </w:rPr>
        <w:t xml:space="preserve"> </w:t>
      </w:r>
      <w:r>
        <w:rPr>
          <w:b/>
          <w:bCs/>
        </w:rPr>
        <w:t xml:space="preserve">cub, and they warn't the likeliest, nuther, because the first haul was the pick of the flock.</w:t>
      </w:r>
      <w:r>
        <w:br/>
      </w:r>
      <w:r>
        <w:t xml:space="preserve">    (a) intrusive</w:t>
      </w:r>
      <w:r>
        <w:br/>
      </w:r>
      <w:r>
        <w:t xml:space="preserve">    (b) important</w:t>
      </w:r>
      <w:r>
        <w:br/>
      </w:r>
      <w:r>
        <w:t xml:space="preserve">    (c) disbelief</w:t>
      </w:r>
    </w:p>
    <w:p>
      <w:pPr>
        <w:pStyle w:val="Compact"/>
        <w:numPr>
          <w:ilvl w:val="0"/>
          <w:numId w:val="1001"/>
        </w:numPr>
      </w:pPr>
      <w:r>
        <w:rPr>
          <w:b/>
          <w:bCs/>
        </w:rPr>
        <w:t xml:space="preserve">Aunt Sally jumped for her, and most hugged the head off of her, and cried over her, and I found a good enough place for me under the bed, for it was getting pretty</w:t>
      </w:r>
      <w:r>
        <w:rPr>
          <w:b/>
          <w:bCs/>
        </w:rPr>
        <w:t xml:space="preserve"> </w:t>
      </w:r>
      <w:r>
        <w:rPr>
          <w:b/>
          <w:bCs/>
          <w:u w:val="single"/>
        </w:rPr>
        <w:t xml:space="preserve">sultry</w:t>
      </w:r>
      <w:r>
        <w:rPr>
          <w:b/>
          <w:bCs/>
        </w:rPr>
        <w:t xml:space="preserve"> </w:t>
      </w:r>
      <w:r>
        <w:rPr>
          <w:b/>
          <w:bCs/>
        </w:rPr>
        <w:t xml:space="preserve">for us, seemed to me.</w:t>
      </w:r>
      <w:r>
        <w:br/>
      </w:r>
      <w:r>
        <w:t xml:space="preserve">    (a) inappropriate</w:t>
      </w:r>
      <w:r>
        <w:br/>
      </w:r>
      <w:r>
        <w:t xml:space="preserve">    (b) not important</w:t>
      </w:r>
      <w:r>
        <w:br/>
      </w:r>
      <w:r>
        <w:t xml:space="preserve">    (c) hot and humid (figuratively)</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2026-07-31T14:17:22Z</dcterms:created>
  <dcterms:modified xsi:type="dcterms:W3CDTF">2026-07-31T14:17:22Z</dcterms:modified>
</cp:coreProperties>
</file>

<file path=docProps/custom.xml><?xml version="1.0" encoding="utf-8"?>
<Properties xmlns="http://schemas.openxmlformats.org/officeDocument/2006/custom-properties" xmlns:vt="http://schemas.openxmlformats.org/officeDocument/2006/docPropsVTypes"/>
</file>