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a9b8f01afb772bf9cc435c2ea5acad1d24b6f4"/>
    <w:p>
      <w:pPr>
        <w:pStyle w:val="Heading1"/>
      </w:pPr>
      <w:r>
        <w:rPr>
          <w:b/>
          <w:bCs/>
        </w:rPr>
        <w:t xml:space="preserve">The Adventures of Augie March</w:t>
      </w:r>
      <w:r>
        <w:br/>
      </w:r>
      <w:r>
        <w:rPr>
          <w:i/>
          <w:iCs/>
        </w:rPr>
        <w:t xml:space="preserve">Saul Bellow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romantic or sexual</w:t>
      </w:r>
      <w:r>
        <w:br/>
      </w:r>
      <w:r>
        <w:t xml:space="preserve">    (b) logical or analytical</w:t>
      </w:r>
      <w:r>
        <w:br/>
      </w:r>
      <w:r>
        <w:t xml:space="preserve">    (c) light-hearted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building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</w:t>
      </w:r>
      <w:r>
        <w:rPr>
          <w:b/>
          <w:bCs/>
        </w:rPr>
        <w:t xml:space="preserve"> </w:t>
      </w:r>
      <w:r>
        <w:rPr>
          <w:b/>
          <w:bCs/>
        </w:rPr>
        <w:t xml:space="preserve">in the back yard.</w:t>
      </w:r>
      <w:r>
        <w:br/>
      </w:r>
      <w:r>
        <w:t xml:space="preserve">    (a) stone fire pit</w:t>
      </w:r>
      <w:r>
        <w:br/>
      </w:r>
      <w:r>
        <w:t xml:space="preserve">    (b) framework for plants</w:t>
      </w:r>
      <w:r>
        <w:br/>
      </w:r>
      <w:r>
        <w:t xml:space="preserve">    (c) raised flower 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unrelated</w:t>
      </w:r>
      <w:r>
        <w:br/>
      </w:r>
      <w:r>
        <w:t xml:space="preserve">    (b) are opposite</w:t>
      </w:r>
      <w:r>
        <w:br/>
      </w:r>
      <w:r>
        <w:t xml:space="preserve">    (c) are equivalent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live in Los Angeles yet, but I joined the organization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corresponding</w:t>
      </w:r>
      <w:r>
        <w:rPr>
          <w:b/>
          <w:bCs/>
        </w:rPr>
        <w:t xml:space="preserve"> </w:t>
      </w:r>
      <w:r>
        <w:rPr>
          <w:b/>
          <w:bCs/>
        </w:rPr>
        <w:t xml:space="preserve">member.</w:t>
      </w:r>
      <w:r>
        <w:br/>
      </w:r>
      <w:r>
        <w:t xml:space="preserve">    (a) visiting</w:t>
      </w:r>
      <w:r>
        <w:br/>
      </w:r>
      <w:r>
        <w:t xml:space="preserve">    (b) done from afar</w:t>
      </w:r>
      <w:r>
        <w:br/>
      </w:r>
      <w:r>
        <w:t xml:space="preserve">    (c) founding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create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showing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long-standing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grievance</w:t>
      </w:r>
      <w:r>
        <w:rPr>
          <w:b/>
          <w:bCs/>
        </w:rPr>
        <w:t xml:space="preserve">.</w:t>
      </w:r>
      <w:r>
        <w:br/>
      </w:r>
      <w:r>
        <w:t xml:space="preserve">    (a) connection</w:t>
      </w:r>
      <w:r>
        <w:br/>
      </w:r>
      <w:r>
        <w:t xml:space="preserve">    (b) agreement</w:t>
      </w:r>
      <w:r>
        <w:br/>
      </w:r>
      <w:r>
        <w:t xml:space="preserve">    (c) complaint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optimistic</w:t>
      </w:r>
      <w:r>
        <w:br/>
      </w:r>
      <w:r>
        <w:t xml:space="preserve">    (b) arrogant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makes clear</w:t>
      </w:r>
      <w:r>
        <w:br/>
      </w:r>
      <w:r>
        <w:t xml:space="preserve">    (b) proves</w:t>
      </w:r>
      <w:r>
        <w:br/>
      </w:r>
      <w:r>
        <w:t xml:space="preserve">    (c) disproves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directions include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identify each part.</w:t>
      </w:r>
      <w:r>
        <w:br/>
      </w:r>
      <w:r>
        <w:t xml:space="preserve">    (a) coded stickers</w:t>
      </w:r>
      <w:r>
        <w:br/>
      </w:r>
      <w:r>
        <w:t xml:space="preserve">    (b) descriptions</w:t>
      </w:r>
      <w:r>
        <w:br/>
      </w:r>
      <w:r>
        <w:t xml:space="preserve">    (c)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happy</w:t>
      </w:r>
      <w:r>
        <w:br/>
      </w:r>
      <w:r>
        <w:t xml:space="preserve">    (b) feel like singing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as a result of that</w:t>
      </w:r>
      <w:r>
        <w:br/>
      </w:r>
      <w:r>
        <w:t xml:space="preserve">    (b) in addition to that</w:t>
      </w:r>
      <w:r>
        <w:br/>
      </w:r>
      <w:r>
        <w:t xml:space="preserve">    (c) in contrast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 and refuses to change his mind.</w:t>
      </w:r>
      <w:r>
        <w:br/>
      </w:r>
      <w:r>
        <w:t xml:space="preserve">    (a) cheerful</w:t>
      </w:r>
      <w:r>
        <w:br/>
      </w:r>
      <w:r>
        <w:t xml:space="preserve">    (b) graceful</w:t>
      </w:r>
      <w:r>
        <w:br/>
      </w:r>
      <w:r>
        <w:t xml:space="preserve">    (c) stubborn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approval</w:t>
      </w:r>
      <w:r>
        <w:br/>
      </w:r>
      <w:r>
        <w:t xml:space="preserve">    (b) explanation</w:t>
      </w:r>
      <w:r>
        <w:br/>
      </w:r>
      <w:r>
        <w:t xml:space="preserve">    (c) rejection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humorous criticism</w:t>
      </w:r>
      <w:r>
        <w:br/>
      </w:r>
      <w:r>
        <w:t xml:space="preserve">    (b) factual reporting</w:t>
      </w:r>
      <w:r>
        <w:br/>
      </w:r>
      <w:r>
        <w:t xml:space="preserve">    (c) literal description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enjoyed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of the warm sun on her skin.</w:t>
      </w:r>
      <w:r>
        <w:br/>
      </w:r>
      <w:r>
        <w:t xml:space="preserve">    (a) pleasing the body's senses</w:t>
      </w:r>
      <w:r>
        <w:br/>
      </w:r>
      <w:r>
        <w:t xml:space="preserve">    (b) exciting the mind's intellect</w:t>
      </w:r>
      <w:r>
        <w:br/>
      </w:r>
      <w:r>
        <w:t xml:space="preserve">    (c) deep empathetic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nearby</w:t>
      </w:r>
      <w:r>
        <w:br/>
      </w:r>
      <w:r>
        <w:t xml:space="preserve">    (b) smart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warn or protect</w:t>
      </w:r>
      <w:r>
        <w:br/>
      </w:r>
      <w:r>
        <w:t xml:space="preserve">    (b) cheat or defraud</w:t>
      </w:r>
      <w:r>
        <w:br/>
      </w:r>
      <w:r>
        <w:t xml:space="preserve">    (c) pay back 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thought we could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, but we failed because we overestimated human nature.</w:t>
      </w:r>
      <w:r>
        <w:br/>
      </w:r>
      <w:r>
        <w:t xml:space="preserve">    (a) a challenging journey</w:t>
      </w:r>
      <w:r>
        <w:br/>
      </w:r>
      <w:r>
        <w:t xml:space="preserve">    (b) constant innovation</w:t>
      </w:r>
      <w:r>
        <w:br/>
      </w:r>
      <w:r>
        <w:t xml:space="preserve">    (c) an ideal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angry punishment</w:t>
      </w:r>
      <w:r>
        <w:br/>
      </w:r>
      <w:r>
        <w:t xml:space="preserve">    (b) unpredictable moods</w:t>
      </w:r>
      <w:r>
        <w:br/>
      </w:r>
      <w:r>
        <w:t xml:space="preserve">    (c) power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2026-07-31T18:00:03Z</dcterms:created>
  <dcterms:modified xsi:type="dcterms:W3CDTF">2026-07-31T18:00:03Z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