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cf0d797c3b825b18400e6bd0923238536317a35"/>
    <w:p>
      <w:pPr>
        <w:pStyle w:val="Heading1"/>
      </w:pPr>
      <w:r>
        <w:rPr>
          <w:b/>
          <w:bCs/>
        </w:rPr>
        <w:t xml:space="preserve">The Adventures of Augie March</w:t>
      </w:r>
      <w:r>
        <w:br/>
      </w:r>
      <w:r>
        <w:rPr>
          <w:i/>
          <w:iCs/>
        </w:rPr>
        <w:t xml:space="preserve">Saul Bellow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Simon was a blond boy with big cheekbones and wide gray eyes and had the arms of a cricketer--I go by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illustrations</w:t>
      </w:r>
      <w:r>
        <w:rPr>
          <w:b/>
          <w:bCs/>
        </w:rPr>
        <w:t xml:space="preserve">; we never played anything but softball.</w:t>
      </w:r>
      <w:r>
        <w:br/>
      </w:r>
      <w:r>
        <w:t xml:space="preserve">    (a) proposed or actual laws</w:t>
      </w:r>
      <w:r>
        <w:br/>
      </w:r>
      <w:r>
        <w:t xml:space="preserve">    (b) drawings or photographs</w:t>
      </w:r>
      <w:r>
        <w:br/>
      </w:r>
      <w:r>
        <w:t xml:space="preserve">    (c) positively charged 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as follows: In the world of today your individual man has to be willing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illustrate</w:t>
      </w:r>
      <w:r>
        <w:rPr>
          <w:b/>
          <w:bCs/>
        </w:rPr>
        <w:t xml:space="preserve"> </w:t>
      </w:r>
      <w:r>
        <w:rPr>
          <w:b/>
          <w:bCs/>
        </w:rPr>
        <w:t xml:space="preserve">a more and more narrow and restricted point of existence.</w:t>
      </w:r>
      <w:r>
        <w:br/>
      </w:r>
      <w:r>
        <w:t xml:space="preserve">    (a) think carefully</w:t>
      </w:r>
      <w:r>
        <w:br/>
      </w:r>
      <w:r>
        <w:t xml:space="preserve">    (b) help make clear</w:t>
      </w:r>
      <w:r>
        <w:br/>
      </w:r>
      <w:r>
        <w:t xml:space="preserve">    (c) work or operate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Not that I can see my big, gentle, dilapidated, scrubbing, and lugging mother as a fugitive of immense beauty from such classy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wrath</w:t>
      </w:r>
      <w:r>
        <w:rPr>
          <w:b/>
          <w:bCs/>
        </w:rPr>
        <w:t xml:space="preserve">, or our father as a marble-legged Olympian.</w:t>
      </w:r>
      <w:r>
        <w:br/>
      </w:r>
      <w:r>
        <w:t xml:space="preserve">    (a) extreme anger</w:t>
      </w:r>
      <w:r>
        <w:br/>
      </w:r>
      <w:r>
        <w:t xml:space="preserve">    (b) use of reason</w:t>
      </w:r>
      <w:r>
        <w:br/>
      </w:r>
      <w:r>
        <w:t xml:space="preserve">    (c) determination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Grandma had arranged this with Sylvester's father, whom she knew from the old people's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arbor</w:t>
      </w:r>
      <w:r>
        <w:rPr>
          <w:b/>
          <w:bCs/>
        </w:rPr>
        <w:t xml:space="preserve"> </w:t>
      </w:r>
      <w:r>
        <w:rPr>
          <w:b/>
          <w:bCs/>
        </w:rPr>
        <w:t xml:space="preserve">in the park.</w:t>
      </w:r>
      <w:r>
        <w:br/>
      </w:r>
      <w:r>
        <w:t xml:space="preserve">    (a) an artists performance of another artist's work that expresses the performer's feelings or ideas about the work</w:t>
      </w:r>
      <w:r>
        <w:br/>
      </w:r>
      <w:r>
        <w:t xml:space="preserve">    (b) soccer player who typically play in the middle third of the field and who assists with both defense and offense</w:t>
      </w:r>
      <w:r>
        <w:br/>
      </w:r>
      <w:r>
        <w:t xml:space="preserve">    (c) a framework that supports climbing plants; or a shady rest area made by such a framework or by trees and shrubs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he was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shrewd</w:t>
      </w:r>
      <w:r>
        <w:rPr>
          <w:b/>
          <w:bCs/>
        </w:rPr>
        <w:t xml:space="preserve">, his sister said.</w:t>
      </w:r>
      <w:r>
        <w:br/>
      </w:r>
      <w:r>
        <w:t xml:space="preserve">    (a) awake</w:t>
      </w:r>
      <w:r>
        <w:br/>
      </w:r>
      <w:r>
        <w:t xml:space="preserve">    (b) smart</w:t>
      </w:r>
      <w:r>
        <w:br/>
      </w:r>
      <w:r>
        <w:t xml:space="preserve">    (c) exact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he was all the same a little dubious and haunted, his black eyes in the long joke-austerity of his head often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melancholy</w:t>
      </w:r>
      <w:r>
        <w:rPr>
          <w:b/>
          <w:bCs/>
        </w:rPr>
        <w:t xml:space="preserve">.</w:t>
      </w:r>
      <w:r>
        <w:br/>
      </w:r>
      <w:r>
        <w:t xml:space="preserve">    (a) a sad feeling or manner</w:t>
      </w:r>
      <w:r>
        <w:br/>
      </w:r>
      <w:r>
        <w:t xml:space="preserve">    (b) about (but not exactly)</w:t>
      </w:r>
      <w:r>
        <w:br/>
      </w:r>
      <w:r>
        <w:t xml:space="preserve">    (c) relating to the outside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Later, when I wised up and was debeatified, I was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sensual</w:t>
      </w:r>
      <w:r>
        <w:rPr>
          <w:b/>
          <w:bCs/>
        </w:rPr>
        <w:t xml:space="preserve">.</w:t>
      </w:r>
      <w:r>
        <w:br/>
      </w:r>
      <w:r>
        <w:t xml:space="preserve">    (a) exciting the mind's intellectual vigor</w:t>
      </w:r>
      <w:r>
        <w:br/>
      </w:r>
      <w:r>
        <w:t xml:space="preserve">    (b) relating to pleasing the body's senses</w:t>
      </w:r>
      <w:r>
        <w:br/>
      </w:r>
      <w:r>
        <w:t xml:space="preserve">    (c) a deep sense of empathetic understanding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never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repudiated</w:t>
      </w:r>
      <w:r>
        <w:rPr>
          <w:b/>
          <w:bCs/>
        </w:rPr>
        <w:t xml:space="preserve"> </w:t>
      </w:r>
      <w:r>
        <w:rPr>
          <w:b/>
          <w:bCs/>
        </w:rPr>
        <w:t xml:space="preserve">her that much or tried to strike the old influence, such as it had become, out of her hands.</w:t>
      </w:r>
      <w:r>
        <w:br/>
      </w:r>
      <w:r>
        <w:t xml:space="preserve">    (a) guided or managed</w:t>
      </w:r>
      <w:r>
        <w:br/>
      </w:r>
      <w:r>
        <w:t xml:space="preserve">    (b) strongly rejected</w:t>
      </w:r>
      <w:r>
        <w:br/>
      </w:r>
      <w:r>
        <w:t xml:space="preserve">    (c) thought carefully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Nevertheless he kept thinking how, in spite of the time, he could carry it off, and didn't merely brood, but discussed,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obstinately</w:t>
      </w:r>
      <w:r>
        <w:rPr>
          <w:b/>
          <w:bCs/>
        </w:rPr>
        <w:t xml:space="preserve">, how it could be done.</w:t>
      </w:r>
      <w:r>
        <w:br/>
      </w:r>
      <w:r>
        <w:t xml:space="preserve">    (a) in an artificial manner to make an impression</w:t>
      </w:r>
      <w:r>
        <w:br/>
      </w:r>
      <w:r>
        <w:t xml:space="preserve">    (b) to almost be so, but not so strictly speaking</w:t>
      </w:r>
      <w:r>
        <w:br/>
      </w:r>
      <w:r>
        <w:t xml:space="preserve">    (c) stubbornly unyielding to the wishes of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took closer interest in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swindles</w:t>
      </w:r>
      <w:r>
        <w:rPr>
          <w:b/>
          <w:bCs/>
        </w:rPr>
        <w:t xml:space="preserve"> </w:t>
      </w:r>
      <w:r>
        <w:rPr>
          <w:b/>
          <w:bCs/>
        </w:rPr>
        <w:t xml:space="preserve">than when I had been not much more than house-boy and the Einhorn business was too vast for me to understand.</w:t>
      </w:r>
      <w:r>
        <w:br/>
      </w:r>
      <w:r>
        <w:t xml:space="preserve">    (a) gives an opinion of what is wrong with something</w:t>
      </w:r>
      <w:r>
        <w:br/>
      </w:r>
      <w:r>
        <w:t xml:space="preserve">    (b) interferes in other people's affairs or business</w:t>
      </w:r>
      <w:r>
        <w:br/>
      </w:r>
      <w:r>
        <w:t xml:space="preserve">    (c) tricks or cheats someone -- usually to get money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knew later I had been lucky with her, that she had tried not to be dry with me,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satirical</w:t>
      </w:r>
      <w:r>
        <w:rPr>
          <w:b/>
          <w:bCs/>
        </w:rPr>
        <w:t xml:space="preserve">, and done it mercifully.</w:t>
      </w:r>
      <w:r>
        <w:br/>
      </w:r>
      <w:r>
        <w:t xml:space="preserve">    (a) relating to expert judgement of what is good and bad about something</w:t>
      </w:r>
      <w:r>
        <w:br/>
      </w:r>
      <w:r>
        <w:t xml:space="preserve">    (b) a way of making fun of people or ideas -- often through exaggeration</w:t>
      </w:r>
      <w:r>
        <w:br/>
      </w:r>
      <w:r>
        <w:t xml:space="preserve">    (c) full of anger or unhappiness at having to accept something not liked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only way I could conceive, in my blood-loaded, picturesque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amorousness</w:t>
      </w:r>
      <w:r>
        <w:rPr>
          <w:b/>
          <w:bCs/>
        </w:rPr>
        <w:t xml:space="preserve">.</w:t>
      </w:r>
      <w:r>
        <w:br/>
      </w:r>
      <w:r>
        <w:t xml:space="preserve">    (a) not representative</w:t>
      </w:r>
      <w:r>
        <w:br/>
      </w:r>
      <w:r>
        <w:t xml:space="preserve">    (b) romantic or sexual</w:t>
      </w:r>
      <w:r>
        <w:br/>
      </w:r>
      <w:r>
        <w:t xml:space="preserve">    (c) good or beneficial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moreover</w:t>
      </w:r>
      <w:r>
        <w:rPr>
          <w:b/>
          <w:bCs/>
        </w:rPr>
        <w:t xml:space="preserve">, though I was still in love with her, my attitude toward her wasn't what it had been.</w:t>
      </w:r>
      <w:r>
        <w:br/>
      </w:r>
      <w:r>
        <w:t xml:space="preserve">    (a) despite that (used to connect contrasting ideas)</w:t>
      </w:r>
      <w:r>
        <w:br/>
      </w:r>
      <w:r>
        <w:t xml:space="preserve">    (b) even though -- used to connect contrasting ideas</w:t>
      </w:r>
      <w:r>
        <w:br/>
      </w:r>
      <w:r>
        <w:t xml:space="preserve">    (c) in addition to what has just been said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develop from crippled girl into crippled woman, in the family, in the house, such staleness and hardship—that's what it makes for, darkness, saturninity, oversat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grievance</w:t>
      </w:r>
      <w:r>
        <w:rPr>
          <w:b/>
          <w:bCs/>
        </w:rPr>
        <w:t xml:space="preserve">.</w:t>
      </w:r>
      <w:r>
        <w:br/>
      </w:r>
      <w:r>
        <w:t xml:space="preserve">    (a) main road</w:t>
      </w:r>
      <w:r>
        <w:br/>
      </w:r>
      <w:r>
        <w:t xml:space="preserve">    (b) hard work</w:t>
      </w:r>
      <w:r>
        <w:br/>
      </w:r>
      <w:r>
        <w:t xml:space="preserve">    (c) complaint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spirit I found him in was the Chanticleer spirit, by which I refer to male piercingness, sharpness, knotted hard muscle and blood in the comb, jerky, flaunty,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haughty</w:t>
      </w:r>
      <w:r>
        <w:rPr>
          <w:b/>
          <w:bCs/>
        </w:rPr>
        <w:t xml:space="preserve"> </w:t>
      </w:r>
      <w:r>
        <w:rPr>
          <w:b/>
          <w:bCs/>
        </w:rPr>
        <w:t xml:space="preserve">and bright, with luxurious slither of feathers.</w:t>
      </w:r>
      <w:r>
        <w:br/>
      </w:r>
      <w:r>
        <w:t xml:space="preserve">    (a) arrogant</w:t>
      </w:r>
      <w:r>
        <w:br/>
      </w:r>
      <w:r>
        <w:t xml:space="preserve">    (b) pleasing</w:t>
      </w:r>
      <w:r>
        <w:br/>
      </w:r>
      <w:r>
        <w:t xml:space="preserve">    (c) absolute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Here what had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established</w:t>
      </w:r>
      <w:r>
        <w:rPr>
          <w:b/>
          <w:bCs/>
        </w:rPr>
        <w:t xml:space="preserve"> </w:t>
      </w:r>
      <w:r>
        <w:rPr>
          <w:b/>
          <w:bCs/>
        </w:rPr>
        <w:t xml:space="preserve">was whether I was qualified in pocket to mix with the sons of established fathers.</w:t>
      </w:r>
      <w:r>
        <w:br/>
      </w:r>
      <w:r>
        <w:t xml:space="preserve">    (a) accepted someone's membership though a special procedure such as a ceremony and/or period of instruction and/or test</w:t>
      </w:r>
      <w:r>
        <w:br/>
      </w:r>
      <w:r>
        <w:t xml:space="preserve">    (b) examined an issue, got opinions by asking specific questions; and/or asked people for political support individually</w:t>
      </w:r>
      <w:r>
        <w:br/>
      </w:r>
      <w:r>
        <w:t xml:space="preserve">    (c) determined (figured out)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Mama wasn't any longer right off the kitchen but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established</w:t>
      </w:r>
      <w:r>
        <w:rPr>
          <w:b/>
          <w:bCs/>
        </w:rPr>
        <w:t xml:space="preserve"> </w:t>
      </w:r>
      <w:r>
        <w:rPr>
          <w:b/>
          <w:bCs/>
        </w:rPr>
        <w:t xml:space="preserve">in almost an apartment with a Gulistan on the floor and drapes on the window.</w:t>
      </w:r>
      <w:r>
        <w:br/>
      </w:r>
      <w:r>
        <w:t xml:space="preserve">    (a) settled</w:t>
      </w:r>
      <w:r>
        <w:br/>
      </w:r>
      <w:r>
        <w:t xml:space="preserve">    (b) persuaded someone to want something (often sex or love) by tempting with something desired</w:t>
      </w:r>
      <w:r>
        <w:br/>
      </w:r>
      <w:r>
        <w:t xml:space="preserve">    (c) not having a relationship whereby a change in one thing helps predict a change in another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accept any help from Kayo she must, I thought, be in bad condition; and so she was, though talkative and of false alertness and sharpness—false because it didn't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</w:t>
      </w:r>
      <w:r>
        <w:rPr>
          <w:b/>
          <w:bCs/>
        </w:rPr>
        <w:t xml:space="preserve"> </w:t>
      </w:r>
      <w:r>
        <w:rPr>
          <w:b/>
          <w:bCs/>
        </w:rPr>
        <w:t xml:space="preserve">to the expression of her eyes.</w:t>
      </w:r>
      <w:r>
        <w:br/>
      </w:r>
      <w:r>
        <w:t xml:space="preserve">    (a) connect or fit together by being equivalent, proportionate, or matched</w:t>
      </w:r>
      <w:r>
        <w:br/>
      </w:r>
      <w:r>
        <w:t xml:space="preserve">    (b) speak in a manner that does not clearly express an opinion or decision</w:t>
      </w:r>
      <w:r>
        <w:br/>
      </w:r>
      <w:r>
        <w:t xml:space="preserve">    (c) to stick out, attract more attention than desired, or impose on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 Old Man—he did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correspondence</w:t>
      </w:r>
      <w:r>
        <w:rPr>
          <w:b/>
          <w:bCs/>
        </w:rPr>
        <w:t xml:space="preserve"> </w:t>
      </w:r>
      <w:r>
        <w:rPr>
          <w:b/>
          <w:bCs/>
        </w:rPr>
        <w:t xml:space="preserve">courses in philosophy at a bunch of universities, it was his hobby, and was forever writing out assignments—he took to me too, though he didn't approve of my leniency.</w:t>
      </w:r>
      <w:r>
        <w:br/>
      </w:r>
      <w:r>
        <w:t xml:space="preserve">    (a) done from afar</w:t>
      </w:r>
      <w:r>
        <w:br/>
      </w:r>
      <w:r>
        <w:t xml:space="preserve">    (b) leaps or jumps</w:t>
      </w:r>
      <w:r>
        <w:br/>
      </w:r>
      <w:r>
        <w:t xml:space="preserve">    (c) small kitchens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see I met those writers in the big book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utopias</w:t>
      </w:r>
      <w:r>
        <w:rPr>
          <w:b/>
          <w:bCs/>
        </w:rPr>
        <w:t xml:space="preserve"> </w:t>
      </w:r>
      <w:r>
        <w:rPr>
          <w:b/>
          <w:bCs/>
        </w:rPr>
        <w:t xml:space="preserve">at a peculiar time.</w:t>
      </w:r>
      <w:r>
        <w:br/>
      </w:r>
      <w:r>
        <w:t xml:space="preserve">    (a) light seen after bouncing off a surface to another</w:t>
      </w:r>
      <w:r>
        <w:br/>
      </w:r>
      <w:r>
        <w:t xml:space="preserve">    (b) inexperience, innocence, or lack of sophistication</w:t>
      </w:r>
      <w:r>
        <w:br/>
      </w:r>
      <w:r>
        <w:t xml:space="preserve">    (c) imaginary places considered to be perfect or ideal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2026-07-31T18:00:03Z</dcterms:created>
  <dcterms:modified xsi:type="dcterms:W3CDTF">2026-07-31T18:00:03Z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