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26bf2816652195cb365abf041b6dfe9a22bc7a"/>
    <w:p>
      <w:pPr>
        <w:pStyle w:val="Heading1"/>
      </w:pPr>
      <w:r>
        <w:rPr>
          <w:b/>
          <w:bCs/>
        </w:rPr>
        <w:t xml:space="preserve">The Adventures of Augie March</w:t>
      </w:r>
      <w:r>
        <w:br/>
      </w:r>
      <w:r>
        <w:rPr>
          <w:i/>
          <w:iCs/>
        </w:rPr>
        <w:t xml:space="preserve">Saul Bellow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collected stories about this, and she had a scheme for writing to Julius Rosenwald whenever she read that he was making a new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endowment</w:t>
      </w:r>
      <w:r>
        <w:rPr>
          <w:b/>
          <w:bCs/>
        </w:rPr>
        <w:t xml:space="preserve">.</w:t>
      </w:r>
      <w:r>
        <w:br/>
      </w:r>
      <w:r>
        <w:t xml:space="preserve">    (a) the invested money that provides income for an institution; or an instance of giving such money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abilities or qualities -- especially those that are nature-given</w:t>
      </w:r>
      <w:r>
        <w:br/>
      </w:r>
      <w:r>
        <w:t xml:space="preserve">    (b) a musical play with orchestra in which most of the dialogue is sung (or the art form that consists of such musicals; or describing something as related to that art form)</w:t>
      </w:r>
      <w:r>
        <w:br/>
      </w:r>
      <w:r>
        <w:t xml:space="preserve">    (c) a person with or something related to an eating disorder in which overeating is followed by guilt and unhealthy attempts at correction -- especially self-induced vomiting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Sometimes we lettered on Jimmy's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genealogical</w:t>
      </w:r>
      <w:r>
        <w:rPr>
          <w:b/>
          <w:bCs/>
        </w:rPr>
        <w:t xml:space="preserve"> </w:t>
      </w:r>
      <w:r>
        <w:rPr>
          <w:b/>
          <w:bCs/>
        </w:rPr>
        <w:t xml:space="preserve">chart, it being a belief of the Kleins that they went back to a Spanish family called Avila, in the thirteenth century.</w:t>
      </w:r>
      <w:r>
        <w:br/>
      </w:r>
      <w:r>
        <w:t xml:space="preserve">    (a) meticulousness (care for small details)</w:t>
      </w:r>
      <w:r>
        <w:br/>
      </w:r>
      <w:r>
        <w:t xml:space="preserve">    (b) the state or degree of being very large</w:t>
      </w:r>
      <w:r>
        <w:br/>
      </w:r>
      <w:r>
        <w:t xml:space="preserve">    (c) related to family ancestry or its study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a man who needed someone beside him continually; the things that had to be done for him made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autocratic</w:t>
      </w:r>
      <w:r>
        <w:rPr>
          <w:b/>
          <w:bCs/>
        </w:rPr>
        <w:t xml:space="preserve">.</w:t>
      </w:r>
      <w:r>
        <w:br/>
      </w:r>
      <w:r>
        <w:t xml:space="preserve">    (a) the state of being capable of thought, self-reflection, and will</w:t>
      </w:r>
      <w:r>
        <w:br/>
      </w:r>
      <w:r>
        <w:t xml:space="preserve">    (b) pertaining to the working together of different religious groups</w:t>
      </w:r>
      <w:r>
        <w:br/>
      </w:r>
      <w:r>
        <w:t xml:space="preserve">    (c) a political or managerial system governed by a single individual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Dingbat was glad I was coming, and he made a speech to all, with that animal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effrontery</w:t>
      </w:r>
      <w:r>
        <w:rPr>
          <w:b/>
          <w:bCs/>
        </w:rPr>
        <w:t xml:space="preserve"> </w:t>
      </w:r>
      <w:r>
        <w:rPr>
          <w:b/>
          <w:bCs/>
        </w:rPr>
        <w:t xml:space="preserve">of his whenever he was in charge.</w:t>
      </w:r>
      <w:r>
        <w:br/>
      </w:r>
      <w:r>
        <w:t xml:space="preserve">    (a) pressure to rush</w:t>
      </w:r>
      <w:r>
        <w:br/>
      </w:r>
      <w:r>
        <w:t xml:space="preserve">    (b) misunderstanding</w:t>
      </w:r>
      <w:r>
        <w:br/>
      </w:r>
      <w:r>
        <w:t xml:space="preserve">    (c) rude and disrespectful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unknown,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 </w:t>
      </w:r>
      <w:r>
        <w:rPr>
          <w:b/>
          <w:bCs/>
        </w:rPr>
        <w:t xml:space="preserve">free power streaming around a cold, wet, blackened Chicago day, from things laid out to be still, incapable, however, of being still.</w:t>
      </w:r>
      <w:r>
        <w:br/>
      </w:r>
      <w:r>
        <w:t xml:space="preserve">    (a) more than is needed, desired, or required</w:t>
      </w:r>
      <w:r>
        <w:br/>
      </w:r>
      <w:r>
        <w:t xml:space="preserve">    (b) the quality of being sensible and careful</w:t>
      </w:r>
      <w:r>
        <w:br/>
      </w:r>
      <w:r>
        <w:t xml:space="preserve">    (c) without purpose, job, or natural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change made him somewhat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egotistical</w:t>
      </w:r>
      <w:r>
        <w:rPr>
          <w:b/>
          <w:bCs/>
        </w:rPr>
        <w:t xml:space="preserve">, as also the fact that there was a woman in love with him.</w:t>
      </w:r>
      <w:r>
        <w:br/>
      </w:r>
      <w:r>
        <w:t xml:space="preserve">    (a) not attractive or desirable</w:t>
      </w:r>
      <w:r>
        <w:br/>
      </w:r>
      <w:r>
        <w:t xml:space="preserve">    (b) conceited and self-centered</w:t>
      </w:r>
      <w:r>
        <w:br/>
      </w:r>
      <w:r>
        <w:t xml:space="preserve">    (c) orbiting Earth once per day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Mildred's trouble was with her feet, and she wore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orthopedic</w:t>
      </w:r>
      <w:r>
        <w:rPr>
          <w:b/>
          <w:bCs/>
        </w:rPr>
        <w:t xml:space="preserve"> </w:t>
      </w:r>
      <w:r>
        <w:rPr>
          <w:b/>
          <w:bCs/>
        </w:rPr>
        <w:t xml:space="preserve">shoes.</w:t>
      </w:r>
      <w:r>
        <w:br/>
      </w:r>
      <w:r>
        <w:t xml:space="preserve">    (a) opinion of what is good and bad about something</w:t>
      </w:r>
      <w:r>
        <w:br/>
      </w:r>
      <w:r>
        <w:t xml:space="preserve">    (b) relating to medical treatment of bones &amp; joints</w:t>
      </w:r>
      <w:r>
        <w:br/>
      </w:r>
      <w:r>
        <w:t xml:space="preserve">    (c) the majority denomination of Islam (almost 90%)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meant to remain respectful but not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servile</w:t>
      </w:r>
      <w:r>
        <w:rPr>
          <w:b/>
          <w:bCs/>
        </w:rPr>
        <w:t xml:space="preserve">; she was white, and she already had a fighting face and quivered, but spoke up, practical and proud.</w:t>
      </w:r>
      <w:r>
        <w:br/>
      </w:r>
      <w:r>
        <w:t xml:space="preserve">    (a) relating to practice or belief that is long-established or was previously long-established  OR  relating to stories passed down through generations</w:t>
      </w:r>
      <w:r>
        <w:br/>
      </w:r>
      <w:r>
        <w:t xml:space="preserve">    (b) too eager to serve or obey others -- often in a way that seems overly submissive, weak, or lacking self-respect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related to low-status tasks</w:t>
      </w:r>
      <w:r>
        <w:br/>
      </w:r>
      <w:r>
        <w:br/>
      </w:r>
      <w:r>
        <w:t xml:space="preserve">    (c) related to an economic system based on government ownership or control of all important companies -- with the ideal of equal benefits to all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luxury as the power itself is different—luxury without anything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ulterior</w:t>
      </w:r>
      <w:r>
        <w:rPr>
          <w:b/>
          <w:bCs/>
        </w:rPr>
        <w:t xml:space="preserve">.</w:t>
      </w:r>
      <w:r>
        <w:br/>
      </w:r>
      <w:r>
        <w:t xml:space="preserve">    (a) steady</w:t>
      </w:r>
      <w:r>
        <w:br/>
      </w:r>
      <w:r>
        <w:t xml:space="preserve">    (b) sloped</w:t>
      </w:r>
      <w:r>
        <w:br/>
      </w:r>
      <w:r>
        <w:t xml:space="preserve">    (c)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were the Einhorns then, in the ballroom, the old man with a sort of military cloak, gray, looking like the former possessor of a splendor just as good as this who, without special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rancor</w:t>
      </w:r>
      <w:r>
        <w:rPr>
          <w:b/>
          <w:bCs/>
        </w:rPr>
        <w:t xml:space="preserve"> </w:t>
      </w:r>
      <w:r>
        <w:rPr>
          <w:b/>
          <w:bCs/>
        </w:rPr>
        <w:t xml:space="preserve">but understanding how it all comes about, watches it change hands.</w:t>
      </w:r>
      <w:r>
        <w:br/>
      </w:r>
      <w:r>
        <w:t xml:space="preserve">    (a) deep and bitter anger or hatred</w:t>
      </w:r>
      <w:r>
        <w:br/>
      </w:r>
      <w:r>
        <w:t xml:space="preserve">    (b) a firm decision to do something</w:t>
      </w:r>
      <w:r>
        <w:br/>
      </w:r>
      <w:r>
        <w:t xml:space="preserve">    (c) measure of general intelligence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 downstairs, so 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stymied</w:t>
      </w:r>
      <w:r>
        <w:rPr>
          <w:b/>
          <w:bCs/>
        </w:rPr>
        <w:t xml:space="preserve">.</w:t>
      </w:r>
      <w:r>
        <w:br/>
      </w:r>
      <w:r>
        <w:t xml:space="preserve">    (a) gained advantage from</w:t>
      </w:r>
      <w:r>
        <w:br/>
      </w:r>
      <w:r>
        <w:t xml:space="preserve">    (b) prevented or hindered</w:t>
      </w:r>
      <w:r>
        <w:br/>
      </w:r>
      <w:r>
        <w:t xml:space="preserve">    (c) marked important text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Cousin Anna, no less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slovenly</w:t>
      </w:r>
      <w:r>
        <w:rPr>
          <w:b/>
          <w:bCs/>
        </w:rPr>
        <w:t xml:space="preserve"> </w:t>
      </w:r>
      <w:r>
        <w:rPr>
          <w:b/>
          <w:bCs/>
        </w:rPr>
        <w:t xml:space="preserve">than in other days, had pancakes and coffee going and a big spread on the table.</w:t>
      </w:r>
      <w:r>
        <w:br/>
      </w:r>
      <w:r>
        <w:t xml:space="preserve">    (a) messy or dirty;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excessively careless or casual</w:t>
      </w:r>
      <w:r>
        <w:br/>
      </w:r>
      <w:r>
        <w:t xml:space="preserve">    (b) the quality of being very bad (deserving no respect)</w:t>
      </w:r>
      <w:r>
        <w:br/>
      </w:r>
      <w:r>
        <w:t xml:space="preserve">    (c) the state or degree of being optimistic or agreeable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what was I going to accomplish for them in the way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redress</w:t>
      </w:r>
      <w:r>
        <w:rPr>
          <w:b/>
          <w:bCs/>
        </w:rPr>
        <w:t xml:space="preserve"> </w:t>
      </w:r>
      <w:r>
        <w:rPr>
          <w:b/>
          <w:bCs/>
        </w:rPr>
        <w:t xml:space="preserve">and throwing open princedoms by explaining how they must fill out a card?</w:t>
      </w:r>
      <w:r>
        <w:br/>
      </w:r>
      <w:r>
        <w:t xml:space="preserve">    (a) fix a problem; or make up for a wrong</w:t>
      </w:r>
      <w:r>
        <w:br/>
      </w:r>
      <w:r>
        <w:t xml:space="preserve">    (b) a quick look or partial understanding</w:t>
      </w:r>
      <w:r>
        <w:br/>
      </w:r>
      <w:r>
        <w:t xml:space="preserve">    (c) learn, discover, or decide in advance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Of course he had to be subdued, so that we didn't have a mighty and savage animal at our backs,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antagonism</w:t>
      </w:r>
      <w:r>
        <w:rPr>
          <w:b/>
          <w:bCs/>
        </w:rPr>
        <w:t xml:space="preserve"> </w:t>
      </w:r>
      <w:r>
        <w:rPr>
          <w:b/>
          <w:bCs/>
        </w:rPr>
        <w:t xml:space="preserve">constantly increasing between captive and masters.</w:t>
      </w:r>
      <w:r>
        <w:br/>
      </w:r>
      <w:r>
        <w:t xml:space="preserve">    (a) positive attitude</w:t>
      </w:r>
      <w:r>
        <w:br/>
      </w:r>
      <w:r>
        <w:t xml:space="preserve">    (b) kindness</w:t>
      </w:r>
      <w:r>
        <w:br/>
      </w:r>
      <w:r>
        <w:t xml:space="preserve">    (c) hostility or opposition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settled uneven on the stones of the square, and occasionally in the midst of admiration gave you a heavy,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squalid</w:t>
      </w:r>
      <w:r>
        <w:rPr>
          <w:b/>
          <w:bCs/>
        </w:rPr>
        <w:t xml:space="preserve">, gut-sick feeling, so much it incorporated all that was in the surroundings.</w:t>
      </w:r>
      <w:r>
        <w:br/>
      </w:r>
      <w:r>
        <w:t xml:space="preserve">    (a) the state or degree of being greater than zero</w:t>
      </w:r>
      <w:r>
        <w:br/>
      </w:r>
      <w:r>
        <w:t xml:space="preserve">    (b) with the involvement of other people or things</w:t>
      </w:r>
      <w:r>
        <w:br/>
      </w:r>
      <w:r>
        <w:t xml:space="preserve">    (c) dirty and unpleasant; or (more rarely) immoral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put the eagle on his waterbox, and gradually Thea let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pacify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indicating criticism or disagreement, or "no"</w:t>
      </w:r>
      <w:r>
        <w:br/>
      </w:r>
      <w:r>
        <w:t xml:space="preserve">    (b) calm someone who is angry; or establish peace</w:t>
      </w:r>
      <w:r>
        <w:br/>
      </w:r>
      <w:r>
        <w:t xml:space="preserve">    (c) move to a worse or less prestigious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Dissembling</w:t>
      </w:r>
      <w:r>
        <w:rPr>
          <w:b/>
          <w:bCs/>
        </w:rPr>
        <w:t xml:space="preserve">!</w:t>
      </w:r>
      <w:r>
        <w:br/>
      </w:r>
      <w:r>
        <w:t xml:space="preserve">    (a) preparing food in a way that keeps it from spoiling</w:t>
      </w:r>
      <w:r>
        <w:br/>
      </w:r>
      <w:r>
        <w:t xml:space="preserve">    (b) supporting by providing money or other economic aid</w:t>
      </w:r>
      <w:r>
        <w:br/>
      </w:r>
      <w:r>
        <w:t xml:space="preserve">    (c) lying or deceiving (hiding or disguising the truth)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Just as though, the time for it coming round, we left what company we were in and went privately to take a few falls with our own select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 </w:t>
      </w:r>
      <w:r>
        <w:rPr>
          <w:b/>
          <w:bCs/>
        </w:rPr>
        <w:t xml:space="preserve">in his secret room, like inside a mountain or down in a huge root-cellar.</w:t>
      </w:r>
      <w:r>
        <w:br/>
      </w:r>
      <w:r>
        <w:t xml:space="preserve">    (a) someone who takes something on as their own</w:t>
      </w:r>
      <w:r>
        <w:br/>
      </w:r>
      <w:r>
        <w:t xml:space="preserve">    (b) someone who offers opposition or is hostile</w:t>
      </w:r>
      <w:r>
        <w:br/>
      </w:r>
      <w:r>
        <w:t xml:space="preserve">    (c) someone who changes something (upon review)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is neurotic, I know—excuse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jargon</w:t>
      </w:r>
      <w:r>
        <w:rPr>
          <w:b/>
          <w:bCs/>
        </w:rPr>
        <w:t xml:space="preserve">—but to be not neurotic is to adjust to what they call the reality situation.</w:t>
      </w:r>
      <w:r>
        <w:br/>
      </w:r>
      <w:r>
        <w:t xml:space="preserve">    (a) create dramatic change</w:t>
      </w:r>
      <w:r>
        <w:br/>
      </w:r>
      <w:r>
        <w:t xml:space="preserve">    (b) mirror back (an image)</w:t>
      </w:r>
      <w:r>
        <w:br/>
      </w:r>
      <w:r>
        <w:t xml:space="preserve">    (c) specialized vocabulary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just that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pedantry</w:t>
      </w:r>
      <w:r>
        <w:rPr>
          <w:b/>
          <w:bCs/>
        </w:rPr>
        <w:t xml:space="preserve"> </w:t>
      </w:r>
      <w:r>
        <w:rPr>
          <w:b/>
          <w:bCs/>
        </w:rPr>
        <w:t xml:space="preserve">that made me hate him wildly.</w:t>
      </w:r>
      <w:r>
        <w:br/>
      </w:r>
      <w:r>
        <w:t xml:space="preserve">    (a) to constrain in some way -- such as tie up, require, or obligate</w:t>
      </w:r>
      <w:r>
        <w:br/>
      </w:r>
      <w:r>
        <w:t xml:space="preserve">    (b) being too concerned with formal rules, details, or book learning</w:t>
      </w:r>
      <w:r>
        <w:br/>
      </w:r>
      <w:r>
        <w:t xml:space="preserve">    (c) a group formed to discuss or offer insight on a particular topic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2026-07-31T18:00:04Z</dcterms:created>
  <dcterms:modified xsi:type="dcterms:W3CDTF">2026-07-31T18:00:04Z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