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97053508973c6a3ae7d0c1256139e642a26f52"/>
    <w:p>
      <w:pPr>
        <w:pStyle w:val="Heading1"/>
      </w:pPr>
      <w:r>
        <w:rPr>
          <w:b/>
          <w:bCs/>
        </w:rPr>
        <w:t xml:space="preserve">The Adventure of the Speckled Band</w:t>
      </w:r>
      <w:r>
        <w:br/>
      </w:r>
      <w:r>
        <w:rPr>
          <w:i/>
          <w:iCs/>
        </w:rPr>
        <w:t xml:space="preserve">Arthur Conan Doyle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raised her veil as she spoke, and we could see that she was indeed in a pitiable state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, her face all drawn and grey, with restless frightened eyes, like those of some hunted animal.</w:t>
      </w:r>
      <w:r>
        <w:br/>
      </w:r>
      <w:r>
        <w:t xml:space="preserve">    (a) emotional unrest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does not say so, but I can read it from his soothing answers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averted</w:t>
      </w:r>
      <w:r>
        <w:rPr>
          <w:b/>
          <w:bCs/>
        </w:rPr>
        <w:t xml:space="preserve"> </w:t>
      </w:r>
      <w:r>
        <w:rPr>
          <w:b/>
          <w:bCs/>
        </w:rPr>
        <w:t xml:space="preserve">eyes.</w:t>
      </w:r>
      <w:r>
        <w:br/>
      </w:r>
      <w:r>
        <w:t xml:space="preserve">    (a) turned away or aside</w:t>
      </w:r>
      <w:r>
        <w:br/>
      </w:r>
      <w:r>
        <w:t xml:space="preserve">    (b) deeply involved; or intermixed with complications or difficulties</w:t>
      </w:r>
      <w:r>
        <w:br/>
      </w:r>
      <w:r>
        <w:t xml:space="preserve">    (c) showed fear by positioning the body as though afraid of being hit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last squire dragged out his existence there, living the horrible life of an aristocratic pauper; but his only son, my stepfather, seeing that he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</w:t>
      </w:r>
      <w:r>
        <w:rPr>
          <w:b/>
          <w:bCs/>
        </w:rPr>
        <w:t xml:space="preserve"> </w:t>
      </w:r>
      <w:r>
        <w:rPr>
          <w:b/>
          <w:bCs/>
        </w:rPr>
        <w:t xml:space="preserve">himself to the new conditions, obtained an advance from a relative, which enabled him to take a medical degree and went out to Calcutta, where, by his professional skill and his force of character, he established a large practice.</w:t>
      </w:r>
      <w:r>
        <w:br/>
      </w:r>
      <w:r>
        <w:t xml:space="preserve">    (a) to spread one-sided information to influence opinions</w:t>
      </w:r>
      <w:r>
        <w:br/>
      </w:r>
      <w:r>
        <w:t xml:space="preserve">    (b) alter the regular state of an otherwise stable system</w:t>
      </w:r>
      <w:r>
        <w:br/>
      </w:r>
      <w:r>
        <w:t xml:space="preserve">    (c) change to fit a different situation; or make suitable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Dr. Roylott then abandoned his attempts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himself in practice in London and took us to live with him in the old ancestral house at Stoke Moran.</w:t>
      </w:r>
      <w:r>
        <w:br/>
      </w:r>
      <w:r>
        <w:t xml:space="preserve">    (a) settle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-house is, as I have already said, very old, and only one wing is now inhabited.</w:t>
      </w:r>
      <w:r>
        <w:br/>
      </w:r>
      <w:r>
        <w:t xml:space="preserve">    (a) when what happens is very different than what might be expected; or when things are together that seem like they don't belong together</w:t>
      </w:r>
      <w:r>
        <w:br/>
      </w:r>
      <w:r>
        <w:t xml:space="preserve">    (b) lymph node -- one of many bean-sized organs that filter bacteria and other toxins from circulating white-blood-cell filled lymph fluid</w:t>
      </w:r>
      <w:r>
        <w:br/>
      </w:r>
      <w:r>
        <w:t xml:space="preserve">    (c) a large house of a lord or wealthy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'Well, it is of no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 at any rate.'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not sleep that night. A vague feeling of impending misfortune impressed me. My sister and I, you will recollect, were twins, and you know 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are the links which bind two souls which are so closely allied.</w:t>
      </w:r>
      <w:r>
        <w:br/>
      </w:r>
      <w:r>
        <w:t xml:space="preserve">    (a) not obvious, but noticeable by someone with adequate knowledge or sensitivity</w:t>
      </w:r>
      <w:r>
        <w:br/>
      </w:r>
      <w:r>
        <w:t xml:space="preserve">    (b) (adjective) of low quality, or of lower quality or rank than something else  OR  (more rarely as a noun) a person of lower rank or status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Ah, and what did you gather from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 </w:t>
      </w:r>
      <w:r>
        <w:rPr>
          <w:b/>
          <w:bCs/>
        </w:rPr>
        <w:t xml:space="preserve">to a band--a speckled band?</w:t>
      </w:r>
      <w:r>
        <w:br/>
      </w:r>
      <w:r>
        <w:t xml:space="preserve">    (a) a nerve or brain cell</w:t>
      </w:r>
      <w:r>
        <w:br/>
      </w:r>
      <w:r>
        <w:t xml:space="preserve">    (b) long eventful journey</w:t>
      </w:r>
      <w:r>
        <w:br/>
      </w:r>
      <w:r>
        <w:t xml:space="preserve">    (c)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seems to me to be a most dark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business.</w:t>
      </w:r>
      <w:r>
        <w:br/>
      </w:r>
      <w:r>
        <w:t xml:space="preserve">    (a) evil, harmful, or frightening</w:t>
      </w:r>
      <w:r>
        <w:br/>
      </w:r>
      <w:r>
        <w:t xml:space="preserve">    (b) not thoughtful about the past</w:t>
      </w:r>
      <w:r>
        <w:br/>
      </w:r>
      <w:r>
        <w:t xml:space="preserve">    (c) not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you dare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meddle</w:t>
      </w:r>
      <w:r>
        <w:rPr>
          <w:b/>
          <w:bCs/>
        </w:rPr>
        <w:t xml:space="preserve"> </w:t>
      </w:r>
      <w:r>
        <w:rPr>
          <w:b/>
          <w:bCs/>
        </w:rPr>
        <w:t xml:space="preserve">with my affairs.</w:t>
      </w:r>
      <w:r>
        <w:br/>
      </w:r>
      <w:r>
        <w:t xml:space="preserve">    (a) feelings of deep respect and admiration -- sometimes with a mixture of wonder and awe or fear</w:t>
      </w:r>
      <w:r>
        <w:br/>
      </w:r>
      <w:r>
        <w:t xml:space="preserve">    (b) separate two things to prevent passage of something such as heat, cold, noise, or electricity</w:t>
      </w:r>
      <w:r>
        <w:br/>
      </w:r>
      <w:r>
        <w:t xml:space="preserve">    (c) intrude or interfere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determine its exact meaning I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to work out the present prices of the investments with which it is concerned.</w:t>
      </w:r>
      <w:r>
        <w:br/>
      </w:r>
      <w:r>
        <w:t xml:space="preserve">    (a) limited or with boundaries</w:t>
      </w:r>
      <w:r>
        <w:br/>
      </w:r>
      <w:r>
        <w:t xml:space="preserve">    (b) gradually added or removed</w:t>
      </w:r>
      <w:r>
        <w:br/>
      </w:r>
      <w:r>
        <w:t xml:space="preserve">    (c) required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should be very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if you would slip your revolver into your pocket.</w:t>
      </w:r>
      <w:r>
        <w:br/>
      </w:r>
      <w:r>
        <w:t xml:space="preserve">    (a) grateful or indebted</w:t>
      </w:r>
      <w:r>
        <w:br/>
      </w:r>
      <w:r>
        <w:t xml:space="preserve">    (b) began fighting again</w:t>
      </w:r>
      <w:r>
        <w:br/>
      </w:r>
      <w:r>
        <w:t xml:space="preserve">    (c) differed; or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me at least there was a strange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sweet promise of the spring and this sinister quest upon which we were engaged.</w:t>
      </w:r>
      <w:r>
        <w:br/>
      </w:r>
      <w:r>
        <w:t xml:space="preserve">    (a) block or interfere</w:t>
      </w:r>
      <w:r>
        <w:br/>
      </w:r>
      <w:r>
        <w:t xml:space="preserve">    (b) come to terms with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must guard himself, for he may find that there is someone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 </w:t>
      </w:r>
      <w:r>
        <w:rPr>
          <w:b/>
          <w:bCs/>
        </w:rPr>
        <w:t xml:space="preserve">than himself upon his track.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related to the natural world (life, air, water, land...)</w:t>
      </w:r>
      <w:r>
        <w:br/>
      </w:r>
      <w:r>
        <w:t xml:space="preserve">    (c) clever and deceptive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have evidently seen more in these rooms than was visible to me."</w:t>
      </w:r>
      <w:r>
        <w:br/>
      </w:r>
      <w:r>
        <w:rPr>
          <w:b/>
          <w:bCs/>
        </w:rPr>
        <w:t xml:space="preserve">"No, but I fancy that I may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deduced</w:t>
      </w:r>
      <w:r>
        <w:rPr>
          <w:b/>
          <w:bCs/>
        </w:rPr>
        <w:t xml:space="preserve"> </w:t>
      </w:r>
      <w:r>
        <w:rPr>
          <w:b/>
          <w:bCs/>
        </w:rPr>
        <w:t xml:space="preserve">a little more."</w:t>
      </w:r>
      <w:r>
        <w:br/>
      </w:r>
      <w:r>
        <w:t xml:space="preserve">    (a) influenced or effected</w:t>
      </w:r>
      <w:r>
        <w:br/>
      </w:r>
      <w:r>
        <w:t xml:space="preserve">    (b) concluded by reasoning</w:t>
      </w:r>
      <w:r>
        <w:br/>
      </w:r>
      <w:r>
        <w:t xml:space="preserve">    (c) not roughly calculated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an instant his strange headgear began to move, and there reared itself from among his hair the squat diamond-shaped head and puffed neck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loathsome</w:t>
      </w:r>
      <w:r>
        <w:rPr>
          <w:b/>
          <w:bCs/>
        </w:rPr>
        <w:t xml:space="preserve"> </w:t>
      </w:r>
      <w:r>
        <w:rPr>
          <w:b/>
          <w:bCs/>
        </w:rPr>
        <w:t xml:space="preserve">serpent.</w:t>
      </w:r>
      <w:r>
        <w:br/>
      </w:r>
      <w:r>
        <w:t xml:space="preserve">    (a) not aware of something</w:t>
      </w:r>
      <w:r>
        <w:br/>
      </w:r>
      <w:r>
        <w:t xml:space="preserve">    (b) consistent or the same</w:t>
      </w:r>
      <w:r>
        <w:br/>
      </w:r>
      <w:r>
        <w:t xml:space="preserve">    (c) disgusting or very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not necessary that I should prolong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</w:t>
      </w:r>
      <w:r>
        <w:rPr>
          <w:b/>
          <w:bCs/>
        </w:rPr>
        <w:t xml:space="preserve"> </w:t>
      </w:r>
      <w:r>
        <w:rPr>
          <w:b/>
          <w:bCs/>
        </w:rPr>
        <w:t xml:space="preserve">which has already run to too great a length by telling how...</w:t>
      </w:r>
      <w:r>
        <w:br/>
      </w:r>
      <w:r>
        <w:t xml:space="preserve">    (a) snake</w:t>
      </w:r>
      <w:r>
        <w:br/>
      </w:r>
      <w:r>
        <w:t xml:space="preserve">    (b) skill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slow process of official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 </w:t>
      </w:r>
      <w:r>
        <w:rPr>
          <w:b/>
          <w:bCs/>
        </w:rPr>
        <w:t xml:space="preserve">came to the conclusion that the doctor met his fate while indiscreetly playing with a dangerous pet.</w:t>
      </w:r>
      <w:r>
        <w:br/>
      </w:r>
      <w:r>
        <w:t xml:space="preserve">    (a) reason (for doing something)</w:t>
      </w:r>
      <w:r>
        <w:br/>
      </w:r>
      <w:r>
        <w:t xml:space="preserve">    (b) investigation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had," said he, "come to an entirely erroneous conclusion which shows, my dear Watson, how dangerous it always is to reason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data."</w:t>
      </w:r>
      <w:r>
        <w:br/>
      </w:r>
      <w:r>
        <w:t xml:space="preserve">    (a) not adequate</w:t>
      </w:r>
      <w:r>
        <w:br/>
      </w:r>
      <w:r>
        <w:t xml:space="preserve">    (b) able to be disagreed with</w:t>
      </w:r>
      <w:r>
        <w:br/>
      </w:r>
      <w:r>
        <w:t xml:space="preserve">    (c) not able to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metallic clang heard by Miss Stoner was obviously caused by her stepfather hastily closing the door of his safe upon its terrible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occupant</w:t>
      </w:r>
      <w:r>
        <w:rPr>
          <w:b/>
          <w:bCs/>
        </w:rPr>
        <w:t xml:space="preserve">.</w:t>
      </w:r>
      <w:r>
        <w:br/>
      </w:r>
      <w:r>
        <w:t xml:space="preserve">    (a) people who campaign or work for a cause in which they passionately believe</w:t>
      </w:r>
      <w:r>
        <w:br/>
      </w:r>
      <w:r>
        <w:t xml:space="preserve">    (b) someone who lives in a specific place</w:t>
      </w:r>
      <w:r>
        <w:br/>
      </w:r>
      <w:r>
        <w:t xml:space="preserve">    (c) one who approaches another and speaks in a demanding or challenging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2026-07-31T19:07:50Z</dcterms:created>
  <dcterms:modified xsi:type="dcterms:W3CDTF">2026-07-31T19:07:50Z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