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0a8a5f0c89910038d197a5e7b0f97f8b1f42955"/>
    <w:p>
      <w:pPr>
        <w:pStyle w:val="Heading1"/>
      </w:pPr>
      <w:r>
        <w:rPr>
          <w:b/>
          <w:bCs/>
        </w:rPr>
        <w:t xml:space="preserve">The Absolutely True Diary of a Part-Time Indian</w:t>
      </w:r>
      <w:r>
        <w:br/>
      </w:r>
      <w:r>
        <w:rPr>
          <w:i/>
          <w:iCs/>
        </w:rPr>
        <w:t xml:space="preserve">Sherman Alexie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ambidextrous</w:t>
      </w:r>
      <w:r>
        <w:rPr>
          <w:b/>
          <w:bCs/>
        </w:rPr>
        <w:t xml:space="preserve"> </w:t>
      </w:r>
      <w:r>
        <w:rPr>
          <w:b/>
          <w:bCs/>
        </w:rPr>
        <w:t xml:space="preserve">point guard can dribble the basketball equally well with either hand.</w:t>
      </w:r>
      <w:r>
        <w:br/>
      </w:r>
      <w:r>
        <w:t xml:space="preserve">    (a) the state of doing something unintentionally</w:t>
      </w:r>
      <w:r>
        <w:br/>
      </w:r>
      <w:r>
        <w:t xml:space="preserve">    (b) having the ability to use either hand with equal ease</w:t>
      </w:r>
      <w:r>
        <w:br/>
      </w:r>
      <w:r>
        <w:t xml:space="preserve">    (c) designed to be useful; or capable of working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tried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banish</w:t>
      </w:r>
      <w:r>
        <w:rPr>
          <w:b/>
          <w:bCs/>
        </w:rPr>
        <w:t xml:space="preserve"> </w:t>
      </w:r>
      <w:r>
        <w:rPr>
          <w:b/>
          <w:bCs/>
        </w:rPr>
        <w:t xml:space="preserve">the thought from my mind.</w:t>
      </w:r>
      <w:r>
        <w:br/>
      </w:r>
      <w:r>
        <w:t xml:space="preserve">    (a) collect</w:t>
      </w:r>
      <w:r>
        <w:br/>
      </w:r>
      <w:r>
        <w:t xml:space="preserve">    (b) send away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I've seen several versions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Charles Dickens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A Christmas Carol</w:t>
      </w:r>
      <w:r>
        <w:rPr>
          <w:b/>
          <w:bCs/>
        </w:rPr>
        <w:t xml:space="preserve">.</w:t>
      </w:r>
      <w:r>
        <w:br/>
      </w:r>
      <w:r>
        <w:t xml:space="preserve">    (a) wrote with pen name, George Eliot -- British writer of novels characterized by realistic analysis of provincial Victorian society and psychology (1819-1880)</w:t>
      </w:r>
      <w:r>
        <w:br/>
      </w:r>
      <w:r>
        <w:t xml:space="preserve">    (b) pen name of the writer of classic children's books such as</w:t>
      </w:r>
      <w:r>
        <w:t xml:space="preserve"> </w:t>
      </w:r>
      <w:r>
        <w:rPr>
          <w:i/>
          <w:iCs/>
        </w:rPr>
        <w:t xml:space="preserve">The Cat in the Hat</w:t>
      </w:r>
      <w:r>
        <w:t xml:space="preserve">,</w:t>
      </w:r>
      <w:r>
        <w:t xml:space="preserve"> </w:t>
      </w:r>
      <w:r>
        <w:rPr>
          <w:i/>
          <w:iCs/>
        </w:rPr>
        <w:t xml:space="preserve">Green Eggs and Ham</w:t>
      </w:r>
      <w:r>
        <w:t xml:space="preserve">, and</w:t>
      </w:r>
      <w:r>
        <w:t xml:space="preserve"> </w:t>
      </w:r>
      <w:r>
        <w:rPr>
          <w:i/>
          <w:iCs/>
        </w:rPr>
        <w:t xml:space="preserve">How the Grinch Stole Christmas</w:t>
      </w:r>
      <w:r>
        <w:br/>
      </w:r>
      <w:r>
        <w:t xml:space="preserve">    (c) English writer who depicted and criticized social injustice in such stories as</w:t>
      </w:r>
      <w:r>
        <w:t xml:space="preserve"> </w:t>
      </w:r>
      <w:r>
        <w:rPr>
          <w:i/>
          <w:iCs/>
        </w:rPr>
        <w:t xml:space="preserve">Oliver Twist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A Christmas Carol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spun in circles,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delirious</w:t>
      </w:r>
      <w:r>
        <w:rPr>
          <w:b/>
          <w:bCs/>
        </w:rPr>
        <w:t xml:space="preserve"> </w:t>
      </w:r>
      <w:r>
        <w:rPr>
          <w:b/>
          <w:bCs/>
        </w:rPr>
        <w:t xml:space="preserve">with joy.</w:t>
      </w:r>
      <w:r>
        <w:br/>
      </w:r>
      <w:r>
        <w:t xml:space="preserve">    (a) in a state of having been taken over by excitement or emotion</w:t>
      </w:r>
      <w:r>
        <w:br/>
      </w:r>
      <w:r>
        <w:t xml:space="preserve">    (b) creating a state of embarrassment for those around her</w:t>
      </w:r>
      <w:r>
        <w:br/>
      </w:r>
      <w:r>
        <w:t xml:space="preserve">    (c) in a state of dizziness or extreme fatigue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was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distraught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breakup; I didn't think I'd ever be happy again.</w:t>
      </w:r>
      <w:r>
        <w:br/>
      </w:r>
      <w:r>
        <w:t xml:space="preserve">    (a) confused</w:t>
      </w:r>
      <w:r>
        <w:br/>
      </w:r>
      <w:r>
        <w:t xml:space="preserve">    (b) angry</w:t>
      </w:r>
      <w:r>
        <w:br/>
      </w:r>
      <w:r>
        <w:t xml:space="preserve">    (c) distressed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endeavor</w:t>
      </w:r>
      <w:r>
        <w:rPr>
          <w:b/>
          <w:bCs/>
        </w:rPr>
        <w:t xml:space="preserve"> </w:t>
      </w:r>
      <w:r>
        <w:rPr>
          <w:b/>
          <w:bCs/>
        </w:rPr>
        <w:t xml:space="preserve">to finish by Friday.</w:t>
      </w:r>
      <w:r>
        <w:br/>
      </w:r>
      <w:r>
        <w:t xml:space="preserve">    (a) try</w:t>
      </w:r>
      <w:r>
        <w:br/>
      </w:r>
      <w:r>
        <w:t xml:space="preserve">    (b) promise</w:t>
      </w:r>
      <w:r>
        <w:br/>
      </w:r>
      <w:r>
        <w:t xml:space="preserve">    (c) not be able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passed the bar and now puts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Esquire</w:t>
      </w:r>
      <w:r>
        <w:rPr>
          <w:b/>
          <w:bCs/>
        </w:rPr>
        <w:t xml:space="preserve"> </w:t>
      </w:r>
      <w:r>
        <w:rPr>
          <w:b/>
          <w:bCs/>
        </w:rPr>
        <w:t xml:space="preserve">after her name on legal papers.</w:t>
      </w:r>
      <w:r>
        <w:br/>
      </w:r>
      <w:r>
        <w:t xml:space="preserve">    (a) judge's title</w:t>
      </w:r>
      <w:r>
        <w:br/>
      </w:r>
      <w:r>
        <w:t xml:space="preserve">    (b) lawyer's title</w:t>
      </w:r>
      <w:r>
        <w:br/>
      </w:r>
      <w:r>
        <w:t xml:space="preserve">    (c) soldier's rank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dazzles,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hypnotizes</w:t>
      </w:r>
      <w:r>
        <w:rPr>
          <w:b/>
          <w:bCs/>
        </w:rPr>
        <w:t xml:space="preserve">, and defrauds.</w:t>
      </w:r>
      <w:r>
        <w:br/>
      </w:r>
      <w:r>
        <w:t xml:space="preserve">    (a) drugs</w:t>
      </w:r>
      <w:r>
        <w:br/>
      </w:r>
      <w:r>
        <w:t xml:space="preserve">    (b) tricks</w:t>
      </w:r>
      <w:r>
        <w:br/>
      </w:r>
      <w:r>
        <w:t xml:space="preserve">    (c) fascinates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hours in the icy water, she showed signs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hypothermia</w:t>
      </w:r>
      <w:r>
        <w:rPr>
          <w:b/>
          <w:bCs/>
        </w:rPr>
        <w:t xml:space="preserve">.</w:t>
      </w:r>
      <w:r>
        <w:br/>
      </w:r>
      <w:r>
        <w:t xml:space="preserve">    (a) temporary blindness</w:t>
      </w:r>
      <w:r>
        <w:br/>
      </w:r>
      <w:r>
        <w:t xml:space="preserve">    (b) dangerously low body heat</w:t>
      </w:r>
      <w:r>
        <w:br/>
      </w:r>
      <w:r>
        <w:t xml:space="preserve">    (c) severe hunger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couldn't sleep as she worried about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impending</w:t>
      </w:r>
      <w:r>
        <w:rPr>
          <w:b/>
          <w:bCs/>
        </w:rPr>
        <w:t xml:space="preserve"> </w:t>
      </w:r>
      <w:r>
        <w:rPr>
          <w:b/>
          <w:bCs/>
        </w:rPr>
        <w:t xml:space="preserve">doom.</w:t>
      </w:r>
      <w:r>
        <w:br/>
      </w:r>
      <w:r>
        <w:t xml:space="preserve">    (a) seen in a dream</w:t>
      </w:r>
      <w:r>
        <w:br/>
      </w:r>
      <w:r>
        <w:t xml:space="preserve">    (b) scary</w:t>
      </w:r>
      <w:r>
        <w:br/>
      </w:r>
      <w:r>
        <w:t xml:space="preserve">    (c) about to happen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scientist meticulously pieced together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Jurassic</w:t>
      </w:r>
      <w:r>
        <w:rPr>
          <w:b/>
          <w:bCs/>
        </w:rPr>
        <w:t xml:space="preserve"> </w:t>
      </w:r>
      <w:r>
        <w:rPr>
          <w:b/>
          <w:bCs/>
        </w:rPr>
        <w:t xml:space="preserve">fossils, unveiling a stunning glimpse into ancient life.</w:t>
      </w:r>
      <w:r>
        <w:br/>
      </w:r>
      <w:r>
        <w:t xml:space="preserve">    (a) from the age of the dinosaurs</w:t>
      </w:r>
      <w:r>
        <w:br/>
      </w:r>
      <w:r>
        <w:t xml:space="preserve">    (b) from the age of flowering plants</w:t>
      </w:r>
      <w:r>
        <w:br/>
      </w:r>
      <w:r>
        <w:t xml:space="preserve">    (c) from the age of early life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Michael Jordan</w:t>
      </w:r>
      <w:r>
        <w:rPr>
          <w:b/>
          <w:bCs/>
        </w:rPr>
        <w:t xml:space="preserve"> </w:t>
      </w:r>
      <w:r>
        <w:rPr>
          <w:b/>
          <w:bCs/>
        </w:rPr>
        <w:t xml:space="preserve">led the Chicago Bulls to six NBA championships.</w:t>
      </w:r>
      <w:r>
        <w:br/>
      </w:r>
      <w:r>
        <w:t xml:space="preserve">    (a) U.S. basketball legend</w:t>
      </w:r>
      <w:r>
        <w:br/>
      </w:r>
      <w:r>
        <w:t xml:space="preserve">    (b) U.S. football quarterback</w:t>
      </w:r>
      <w:r>
        <w:br/>
      </w:r>
      <w:r>
        <w:t xml:space="preserve">    (c) U.S. boxing champion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study indicates that traffic accidents from falling asleep increase on long, straight,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monotonous</w:t>
      </w:r>
      <w:r>
        <w:rPr>
          <w:b/>
          <w:bCs/>
        </w:rPr>
        <w:t xml:space="preserve"> </w:t>
      </w:r>
      <w:r>
        <w:rPr>
          <w:b/>
          <w:bCs/>
        </w:rPr>
        <w:t xml:space="preserve">roads.</w:t>
      </w:r>
      <w:r>
        <w:br/>
      </w:r>
      <w:r>
        <w:t xml:space="preserve">    (a) narrow</w:t>
      </w:r>
      <w:r>
        <w:br/>
      </w:r>
      <w:r>
        <w:t xml:space="preserve">    (b) boring</w:t>
      </w:r>
      <w:r>
        <w:br/>
      </w:r>
      <w:r>
        <w:t xml:space="preserve">    (c) dark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naive</w:t>
      </w:r>
      <w:r>
        <w:rPr>
          <w:b/>
          <w:bCs/>
        </w:rPr>
        <w:t xml:space="preserve">, she is too quick to believe what people say.</w:t>
      </w:r>
      <w:r>
        <w:br/>
      </w:r>
      <w:r>
        <w:t xml:space="preserve">    (a) a pleaser</w:t>
      </w:r>
      <w:r>
        <w:br/>
      </w:r>
      <w:r>
        <w:t xml:space="preserve">    (b) honest</w:t>
      </w:r>
      <w:r>
        <w:br/>
      </w:r>
      <w:r>
        <w:t xml:space="preserve">    (c) too trusting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class was hard.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nonetheless</w:t>
      </w:r>
      <w:r>
        <w:rPr>
          <w:b/>
          <w:bCs/>
        </w:rPr>
        <w:t xml:space="preserve"> </w:t>
      </w:r>
      <w:r>
        <w:rPr>
          <w:b/>
          <w:bCs/>
        </w:rPr>
        <w:t xml:space="preserve">my favorite.</w:t>
      </w:r>
      <w:r>
        <w:br/>
      </w:r>
      <w:r>
        <w:t xml:space="preserve">    (a) despite that</w:t>
      </w:r>
      <w:r>
        <w:br/>
      </w:r>
      <w:r>
        <w:t xml:space="preserve">    (b) for that reason</w:t>
      </w:r>
      <w:r>
        <w:br/>
      </w:r>
      <w:r>
        <w:t xml:space="preserve">    (c) because of that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persistent</w:t>
      </w:r>
      <w:r>
        <w:rPr>
          <w:b/>
          <w:bCs/>
        </w:rPr>
        <w:t xml:space="preserve"> </w:t>
      </w:r>
      <w:r>
        <w:rPr>
          <w:b/>
          <w:bCs/>
        </w:rPr>
        <w:t xml:space="preserve">rain finally stopped after flooding streets for a full week.</w:t>
      </w:r>
      <w:r>
        <w:br/>
      </w:r>
      <w:r>
        <w:t xml:space="preserve">    (a) continuing steadily</w:t>
      </w:r>
      <w:r>
        <w:br/>
      </w:r>
      <w:r>
        <w:t xml:space="preserve">    (b) quickly ending</w:t>
      </w:r>
      <w:r>
        <w:br/>
      </w:r>
      <w:r>
        <w:t xml:space="preserve">    (c) suddenly starting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both the ACT®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SAT®</w:t>
      </w:r>
      <w:r>
        <w:rPr>
          <w:b/>
          <w:bCs/>
        </w:rPr>
        <w:t xml:space="preserve">, questions get more challenging as you progress through the math section.</w:t>
      </w:r>
      <w:r>
        <w:br/>
      </w:r>
      <w:r>
        <w:t xml:space="preserve">    (a) feeling or appraisal of having personally behaved in a morally right or wrong manner</w:t>
      </w:r>
      <w:r>
        <w:br/>
      </w:r>
      <w:r>
        <w:t xml:space="preserve">    (b) college admissions test</w:t>
      </w:r>
      <w:r>
        <w:br/>
      </w:r>
      <w:r>
        <w:t xml:space="preserve">    (c) marshmallows and a layer of chocolate sandwiched between two pieces of graham cracker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small forward</w:t>
      </w:r>
      <w:r>
        <w:rPr>
          <w:b/>
          <w:bCs/>
        </w:rPr>
        <w:t xml:space="preserve"> </w:t>
      </w:r>
      <w:r>
        <w:rPr>
          <w:b/>
          <w:bCs/>
        </w:rPr>
        <w:t xml:space="preserve">is also called the 3 position.</w:t>
      </w:r>
      <w:r>
        <w:br/>
      </w:r>
      <w:r>
        <w:t xml:space="preserve">    (a) the act of move something out of an interacting position; or the act of stopping</w:t>
      </w:r>
      <w:r>
        <w:br/>
      </w:r>
      <w:r>
        <w:t xml:space="preserve">    (b) basketball position noted for a versatile player who can play inside and outside</w:t>
      </w:r>
      <w:r>
        <w:br/>
      </w:r>
      <w:r>
        <w:t xml:space="preserve">    (c) co-existing peacefully; or having components that are combined in a pleasing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group broke into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spontaneous</w:t>
      </w:r>
      <w:r>
        <w:rPr>
          <w:b/>
          <w:bCs/>
        </w:rPr>
        <w:t xml:space="preserve"> </w:t>
      </w:r>
      <w:r>
        <w:rPr>
          <w:b/>
          <w:bCs/>
        </w:rPr>
        <w:t xml:space="preserve">laughter.</w:t>
      </w:r>
      <w:r>
        <w:br/>
      </w:r>
      <w:r>
        <w:t xml:space="preserve">    (a) quiet and polite</w:t>
      </w:r>
      <w:r>
        <w:br/>
      </w:r>
      <w:r>
        <w:t xml:space="preserve">    (b) sudden and unplanned</w:t>
      </w:r>
      <w:r>
        <w:br/>
      </w:r>
      <w:r>
        <w:t xml:space="preserve">    (c) loud and bothersome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clothesline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taut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the two trees in the yard.</w:t>
      </w:r>
      <w:r>
        <w:br/>
      </w:r>
      <w:r>
        <w:t xml:space="preserve">    (a) tight</w:t>
      </w:r>
      <w:r>
        <w:br/>
      </w:r>
      <w:r>
        <w:t xml:space="preserve">    (b) noisy</w:t>
      </w:r>
      <w:r>
        <w:br/>
      </w:r>
      <w:r>
        <w:t xml:space="preserve">    (c) shiny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2026-07-31T18:37:34Z</dcterms:created>
  <dcterms:modified xsi:type="dcterms:W3CDTF">2026-07-31T18:37:34Z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