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5672a9121c19702c5d3cf7638ef5b43ba73030"/>
    <w:p>
      <w:pPr>
        <w:pStyle w:val="Heading1"/>
      </w:pPr>
      <w:r>
        <w:rPr>
          <w:b/>
          <w:bCs/>
        </w:rPr>
        <w:t xml:space="preserve">The Absolutely True Diary of a Part-Time Indian</w:t>
      </w:r>
      <w:r>
        <w:br/>
      </w:r>
      <w:r>
        <w:rPr>
          <w:i/>
          <w:iCs/>
        </w:rPr>
        <w:t xml:space="preserve">Sherman Alexie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was getting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hypothermic</w:t>
      </w:r>
      <w:r>
        <w:rPr>
          <w:b/>
          <w:bCs/>
        </w:rPr>
        <w:t xml:space="preserve">, too.</w:t>
      </w:r>
      <w:r>
        <w:br/>
      </w:r>
      <w:r>
        <w:t xml:space="preserve">    (a) the quality of being able to get closer to something</w:t>
      </w:r>
      <w:r>
        <w:br/>
      </w:r>
      <w:r>
        <w:t xml:space="preserve">    (b) relating to body temperature that is dangerously low</w:t>
      </w:r>
      <w:r>
        <w:br/>
      </w:r>
      <w:r>
        <w:t xml:space="preserve">    (c) the state or degree of being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Rowdy isn't a fast reader, but he's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continuing -- especially despite difficulties or opposition</w:t>
      </w:r>
      <w:r>
        <w:br/>
      </w:r>
      <w:r>
        <w:t xml:space="preserve">    (c) the degree or quality of being exactly vertical or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ambidextrous</w:t>
      </w:r>
      <w:r>
        <w:rPr>
          <w:b/>
          <w:bCs/>
        </w:rPr>
        <w:t xml:space="preserve">.</w:t>
      </w:r>
      <w:r>
        <w:br/>
      </w:r>
      <w:r>
        <w:t xml:space="preserve">    (a) the state of doing something unintentionally</w:t>
      </w:r>
      <w:r>
        <w:br/>
      </w:r>
      <w:r>
        <w:t xml:space="preserve">    (b) designed to be useful; or capable of working</w:t>
      </w:r>
      <w:r>
        <w:br/>
      </w:r>
      <w:r>
        <w:t xml:space="preserve">    (c) capable of using either hand with equal 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the only kid, white or Indian, who knew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Charles Dickens</w:t>
      </w:r>
      <w:r>
        <w:rPr>
          <w:b/>
          <w:bCs/>
        </w:rPr>
        <w:t xml:space="preserve"> </w:t>
      </w:r>
      <w:r>
        <w:rPr>
          <w:b/>
          <w:bCs/>
        </w:rPr>
        <w:t xml:space="preserve">wrote A Tale of Two Cities.</w:t>
      </w:r>
      <w:r>
        <w:br/>
      </w:r>
      <w:r>
        <w:t xml:space="preserve">    (a) arguably one of the English language's best writers and the foremost writer of the Victorian Era whose novels depicted and criticized social injustice (1812-1870)</w:t>
      </w:r>
      <w:r>
        <w:br/>
      </w:r>
      <w:r>
        <w:t xml:space="preserve">    (b) wrote with pen name, George Eliot -- British writer of novels characterized by realistic analysis of provincial Victorian society and psychology (1819-1880)</w:t>
      </w:r>
      <w:r>
        <w:br/>
      </w:r>
      <w:r>
        <w:t xml:space="preserve">    (c) pen name of the writer of classic children's books such as</w:t>
      </w:r>
      <w:r>
        <w:t xml:space="preserve"> </w:t>
      </w:r>
      <w:r>
        <w:rPr>
          <w:i/>
          <w:iCs/>
        </w:rPr>
        <w:t xml:space="preserve">The Cat in the Hat</w:t>
      </w:r>
      <w:r>
        <w:t xml:space="preserve">,</w:t>
      </w:r>
      <w:r>
        <w:t xml:space="preserve"> </w:t>
      </w:r>
      <w:r>
        <w:rPr>
          <w:i/>
          <w:iCs/>
        </w:rPr>
        <w:t xml:space="preserve">Green Eggs and Ham</w:t>
      </w:r>
      <w:r>
        <w:t xml:space="preserve">, and</w:t>
      </w:r>
      <w:r>
        <w:t xml:space="preserve"> </w:t>
      </w:r>
      <w:r>
        <w:rPr>
          <w:i/>
          <w:iCs/>
        </w:rPr>
        <w:t xml:space="preserve">How the Grinch Stole Christmas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sleep that night because I kept thinking about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impending</w:t>
      </w:r>
      <w:r>
        <w:rPr>
          <w:b/>
          <w:bCs/>
        </w:rPr>
        <w:t xml:space="preserve"> </w:t>
      </w:r>
      <w:r>
        <w:rPr>
          <w:b/>
          <w:bCs/>
        </w:rPr>
        <w:t xml:space="preserve">doom.</w:t>
      </w:r>
      <w:r>
        <w:br/>
      </w:r>
      <w:r>
        <w:t xml:space="preserve">    (a) strongly biased</w:t>
      </w:r>
      <w:r>
        <w:br/>
      </w:r>
      <w:r>
        <w:t xml:space="preserve">    (b) material wealth</w:t>
      </w:r>
      <w:r>
        <w:br/>
      </w:r>
      <w:r>
        <w:t xml:space="preserve">    (c) about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just felt stupid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</w:t>
      </w:r>
      <w:r>
        <w:rPr>
          <w:b/>
          <w:bCs/>
        </w:rPr>
        <w:t xml:space="preserve"> </w:t>
      </w:r>
      <w:r>
        <w:rPr>
          <w:b/>
          <w:bCs/>
        </w:rPr>
        <w:t xml:space="preserve">after those guys took off.</w:t>
      </w:r>
      <w:r>
        <w:br/>
      </w:r>
      <w:r>
        <w:t xml:space="preserve">    (a) the degree of being influenced by personal belief, feelings, or preferences (rather than being based purely upon fact)</w:t>
      </w:r>
      <w:r>
        <w:br/>
      </w:r>
      <w:r>
        <w:t xml:space="preserve">    (b) the quality of being characterized by fantastic imagery, or combinations of things and events that don't go together</w:t>
      </w:r>
      <w:r>
        <w:br/>
      </w:r>
      <w:r>
        <w:t xml:space="preserve">    (c) too trusting and unsophisticated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should have all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delirious</w:t>
      </w:r>
      <w:r>
        <w:rPr>
          <w:b/>
          <w:bCs/>
        </w:rPr>
        <w:t xml:space="preserve"> </w:t>
      </w:r>
      <w:r>
        <w:rPr>
          <w:b/>
          <w:bCs/>
        </w:rPr>
        <w:t xml:space="preserve">that she'd moved out of the basement.</w:t>
      </w:r>
      <w:r>
        <w:br/>
      </w:r>
      <w:r>
        <w:t xml:space="preserve">    (a) relating separately to the people or things just mentioned</w:t>
      </w:r>
      <w:r>
        <w:br/>
      </w:r>
      <w:r>
        <w:t xml:space="preserve">    (b) in a manner of accepting something as true (without proof)</w:t>
      </w:r>
      <w:r>
        <w:br/>
      </w:r>
      <w:r>
        <w:t xml:space="preserve">    (c) extremely happy and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Funny poetry, but poetry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.</w:t>
      </w:r>
      <w:r>
        <w:br/>
      </w:r>
      <w:r>
        <w:t xml:space="preserve">    (a) in spite of that (used to connect contrasting ideas)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was so boring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that he was only teaching us how to sleep with our eyes open.</w:t>
      </w:r>
      <w:r>
        <w:br/>
      </w:r>
      <w:r>
        <w:t xml:space="preserve">    (a) increasingly more frightening and/or dangerous</w:t>
      </w:r>
      <w:r>
        <w:br/>
      </w:r>
      <w:r>
        <w:t xml:space="preserve">    (b) interesting and/or stimulating</w:t>
      </w:r>
      <w:r>
        <w:br/>
      </w:r>
      <w:r>
        <w:t xml:space="preserve">    (c) lacking in variety and/or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eyes got this strange faraway look, like she'd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hypnotized</w:t>
      </w:r>
      <w:r>
        <w:rPr>
          <w:b/>
          <w:bCs/>
        </w:rPr>
        <w:t xml:space="preserve">.</w:t>
      </w:r>
      <w:r>
        <w:br/>
      </w:r>
      <w:r>
        <w:t xml:space="preserve">    (a) made a rough calculation or judgment that something would be greater or more extreme than it was</w:t>
      </w:r>
      <w:r>
        <w:br/>
      </w:r>
      <w:r>
        <w:t xml:space="preserve">    (b) so focused or fascinated that awareness of other surrounding things is lost</w:t>
      </w:r>
      <w:r>
        <w:br/>
      </w:r>
      <w:r>
        <w:t xml:space="preserve">    (c) changed the direction of a light wave (or other wave) by passing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leg muscles were stretched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pulled or drawn tight;</w:t>
      </w:r>
      <w:r>
        <w:br/>
      </w:r>
      <w:r>
        <w:t xml:space="preserve">or: subjected to great tension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Weird people still get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banished</w:t>
      </w:r>
      <w:r>
        <w:rPr>
          <w:b/>
          <w:bCs/>
        </w:rPr>
        <w:t xml:space="preserve">.</w:t>
      </w:r>
      <w:r>
        <w:br/>
      </w:r>
      <w:r>
        <w:t xml:space="preserve">    (a) expelled or gotten rid of</w:t>
      </w:r>
      <w:r>
        <w:br/>
      </w:r>
      <w:r>
        <w:t xml:space="preserve">    (b) was abundant or plentiful</w:t>
      </w:r>
      <w:r>
        <w:br/>
      </w:r>
      <w:r>
        <w:t xml:space="preserve">    (c) thought -- possibly aloud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quality of a man's life is in direct proportion to his commitment to excellence, regardless of his chosen field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.</w:t>
      </w:r>
      <w:r>
        <w:br/>
      </w:r>
      <w:r>
        <w:t xml:space="preserve">    (a) a slight amount; or to contain a slight amount</w:t>
      </w:r>
      <w:r>
        <w:br/>
      </w:r>
      <w:r>
        <w:t xml:space="preserve">    (b) to write or exchange written letters or emails</w:t>
      </w:r>
      <w:r>
        <w:br/>
      </w:r>
      <w:r>
        <w:t xml:space="preserve">    (c) to attempt; or a project or activity attempted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mean, the thing is, Medea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distraught</w:t>
      </w:r>
      <w:r>
        <w:rPr>
          <w:b/>
          <w:bCs/>
        </w:rPr>
        <w:t xml:space="preserve"> </w:t>
      </w:r>
      <w:r>
        <w:rPr>
          <w:b/>
          <w:bCs/>
        </w:rPr>
        <w:t xml:space="preserve">by the world, and felt so betrayed, that she murdered her own kids.</w:t>
      </w:r>
      <w:r>
        <w:br/>
      </w:r>
      <w:r>
        <w:t xml:space="preserve">    (a) sincerity (realness)</w:t>
      </w:r>
      <w:r>
        <w:br/>
      </w:r>
      <w:r>
        <w:t xml:space="preserve">    (b) not demonstrative of</w:t>
      </w:r>
      <w:r>
        <w:br/>
      </w:r>
      <w:r>
        <w:t xml:space="preserve">    (c) extremely distressed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spontaneous</w:t>
      </w:r>
      <w:r>
        <w:rPr>
          <w:b/>
          <w:bCs/>
        </w:rPr>
        <w:t xml:space="preserve"> </w:t>
      </w:r>
      <w:r>
        <w:rPr>
          <w:b/>
          <w:bCs/>
        </w:rPr>
        <w:t xml:space="preserve">demonstration.</w:t>
      </w:r>
      <w:r>
        <w:br/>
      </w:r>
      <w:r>
        <w:t xml:space="preserve">    (a) happening or arising without plan</w:t>
      </w:r>
      <w:r>
        <w:br/>
      </w:r>
      <w:r>
        <w:t xml:space="preserve">    (b) fascinate so much that awareness of other surrounding things is partially lost and too much trust is granted</w:t>
      </w:r>
      <w:r>
        <w:br/>
      </w:r>
      <w:r>
        <w:t xml:space="preserve">    (c) related to a government official whose job is to represent their country in discussions with other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James,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small forward</w:t>
      </w:r>
      <w:r>
        <w:rPr>
          <w:b/>
          <w:bCs/>
        </w:rPr>
        <w:t xml:space="preserve">, was the new Keith Schulz.</w:t>
      </w:r>
      <w:r>
        <w:br/>
      </w:r>
      <w:r>
        <w:t xml:space="preserve">    (a) co-existing peacefully; or having components that are combined in a pleasing way</w:t>
      </w:r>
      <w:r>
        <w:br/>
      </w:r>
      <w:r>
        <w:t xml:space="preserve">    (b) basketball position noted for a versatile player who can play inside and outside</w:t>
      </w:r>
      <w:r>
        <w:br/>
      </w:r>
      <w:r>
        <w:t xml:space="preserve">    (c) the act of move something out of an interacting position; or the act of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Michael Jordan</w:t>
      </w:r>
      <w:r>
        <w:rPr>
          <w:b/>
          <w:bCs/>
        </w:rPr>
        <w:t xml:space="preserve">.</w:t>
      </w:r>
      <w:r>
        <w:br/>
      </w:r>
      <w:r>
        <w:t xml:space="preserve">    (a) French impressionist painter identified with painting dancers (1834-1917)</w:t>
      </w:r>
      <w:r>
        <w:br/>
      </w:r>
      <w:r>
        <w:t xml:space="preserve">    (b) Italian, Roman Catholic monk who founded the Franciscan order (1181-1226)</w:t>
      </w:r>
      <w:r>
        <w:br/>
      </w:r>
      <w:r>
        <w:t xml:space="preserve">    (c) retired U.S. basketball generally cited as the best of all time (b. 1963)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guidance office was filled with self-help books and inspirational posters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 test</w:t>
      </w:r>
      <w:r>
        <w:rPr>
          <w:b/>
          <w:bCs/>
        </w:rPr>
        <w:t xml:space="preserve"> </w:t>
      </w:r>
      <w:r>
        <w:rPr>
          <w:b/>
          <w:bCs/>
        </w:rPr>
        <w:t xml:space="preserve">books and college brochures and scholarship applications, and I knew that none of that, absolutely none of it, meant shit.</w:t>
      </w:r>
      <w:r>
        <w:br/>
      </w:r>
      <w:r>
        <w:t xml:space="preserve">    (a) college admissions test (registered trademark of College Board)</w:t>
      </w:r>
      <w:r>
        <w:br/>
      </w:r>
      <w:r>
        <w:t xml:space="preserve">    (b) Greek god of music, prophecy, and healing amongst other things</w:t>
      </w:r>
      <w:r>
        <w:br/>
      </w:r>
      <w:r>
        <w:t xml:space="preserve">    (c) one of the most famous composers of classical music (1756-1791)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Arnold Spirit, Jr.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Esq.</w:t>
      </w:r>
      <w:r>
        <w:rPr>
          <w:b/>
          <w:bCs/>
        </w:rPr>
        <w:t xml:space="preserve">, PhD* (Pretty hot Dude).</w:t>
      </w:r>
      <w:r>
        <w:br/>
      </w:r>
      <w:r>
        <w:t xml:space="preserve">    (a) Johann Sebastian Bach -- German baroque composer generally considered one of the masters of classical music (1685-1750)</w:t>
      </w:r>
      <w:r>
        <w:br/>
      </w:r>
      <w:r>
        <w:t xml:space="preserve">    (b) of the theological system of John Calvin and his followers emphasizing omnipotence of God and salvation by grace alone</w:t>
      </w:r>
      <w:r>
        <w:br/>
      </w:r>
      <w:r>
        <w:t xml:space="preserve">    (c) United States:  a lawyer -- typically abbreviated (Esq.) after the name</w:t>
      </w:r>
      <w:r>
        <w:br/>
      </w:r>
      <w:r>
        <w:br/>
      </w:r>
      <w:r>
        <w:t xml:space="preserve">United Kingdom:  a title of respect for a 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Jurassic</w:t>
      </w:r>
      <w:r>
        <w:rPr>
          <w:b/>
          <w:bCs/>
        </w:rPr>
        <w:t xml:space="preserve"> </w:t>
      </w:r>
      <w:r>
        <w:rPr>
          <w:b/>
          <w:bCs/>
        </w:rPr>
        <w:t xml:space="preserve">turtle.</w:t>
      </w:r>
      <w:r>
        <w:br/>
      </w:r>
      <w:r>
        <w:t xml:space="preserve">    (a) Friedrich Engels -- socialist who with his better-known partner, Karl Marx, developed the theory of communism (1820-1895)</w:t>
      </w:r>
      <w:r>
        <w:br/>
      </w:r>
      <w:r>
        <w:t xml:space="preserve">    (b) Greek mythology:  the first woman; she was presented with a container which when opened released all of humanity's evils</w:t>
      </w:r>
      <w:r>
        <w:br/>
      </w:r>
      <w:r>
        <w:t xml:space="preserve">    (c) from the geologic period of the dinosaurs (about 175 million years ago)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2026-07-31T18:37:34Z</dcterms:created>
  <dcterms:modified xsi:type="dcterms:W3CDTF">2026-07-31T18:37:34Z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