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80cfa40ad9d7f1d6778db11e1c96cc21d1afce8"/>
    <w:p>
      <w:pPr>
        <w:pStyle w:val="Heading1"/>
      </w:pPr>
      <w:r>
        <w:rPr>
          <w:b/>
          <w:bCs/>
        </w:rPr>
        <w:t xml:space="preserve">The ABC Murders</w:t>
      </w:r>
      <w:r>
        <w:br/>
      </w:r>
      <w:r>
        <w:rPr>
          <w:i/>
          <w:iCs/>
        </w:rPr>
        <w:t xml:space="preserve">Agatha Christie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 this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narrative</w:t>
      </w:r>
      <w:r>
        <w:rPr>
          <w:b/>
          <w:bCs/>
        </w:rPr>
        <w:t xml:space="preserve"> </w:t>
      </w:r>
      <w:r>
        <w:rPr>
          <w:b/>
          <w:bCs/>
        </w:rPr>
        <w:t xml:space="preserve">of mine I have departed from my usual practice of reporting only those incidents and scenes at which I myself was present.</w:t>
      </w:r>
      <w:r>
        <w:br/>
      </w:r>
      <w:r>
        <w:t xml:space="preserve">    (a) snake</w:t>
      </w:r>
      <w:r>
        <w:br/>
      </w:r>
      <w:r>
        <w:t xml:space="preserve">    (b) story</w:t>
      </w:r>
      <w:r>
        <w:br/>
      </w:r>
      <w:r>
        <w:t xml:space="preserve">    (c) skill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Did she ever get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anonymous</w:t>
      </w:r>
      <w:r>
        <w:rPr>
          <w:b/>
          <w:bCs/>
        </w:rPr>
        <w:t xml:space="preserve"> </w:t>
      </w:r>
      <w:r>
        <w:rPr>
          <w:b/>
          <w:bCs/>
        </w:rPr>
        <w:t xml:space="preserve">letters?</w:t>
      </w:r>
      <w:r>
        <w:br/>
      </w:r>
      <w:r>
        <w:t xml:space="preserve">    (a) written by an unknown person</w:t>
      </w:r>
      <w:r>
        <w:br/>
      </w:r>
      <w:r>
        <w:t xml:space="preserve">    (b) exceedingly funny (resulting in uncontrollable laughter); or exhibiting excessive, uncontrollable emotion</w:t>
      </w:r>
      <w:r>
        <w:br/>
      </w:r>
      <w:r>
        <w:t xml:space="preserve">    (c) when what happens is very different than what might be expected; or when things seem incongruous together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 yourself are English and yet you do not seem to appreciate the quality of the English reaction to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</w:t>
      </w:r>
      <w:r>
        <w:rPr>
          <w:b/>
          <w:bCs/>
        </w:rPr>
        <w:t xml:space="preserve"> </w:t>
      </w:r>
      <w:r>
        <w:rPr>
          <w:b/>
          <w:bCs/>
        </w:rPr>
        <w:t xml:space="preserve">question.</w:t>
      </w:r>
      <w:r>
        <w:br/>
      </w:r>
      <w:r>
        <w:t xml:space="preserve">    (a) straightforward (specific and clear)</w:t>
      </w:r>
      <w:r>
        <w:br/>
      </w:r>
      <w:r>
        <w:t xml:space="preserve">    (b) the state or degree of being very large</w:t>
      </w:r>
      <w:r>
        <w:br/>
      </w:r>
      <w:r>
        <w:t xml:space="preserve">    (c) meticulousness (care for small details)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Or is his animosity impersonal-</w:t>
      </w:r>
      <w:r>
        <w:rPr>
          <w:b/>
          <w:bCs/>
          <w:u w:val="single"/>
        </w:rPr>
        <w:t xml:space="preserve">directed</w:t>
      </w:r>
      <w:r>
        <w:rPr>
          <w:b/>
          <w:bCs/>
        </w:rPr>
        <w:t xml:space="preserve"> </w:t>
      </w:r>
      <w:r>
        <w:rPr>
          <w:b/>
          <w:bCs/>
        </w:rPr>
        <w:t xml:space="preserve">against a foreigner?</w:t>
      </w:r>
      <w:r>
        <w:br/>
      </w:r>
      <w:r>
        <w:t xml:space="preserve">    (a) aimed or focused</w:t>
      </w:r>
      <w:r>
        <w:br/>
      </w:r>
      <w:r>
        <w:t xml:space="preserve">    (b) helped make clear</w:t>
      </w:r>
      <w:r>
        <w:br/>
      </w:r>
      <w:r>
        <w:t xml:space="preserve">    (c) thought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But by making a statement (and a somewhat out-of-the-way and preposterous one) and by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contradiction</w:t>
      </w:r>
      <w:r>
        <w:rPr>
          <w:b/>
          <w:bCs/>
        </w:rPr>
        <w:t xml:space="preserve"> </w:t>
      </w:r>
      <w:r>
        <w:rPr>
          <w:b/>
          <w:bCs/>
        </w:rPr>
        <w:t xml:space="preserve">of it, tongues are immediately loosened.</w:t>
      </w:r>
      <w:r>
        <w:br/>
      </w:r>
      <w:r>
        <w:t xml:space="preserve">    (a) something (typically a statement) that disagrees with itself; or (more rarely) the act of disagreeing</w:t>
      </w:r>
      <w:r>
        <w:br/>
      </w:r>
      <w:r>
        <w:t xml:space="preserve">    (b) something made of the brownish metal with the same name -- such as a sculpture or a third place medal</w:t>
      </w:r>
      <w:r>
        <w:br/>
      </w:r>
      <w:r>
        <w:t xml:space="preserve">    (c) nerve cells running from the base of the skull to the lower back and enclosed by vertebrae in adults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You, I understand, went to the police of your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own accord</w:t>
      </w:r>
      <w:r>
        <w:rPr>
          <w:b/>
          <w:bCs/>
        </w:rPr>
        <w:t xml:space="preserve">?</w:t>
      </w:r>
      <w:r>
        <w:br/>
      </w:r>
      <w:r>
        <w:t xml:space="preserve">    (a) the achievement of 3 positive feats in a sport</w:t>
      </w:r>
      <w:r>
        <w:br/>
      </w:r>
      <w:r>
        <w:t xml:space="preserve">    (b) tropical viral disease transmitted by a mosquito</w:t>
      </w:r>
      <w:r>
        <w:br/>
      </w:r>
      <w:r>
        <w:t xml:space="preserve">    (c) own mind (voluntarily)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As soon as I heard of the shocking occurrence I perceived that my statement might be helpful and came forward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accordingly</w:t>
      </w:r>
      <w:r>
        <w:rPr>
          <w:b/>
          <w:bCs/>
        </w:rPr>
        <w:t xml:space="preserve">.</w:t>
      </w:r>
      <w:r>
        <w:br/>
      </w:r>
      <w:r>
        <w:t xml:space="preserve">    (a) in keeping with (the perception)</w:t>
      </w:r>
      <w:r>
        <w:br/>
      </w:r>
      <w:r>
        <w:t xml:space="preserve">    (b) despite that (used to connect contrasting ideas.)</w:t>
      </w:r>
      <w:r>
        <w:br/>
      </w:r>
      <w:r>
        <w:t xml:space="preserve">    (c) in spite of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"That's all pure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conjecture</w:t>
      </w:r>
      <w:r>
        <w:rPr>
          <w:b/>
          <w:bCs/>
        </w:rPr>
        <w:t xml:space="preserve">," I objected.</w:t>
      </w:r>
      <w:r>
        <w:br/>
      </w:r>
      <w:r>
        <w:t xml:space="preserve">    (a) cause to happen at the same time or in a coordinated sequence; or to set clocks/watches to show the same time</w:t>
      </w:r>
      <w:r>
        <w:br/>
      </w:r>
      <w:r>
        <w:t xml:space="preserve">    (b) suggest (say indirectly)  OR  something suggested indirectly; or something that can be concluded; or a result</w:t>
      </w:r>
      <w:r>
        <w:br/>
      </w:r>
      <w:r>
        <w:t xml:space="preserve">    (c) opinion based on inconclusive evidence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u w:val="single"/>
        </w:rPr>
        <w:t xml:space="preserve">Nevertheless</w:t>
      </w:r>
      <w:r>
        <w:rPr>
          <w:b/>
          <w:bCs/>
        </w:rPr>
        <w:t xml:space="preserve"> </w:t>
      </w:r>
      <w:r>
        <w:rPr>
          <w:b/>
          <w:bCs/>
        </w:rPr>
        <w:t xml:space="preserve">I felt convinced that something ought to be done and that we should not allow the grass to grow under our feet.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despite that (used to connect contrasting ideas)</w:t>
      </w:r>
      <w:r>
        <w:br/>
      </w:r>
      <w:r>
        <w:t xml:space="preserve">    (c) therefore (for that reason)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police have all the means at their disposal for that kind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inquiry</w:t>
      </w:r>
      <w:r>
        <w:rPr>
          <w:b/>
          <w:bCs/>
        </w:rPr>
        <w:t xml:space="preserve">.</w:t>
      </w:r>
      <w:r>
        <w:br/>
      </w:r>
      <w:r>
        <w:t xml:space="preserve">    (a) small quantity or indication</w:t>
      </w:r>
      <w:r>
        <w:br/>
      </w:r>
      <w:r>
        <w:t xml:space="preserve">    (b) questioning or investigating</w:t>
      </w:r>
      <w:r>
        <w:br/>
      </w:r>
      <w:r>
        <w:t xml:space="preserve">    (c) reason (for doing something)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Barnards Elizabeth Barnard's parents lived in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bungalow, one of fifty or so recently run up by a speculative builder on the confines of the town.</w:t>
      </w:r>
      <w:r>
        <w:br/>
      </w:r>
      <w:r>
        <w:t xml:space="preserve">    (a) small</w:t>
      </w:r>
      <w:r>
        <w:br/>
      </w:r>
      <w:r>
        <w:t xml:space="preserve">    (b) awake</w:t>
      </w:r>
      <w:r>
        <w:br/>
      </w:r>
      <w:r>
        <w:t xml:space="preserve">    (c) exact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 then went to the hotel at which Cust had put up and extracted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minute</w:t>
      </w:r>
      <w:r>
        <w:rPr>
          <w:b/>
          <w:bCs/>
        </w:rPr>
        <w:t xml:space="preserve"> </w:t>
      </w:r>
      <w:r>
        <w:rPr>
          <w:b/>
          <w:bCs/>
        </w:rPr>
        <w:t xml:space="preserve">description of that gentleman's departure.</w:t>
      </w:r>
      <w:r>
        <w:br/>
      </w:r>
      <w:r>
        <w:t xml:space="preserve">    (a) having the characteristics of a</w:t>
      </w:r>
      <w:r>
        <w:t xml:space="preserve"> </w:t>
      </w:r>
      <w:r>
        <w:rPr>
          <w:i/>
          <w:iCs/>
        </w:rPr>
        <w:t xml:space="preserve">monk</w:t>
      </w:r>
      <w:r>
        <w:t xml:space="preserve"> </w:t>
      </w:r>
      <w:r>
        <w:t xml:space="preserve">(often inclined toward self-denial)</w:t>
      </w:r>
      <w:r>
        <w:br/>
      </w:r>
      <w:r>
        <w:t xml:space="preserve">    (b) the quality of holding something back or holding others down through oppression</w:t>
      </w:r>
      <w:r>
        <w:br/>
      </w:r>
      <w:r>
        <w:t xml:space="preserve">    (c) detailed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Poirot said slowly: "It seems to me that there is one very important clue-the discovery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motive</w:t>
      </w:r>
      <w:r>
        <w:rPr>
          <w:b/>
          <w:bCs/>
        </w:rPr>
        <w:t xml:space="preserve">."</w:t>
      </w:r>
      <w:r>
        <w:br/>
      </w:r>
      <w:r>
        <w:t xml:space="preserve">    (a) small quantity or indication</w:t>
      </w:r>
      <w:r>
        <w:br/>
      </w:r>
      <w:r>
        <w:t xml:space="preserve">    (b) reason (for doing something)</w:t>
      </w:r>
      <w:r>
        <w:br/>
      </w:r>
      <w:r>
        <w:t xml:space="preserve">    (c) the sacred writings of Islam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Here, if one could but hit on the idea ....This alphabetical business, it has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discrepancies</w:t>
      </w:r>
      <w:r>
        <w:rPr>
          <w:b/>
          <w:bCs/>
        </w:rPr>
        <w:t xml:space="preserve">.</w:t>
      </w:r>
      <w:r>
        <w:br/>
      </w:r>
      <w:r>
        <w:t xml:space="preserve">    (a) people bound to serve another without pay -- such as a slaves or serfs</w:t>
      </w:r>
      <w:r>
        <w:br/>
      </w:r>
      <w:r>
        <w:t xml:space="preserve">    (b) subtle, but fatal weaknesses where otherwise there is obvious strength</w:t>
      </w:r>
      <w:r>
        <w:br/>
      </w:r>
      <w:r>
        <w:t xml:space="preserve">    (c) disagreement -- especially an unexpected difference between two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On the contrary, Scotland Yard and the local police of the various counties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indefatigable</w:t>
      </w:r>
      <w:r>
        <w:rPr>
          <w:b/>
          <w:bCs/>
        </w:rPr>
        <w:t xml:space="preserve"> </w:t>
      </w:r>
      <w:r>
        <w:rPr>
          <w:b/>
          <w:bCs/>
        </w:rPr>
        <w:t xml:space="preserve">in following up the smallest clues.</w:t>
      </w:r>
      <w:r>
        <w:br/>
      </w:r>
      <w:r>
        <w:t xml:space="preserve">    (a) with tireless effort</w:t>
      </w:r>
      <w:r>
        <w:br/>
      </w:r>
      <w:r>
        <w:t xml:space="preserve">    (b) not demonstrative of</w:t>
      </w:r>
      <w:r>
        <w:br/>
      </w:r>
      <w:r>
        <w:t xml:space="preserve">    (c) sincerity (realness)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race-meeting undoubtedly complicated the plans we had made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tentatively</w:t>
      </w:r>
      <w:r>
        <w:rPr>
          <w:b/>
          <w:bCs/>
        </w:rPr>
        <w:t xml:space="preserve"> </w:t>
      </w:r>
      <w:r>
        <w:rPr>
          <w:b/>
          <w:bCs/>
        </w:rPr>
        <w:t xml:space="preserve">beforehand.</w:t>
      </w:r>
      <w:r>
        <w:br/>
      </w:r>
      <w:r>
        <w:t xml:space="preserve">    (a) expressed in a manner that shows approval or agreement</w:t>
      </w:r>
      <w:r>
        <w:br/>
      </w:r>
      <w:r>
        <w:t xml:space="preserve">    (b) without concern for what others might think of oneself</w:t>
      </w:r>
      <w:r>
        <w:br/>
      </w:r>
      <w:r>
        <w:t xml:space="preserve">    (c) with an expectation that there might be changes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Again,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tentatively</w:t>
      </w:r>
      <w:r>
        <w:rPr>
          <w:b/>
          <w:bCs/>
        </w:rPr>
        <w:t xml:space="preserve">, he felt his coat sleeve.</w:t>
      </w:r>
      <w:r>
        <w:br/>
      </w:r>
      <w:r>
        <w:t xml:space="preserve">    (a) in a manner that is not sincere</w:t>
      </w:r>
      <w:r>
        <w:br/>
      </w:r>
      <w:r>
        <w:t xml:space="preserve">    (b) in an unsure or hesitant manner</w:t>
      </w:r>
      <w:r>
        <w:br/>
      </w:r>
      <w:r>
        <w:t xml:space="preserve">    (c) in comparison to something else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Stupid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cunning</w:t>
      </w:r>
      <w:r>
        <w:rPr>
          <w:b/>
          <w:bCs/>
        </w:rPr>
        <w:t xml:space="preserve">, ruthless and magnanimous-and that there must be some dominating factor that reconciles his two natures.</w:t>
      </w:r>
      <w:r>
        <w:br/>
      </w:r>
      <w:r>
        <w:t xml:space="preserve">    (a) related to the natural world (life, air, water, land...)</w:t>
      </w:r>
      <w:r>
        <w:br/>
      </w:r>
      <w:r>
        <w:t xml:space="preserve">    (b) clever</w:t>
      </w:r>
      <w:r>
        <w:br/>
      </w:r>
      <w:r>
        <w:t xml:space="preserve">    (c) relating to logical examination to improve understanding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And then-then, when I have got the answer to a certain question, I will go and see A.B.C...We will be face to face at last-A. B.C, and Hercule Poirot-the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adversaries</w:t>
      </w:r>
      <w:r>
        <w:rPr>
          <w:b/>
          <w:bCs/>
        </w:rPr>
        <w:t xml:space="preserve">.</w:t>
      </w:r>
      <w:r>
        <w:br/>
      </w:r>
      <w:r>
        <w:t xml:space="preserve">    (a) opponents</w:t>
      </w:r>
      <w:r>
        <w:br/>
      </w:r>
      <w:r>
        <w:t xml:space="preserve">    (b) made holy</w:t>
      </w:r>
      <w:r>
        <w:br/>
      </w:r>
      <w:r>
        <w:t xml:space="preserve">    (c) loyalties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slight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inferences</w:t>
      </w:r>
      <w:r>
        <w:rPr>
          <w:b/>
          <w:bCs/>
        </w:rPr>
        <w:t xml:space="preserve"> </w:t>
      </w:r>
      <w:r>
        <w:rPr>
          <w:b/>
          <w:bCs/>
        </w:rPr>
        <w:t xml:space="preserve">I permitted myself to make.</w:t>
      </w:r>
      <w:r>
        <w:br/>
      </w:r>
      <w:r>
        <w:t xml:space="preserve">    (a) animals between one and two years of age</w:t>
      </w:r>
      <w:r>
        <w:br/>
      </w:r>
      <w:r>
        <w:t xml:space="preserve">    (b) acts of taking something on as one's own</w:t>
      </w:r>
      <w:r>
        <w:br/>
      </w:r>
      <w:r>
        <w:t xml:space="preserve">    (c) things concluded or guessed by reasoning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2026-07-31T16:09:59Z</dcterms:created>
  <dcterms:modified xsi:type="dcterms:W3CDTF">2026-07-31T16:09:59Z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