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ce09d92733c9b55e69f7cf819ba060acc2b305"/>
    <w:p>
      <w:pPr>
        <w:pStyle w:val="Heading1"/>
      </w:pPr>
      <w:r>
        <w:rPr>
          <w:b/>
          <w:bCs/>
        </w:rPr>
        <w:t xml:space="preserve">The 5th Wave</w:t>
      </w:r>
      <w:r>
        <w:br/>
      </w:r>
      <w:r>
        <w:rPr>
          <w:i/>
          <w:iCs/>
        </w:rPr>
        <w:t xml:space="preserve">Rick Yancey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He wasn't that cute and he wasn't that interesting beyond the whole New Kid aura, and he definitely wasn't Ben</w:t>
      </w:r>
      <w:r>
        <w:rPr>
          <w:b/>
          <w:bCs/>
        </w:rPr>
        <w:t xml:space="preserve"> </w:t>
      </w:r>
      <w:r>
        <w:rPr>
          <w:b/>
          <w:bCs/>
          <w:u w:val="single"/>
        </w:rPr>
        <w:t xml:space="preserve">Parish</w:t>
      </w:r>
      <w:r>
        <w:rPr>
          <w:b/>
          <w:bCs/>
        </w:rPr>
        <w:t xml:space="preserve">.</w:t>
      </w:r>
      <w:r>
        <w:br/>
      </w:r>
      <w:r>
        <w:t xml:space="preserve">    (a) a local church community</w:t>
      </w:r>
      <w:r>
        <w:br/>
      </w:r>
      <w:r>
        <w:br/>
      </w:r>
      <w:r>
        <w:t xml:space="preserve">or in some places including Louisiana:  a jurisdiction of government like a county</w:t>
      </w:r>
      <w:r>
        <w:br/>
      </w:r>
      <w:r>
        <w:t xml:space="preserve">    (b) someone who abandoned their religion or separated from others with whom they used to share firmly held beliefs</w:t>
      </w:r>
      <w:r>
        <w:br/>
      </w:r>
      <w:r>
        <w:t xml:space="preserve">    (c) an artists performance of another artist's work that expresses the performer's feelings or ideas about the work</w:t>
      </w:r>
    </w:p>
    <w:p>
      <w:pPr>
        <w:pStyle w:val="Compact"/>
        <w:numPr>
          <w:ilvl w:val="0"/>
          <w:numId w:val="1001"/>
        </w:numPr>
      </w:pPr>
      <w:r>
        <w:rPr>
          <w:b/>
          <w:bCs/>
        </w:rPr>
        <w:t xml:space="preserve">The</w:t>
      </w:r>
      <w:r>
        <w:rPr>
          <w:b/>
          <w:bCs/>
        </w:rPr>
        <w:t xml:space="preserve"> </w:t>
      </w:r>
      <w:r>
        <w:rPr>
          <w:b/>
          <w:bCs/>
          <w:u w:val="single"/>
        </w:rPr>
        <w:t xml:space="preserve">eradication</w:t>
      </w:r>
      <w:r>
        <w:rPr>
          <w:b/>
          <w:bCs/>
        </w:rPr>
        <w:t xml:space="preserve"> </w:t>
      </w:r>
      <w:r>
        <w:rPr>
          <w:b/>
          <w:bCs/>
        </w:rPr>
        <w:t xml:space="preserve">of disease.</w:t>
      </w:r>
      <w:r>
        <w:br/>
      </w:r>
      <w:r>
        <w:t xml:space="preserve">    (a) where attention is concentrated</w:t>
      </w:r>
      <w:r>
        <w:br/>
      </w:r>
      <w:r>
        <w:t xml:space="preserve">    (b) the ability to take on or adopt</w:t>
      </w:r>
      <w:r>
        <w:br/>
      </w:r>
      <w:r>
        <w:t xml:space="preserve">    (c) eliminate or destroy completely</w:t>
      </w:r>
    </w:p>
    <w:p>
      <w:pPr>
        <w:pStyle w:val="Compact"/>
        <w:numPr>
          <w:ilvl w:val="0"/>
          <w:numId w:val="1001"/>
        </w:numPr>
      </w:pPr>
      <w:r>
        <w:rPr>
          <w:b/>
          <w:bCs/>
        </w:rPr>
        <w:t xml:space="preserve">There are thousands of</w:t>
      </w:r>
      <w:r>
        <w:rPr>
          <w:b/>
          <w:bCs/>
        </w:rPr>
        <w:t xml:space="preserve"> </w:t>
      </w:r>
      <w:r>
        <w:rPr>
          <w:b/>
          <w:bCs/>
          <w:u w:val="single"/>
        </w:rPr>
        <w:t xml:space="preserve">species</w:t>
      </w:r>
      <w:r>
        <w:rPr>
          <w:b/>
          <w:bCs/>
        </w:rPr>
        <w:t xml:space="preserve"> </w:t>
      </w:r>
      <w:r>
        <w:rPr>
          <w:b/>
          <w:bCs/>
        </w:rPr>
        <w:t xml:space="preserve">of bird on every continent.</w:t>
      </w:r>
      <w:r>
        <w:br/>
      </w:r>
      <w:r>
        <w:t xml:space="preserve">    (a) a similar group of animals or plants</w:t>
      </w:r>
      <w:r>
        <w:br/>
      </w:r>
      <w:r>
        <w:t xml:space="preserve">    (b) the quality of exactness or accuracy</w:t>
      </w:r>
      <w:r>
        <w:br/>
      </w:r>
      <w:r>
        <w:t xml:space="preserve">    (c) the gain of advantage from something</w:t>
      </w:r>
    </w:p>
    <w:p>
      <w:pPr>
        <w:pStyle w:val="Compact"/>
        <w:numPr>
          <w:ilvl w:val="0"/>
          <w:numId w:val="1001"/>
        </w:numPr>
      </w:pPr>
      <w:r>
        <w:rPr>
          <w:b/>
          <w:bCs/>
        </w:rPr>
        <w:t xml:space="preserve">That summer of the</w:t>
      </w:r>
      <w:r>
        <w:rPr>
          <w:b/>
          <w:bCs/>
        </w:rPr>
        <w:t xml:space="preserve"> </w:t>
      </w:r>
      <w:r>
        <w:rPr>
          <w:b/>
          <w:bCs/>
          <w:u w:val="single"/>
        </w:rPr>
        <w:t xml:space="preserve">Pestilence</w:t>
      </w:r>
      <w:r>
        <w:rPr>
          <w:b/>
          <w:bCs/>
        </w:rPr>
        <w:t xml:space="preserve"> </w:t>
      </w:r>
      <w:r>
        <w:rPr>
          <w:b/>
          <w:bCs/>
        </w:rPr>
        <w:t xml:space="preserve">was brutally hot, and the stench of rotting flesh hung in the air like an invisible, noxious fog.</w:t>
      </w:r>
      <w:r>
        <w:br/>
      </w:r>
      <w:r>
        <w:t xml:space="preserve">    (a) widespread disease (usually severe); or any severely harmful or evil influence that is hard to get rid of</w:t>
      </w:r>
      <w:r>
        <w:br/>
      </w:r>
      <w:r>
        <w:t xml:space="preserve">    (b) something that is not obvious, but noticeable by someone with adequate sensitivity and relevant knowledge</w:t>
      </w:r>
      <w:r>
        <w:br/>
      </w:r>
      <w:r>
        <w:t xml:space="preserve">    (c) a South African whose first language is Afrikaans -- typically descendants of 17th century Dutch settlers</w:t>
      </w:r>
    </w:p>
    <w:p>
      <w:pPr>
        <w:pStyle w:val="Compact"/>
        <w:numPr>
          <w:ilvl w:val="0"/>
          <w:numId w:val="1001"/>
        </w:numPr>
      </w:pPr>
      <w:r>
        <w:rPr>
          <w:b/>
          <w:bCs/>
        </w:rPr>
        <w:t xml:space="preserve">But inside it's</w:t>
      </w:r>
      <w:r>
        <w:rPr>
          <w:b/>
          <w:bCs/>
        </w:rPr>
        <w:t xml:space="preserve"> </w:t>
      </w:r>
      <w:r>
        <w:rPr>
          <w:b/>
          <w:bCs/>
          <w:u w:val="single"/>
        </w:rPr>
        <w:t xml:space="preserve">perpetual</w:t>
      </w:r>
      <w:r>
        <w:rPr>
          <w:b/>
          <w:bCs/>
        </w:rPr>
        <w:t xml:space="preserve"> </w:t>
      </w:r>
      <w:r>
        <w:rPr>
          <w:b/>
          <w:bCs/>
        </w:rPr>
        <w:t xml:space="preserve">twilight.</w:t>
      </w:r>
      <w:r>
        <w:br/>
      </w:r>
      <w:r>
        <w:t xml:space="preserve">    (a) about things beyond the physical world, such as existence, reality, or the soul</w:t>
      </w:r>
      <w:r>
        <w:br/>
      </w:r>
      <w:r>
        <w:t xml:space="preserve">    (b) having the characteristics of a</w:t>
      </w:r>
      <w:r>
        <w:t xml:space="preserve"> </w:t>
      </w:r>
      <w:r>
        <w:rPr>
          <w:i/>
          <w:iCs/>
        </w:rPr>
        <w:t xml:space="preserve">monk</w:t>
      </w:r>
      <w:r>
        <w:t xml:space="preserve"> </w:t>
      </w:r>
      <w:r>
        <w:t xml:space="preserve">(often inclined toward self-denial)</w:t>
      </w:r>
      <w:r>
        <w:br/>
      </w:r>
      <w:r>
        <w:t xml:space="preserve">    (c) continuing forever without change; or occurring so frequently it seems constant</w:t>
      </w:r>
    </w:p>
    <w:p>
      <w:pPr>
        <w:pStyle w:val="Compact"/>
        <w:numPr>
          <w:ilvl w:val="0"/>
          <w:numId w:val="1001"/>
        </w:numPr>
      </w:pPr>
      <w:r>
        <w:rPr>
          <w:b/>
          <w:bCs/>
        </w:rPr>
        <w:t xml:space="preserve">We had several months' worth of supplies—or less, depending upon how many more</w:t>
      </w:r>
      <w:r>
        <w:rPr>
          <w:b/>
          <w:bCs/>
        </w:rPr>
        <w:t xml:space="preserve"> </w:t>
      </w:r>
      <w:r>
        <w:rPr>
          <w:b/>
          <w:bCs/>
          <w:u w:val="single"/>
        </w:rPr>
        <w:t xml:space="preserve">refugees</w:t>
      </w:r>
      <w:r>
        <w:rPr>
          <w:b/>
          <w:bCs/>
        </w:rPr>
        <w:t xml:space="preserve"> </w:t>
      </w:r>
      <w:r>
        <w:rPr>
          <w:b/>
          <w:bCs/>
        </w:rPr>
        <w:t xml:space="preserve">wandered into camp.</w:t>
      </w:r>
      <w:r>
        <w:br/>
      </w:r>
      <w:r>
        <w:t xml:space="preserve">    (a) understandings or explanations</w:t>
      </w:r>
      <w:r>
        <w:br/>
      </w:r>
      <w:r>
        <w:t xml:space="preserve">    (b) quiet voices; or a quiet voice</w:t>
      </w:r>
      <w:r>
        <w:br/>
      </w:r>
      <w:r>
        <w:t xml:space="preserve">    (c) people who fled their homeland</w:t>
      </w:r>
    </w:p>
    <w:p>
      <w:pPr>
        <w:pStyle w:val="Compact"/>
        <w:numPr>
          <w:ilvl w:val="0"/>
          <w:numId w:val="1001"/>
        </w:numPr>
      </w:pPr>
      <w:r>
        <w:rPr>
          <w:b/>
          <w:bCs/>
        </w:rPr>
        <w:t xml:space="preserve">Were the Stormtroopers or</w:t>
      </w:r>
      <w:r>
        <w:rPr>
          <w:b/>
          <w:bCs/>
        </w:rPr>
        <w:t xml:space="preserve"> </w:t>
      </w:r>
      <w:r>
        <w:rPr>
          <w:b/>
          <w:bCs/>
          <w:u w:val="single"/>
        </w:rPr>
        <w:t xml:space="preserve">clone</w:t>
      </w:r>
      <w:r>
        <w:rPr>
          <w:b/>
          <w:bCs/>
        </w:rPr>
        <w:t xml:space="preserve"> </w:t>
      </w:r>
      <w:r>
        <w:rPr>
          <w:b/>
          <w:bCs/>
        </w:rPr>
        <w:t xml:space="preserve">army or robot walkers next?</w:t>
      </w:r>
      <w:r>
        <w:br/>
      </w:r>
      <w:r>
        <w:t xml:space="preserve">    (a) name</w:t>
      </w:r>
      <w:r>
        <w:br/>
      </w:r>
      <w:r>
        <w:t xml:space="preserve">    (b) rear</w:t>
      </w:r>
      <w:r>
        <w:br/>
      </w:r>
      <w:r>
        <w:t xml:space="preserve">    (c) copy</w:t>
      </w:r>
    </w:p>
    <w:p>
      <w:pPr>
        <w:pStyle w:val="Compact"/>
        <w:numPr>
          <w:ilvl w:val="0"/>
          <w:numId w:val="1001"/>
        </w:numPr>
      </w:pPr>
      <w:r>
        <w:rPr>
          <w:b/>
          <w:bCs/>
        </w:rPr>
        <w:t xml:space="preserve">Tiny, hair-thin slivers</w:t>
      </w:r>
      <w:r>
        <w:rPr>
          <w:b/>
          <w:bCs/>
        </w:rPr>
        <w:t xml:space="preserve"> </w:t>
      </w:r>
      <w:r>
        <w:rPr>
          <w:b/>
          <w:bCs/>
          <w:u w:val="single"/>
        </w:rPr>
        <w:t xml:space="preserve">embedded</w:t>
      </w:r>
      <w:r>
        <w:rPr>
          <w:b/>
          <w:bCs/>
        </w:rPr>
        <w:t xml:space="preserve"> </w:t>
      </w:r>
      <w:r>
        <w:rPr>
          <w:b/>
          <w:bCs/>
        </w:rPr>
        <w:t xml:space="preserve">themselves in my cheek.</w:t>
      </w:r>
      <w:r>
        <w:br/>
      </w:r>
      <w:r>
        <w:t xml:space="preserve">    (a) firmly within; or placed firmly within</w:t>
      </w:r>
      <w:r>
        <w:br/>
      </w:r>
      <w:r>
        <w:t xml:space="preserve">    (b) adjusted a lens to make an image clear</w:t>
      </w:r>
      <w:r>
        <w:br/>
      </w:r>
      <w:r>
        <w:t xml:space="preserve">    (c) not good at concentrating on one thing</w:t>
      </w:r>
    </w:p>
    <w:p>
      <w:pPr>
        <w:pStyle w:val="Compact"/>
        <w:numPr>
          <w:ilvl w:val="0"/>
          <w:numId w:val="1001"/>
        </w:numPr>
      </w:pPr>
      <w:r>
        <w:rPr>
          <w:b/>
          <w:bCs/>
        </w:rPr>
        <w:t xml:space="preserve">And moving was a very good idea at that</w:t>
      </w:r>
      <w:r>
        <w:rPr>
          <w:b/>
          <w:bCs/>
        </w:rPr>
        <w:t xml:space="preserve"> </w:t>
      </w:r>
      <w:r>
        <w:rPr>
          <w:b/>
          <w:bCs/>
          <w:u w:val="single"/>
        </w:rPr>
        <w:t xml:space="preserve">juncture</w:t>
      </w:r>
      <w:r>
        <w:rPr>
          <w:b/>
          <w:bCs/>
        </w:rPr>
        <w:t xml:space="preserve"> </w:t>
      </w:r>
      <w:r>
        <w:rPr>
          <w:b/>
          <w:bCs/>
        </w:rPr>
        <w:t xml:space="preserve">of the battle.</w:t>
      </w:r>
      <w:r>
        <w:br/>
      </w:r>
      <w:r>
        <w:t xml:space="preserve">    (a) something exclusive to (someone or some group) -- such as an activity or place</w:t>
      </w:r>
      <w:r>
        <w:br/>
      </w:r>
      <w:r>
        <w:t xml:space="preserve">    (b) a rough substance that can be rubbed against something else to polish or clean</w:t>
      </w:r>
      <w:r>
        <w:br/>
      </w:r>
      <w:r>
        <w:t xml:space="preserve">    (c) where things come together -- especially a point in time with a critical event</w:t>
      </w:r>
    </w:p>
    <w:p>
      <w:pPr>
        <w:pStyle w:val="Compact"/>
        <w:numPr>
          <w:ilvl w:val="0"/>
          <w:numId w:val="1001"/>
        </w:numPr>
      </w:pPr>
      <w:r>
        <w:rPr>
          <w:b/>
          <w:bCs/>
        </w:rPr>
        <w:t xml:space="preserve">If you look closely, you can see the</w:t>
      </w:r>
      <w:r>
        <w:rPr>
          <w:b/>
          <w:bCs/>
        </w:rPr>
        <w:t xml:space="preserve"> </w:t>
      </w:r>
      <w:r>
        <w:rPr>
          <w:b/>
          <w:bCs/>
          <w:u w:val="single"/>
        </w:rPr>
        <w:t xml:space="preserve">ravine</w:t>
      </w:r>
      <w:r>
        <w:rPr>
          <w:b/>
          <w:bCs/>
        </w:rPr>
        <w:t xml:space="preserve"> </w:t>
      </w:r>
      <w:r>
        <w:rPr>
          <w:b/>
          <w:bCs/>
        </w:rPr>
        <w:t xml:space="preserve">in the left-hand corner of the tenth frame.</w:t>
      </w:r>
      <w:r>
        <w:br/>
      </w:r>
      <w:r>
        <w:t xml:space="preserve">    (a) describing someone as antisocial</w:t>
      </w:r>
      <w:r>
        <w:br/>
      </w:r>
      <w:r>
        <w:t xml:space="preserve">    (b) another battle with the same foe</w:t>
      </w:r>
      <w:r>
        <w:br/>
      </w:r>
      <w:r>
        <w:t xml:space="preserve">    (c) deep, narrow, steep-sided valley</w:t>
      </w:r>
    </w:p>
    <w:p>
      <w:pPr>
        <w:pStyle w:val="Compact"/>
        <w:numPr>
          <w:ilvl w:val="0"/>
          <w:numId w:val="1001"/>
        </w:numPr>
      </w:pPr>
      <w:r>
        <w:rPr>
          <w:b/>
          <w:bCs/>
        </w:rPr>
        <w:t xml:space="preserve">Dr. Pam tells me we're in the bomb shelter complex that's nearly as large as the base above us, built to withstand a fifty-megaton</w:t>
      </w:r>
      <w:r>
        <w:rPr>
          <w:b/>
          <w:bCs/>
        </w:rPr>
        <w:t xml:space="preserve"> </w:t>
      </w:r>
      <w:r>
        <w:rPr>
          <w:b/>
          <w:bCs/>
          <w:u w:val="single"/>
        </w:rPr>
        <w:t xml:space="preserve">nuclear</w:t>
      </w:r>
      <w:r>
        <w:rPr>
          <w:b/>
          <w:bCs/>
        </w:rPr>
        <w:t xml:space="preserve"> </w:t>
      </w:r>
      <w:r>
        <w:rPr>
          <w:b/>
          <w:bCs/>
        </w:rPr>
        <w:t xml:space="preserve">blast.</w:t>
      </w:r>
      <w:r>
        <w:br/>
      </w:r>
      <w:r>
        <w:t xml:space="preserve">    (a) relating to the central or most important part of something</w:t>
      </w:r>
      <w:r>
        <w:br/>
      </w:r>
      <w:r>
        <w:t xml:space="preserve">    (b) the condition of being exclusive to (someone or some group)</w:t>
      </w:r>
      <w:r>
        <w:br/>
      </w:r>
      <w:r>
        <w:t xml:space="preserve">    (c) the quality of inappropriateness in size, amount, or degree</w:t>
      </w:r>
    </w:p>
    <w:p>
      <w:pPr>
        <w:pStyle w:val="Compact"/>
        <w:numPr>
          <w:ilvl w:val="0"/>
          <w:numId w:val="1001"/>
        </w:numPr>
      </w:pPr>
      <w:r>
        <w:rPr>
          <w:b/>
          <w:bCs/>
        </w:rPr>
        <w:t xml:space="preserve">I will empty you of grief and guilt and self-pity and fill you up with hate and</w:t>
      </w:r>
      <w:r>
        <w:rPr>
          <w:b/>
          <w:bCs/>
        </w:rPr>
        <w:t xml:space="preserve"> </w:t>
      </w:r>
      <w:r>
        <w:rPr>
          <w:b/>
          <w:bCs/>
          <w:u w:val="single"/>
        </w:rPr>
        <w:t xml:space="preserve">cunning</w:t>
      </w:r>
      <w:r>
        <w:rPr>
          <w:b/>
          <w:bCs/>
        </w:rPr>
        <w:t xml:space="preserve"> </w:t>
      </w:r>
      <w:r>
        <w:rPr>
          <w:b/>
          <w:bCs/>
        </w:rPr>
        <w:t xml:space="preserve">and the spirit of vengeance.</w:t>
      </w:r>
      <w:r>
        <w:br/>
      </w:r>
      <w:r>
        <w:t xml:space="preserve">    (a) related to the natural world (life, air, water, land...)</w:t>
      </w:r>
      <w:r>
        <w:br/>
      </w:r>
      <w:r>
        <w:t xml:space="preserve">    (b) relating to logical examination to improve understanding</w:t>
      </w:r>
      <w:r>
        <w:br/>
      </w:r>
      <w:r>
        <w:t xml:space="preserve">    (c) good at achieving goals through cleverness and deception</w:t>
      </w:r>
    </w:p>
    <w:p>
      <w:pPr>
        <w:pStyle w:val="Compact"/>
        <w:numPr>
          <w:ilvl w:val="0"/>
          <w:numId w:val="1001"/>
        </w:numPr>
      </w:pPr>
      <w:r>
        <w:rPr>
          <w:b/>
          <w:bCs/>
        </w:rPr>
        <w:t xml:space="preserve">To call what he was doing cruel</w:t>
      </w:r>
      <w:r>
        <w:rPr>
          <w:b/>
          <w:bCs/>
        </w:rPr>
        <w:t xml:space="preserve"> </w:t>
      </w:r>
      <w:r>
        <w:rPr>
          <w:b/>
          <w:bCs/>
          <w:u w:val="single"/>
        </w:rPr>
        <w:t xml:space="preserve">implied</w:t>
      </w:r>
      <w:r>
        <w:rPr>
          <w:b/>
          <w:bCs/>
        </w:rPr>
        <w:t xml:space="preserve"> </w:t>
      </w:r>
      <w:r>
        <w:rPr>
          <w:b/>
          <w:bCs/>
        </w:rPr>
        <w:t xml:space="preserve">he had a choice.</w:t>
      </w:r>
      <w:r>
        <w:br/>
      </w:r>
      <w:r>
        <w:t xml:space="preserve">    (a) not wanting to do something</w:t>
      </w:r>
      <w:r>
        <w:br/>
      </w:r>
      <w:r>
        <w:t xml:space="preserve">    (b) suggested (said indirectly)</w:t>
      </w:r>
      <w:r>
        <w:br/>
      </w:r>
      <w:r>
        <w:t xml:space="preserve">    (c) was attractive or desirable</w:t>
      </w:r>
    </w:p>
    <w:p>
      <w:pPr>
        <w:pStyle w:val="Compact"/>
        <w:numPr>
          <w:ilvl w:val="0"/>
          <w:numId w:val="1001"/>
        </w:numPr>
      </w:pPr>
      <w:r>
        <w:rPr>
          <w:b/>
          <w:bCs/>
        </w:rPr>
        <w:t xml:space="preserve">The computer is going to send a signal to</w:t>
      </w:r>
      <w:r>
        <w:rPr>
          <w:b/>
          <w:bCs/>
        </w:rPr>
        <w:t xml:space="preserve"> </w:t>
      </w:r>
      <w:r>
        <w:rPr>
          <w:b/>
          <w:bCs/>
          <w:u w:val="single"/>
        </w:rPr>
        <w:t xml:space="preserve">calibrate</w:t>
      </w:r>
      <w:r>
        <w:rPr>
          <w:b/>
          <w:bCs/>
        </w:rPr>
        <w:t xml:space="preserve"> </w:t>
      </w:r>
      <w:r>
        <w:rPr>
          <w:b/>
          <w:bCs/>
        </w:rPr>
        <w:t xml:space="preserve">the transponder, and the transponder is going to send a signal back.</w:t>
      </w:r>
      <w:r>
        <w:br/>
      </w:r>
      <w:r>
        <w:t xml:space="preserve">    (a) make fine adjustments to</w:t>
      </w:r>
      <w:r>
        <w:br/>
      </w:r>
      <w:r>
        <w:t xml:space="preserve">    (b) separate two things to prevent passage of something such as heat, cold, noise, or electricity</w:t>
      </w:r>
      <w:r>
        <w:br/>
      </w:r>
      <w:r>
        <w:t xml:space="preserve">    (c) interfere (in another's affairs or business); or handle (something that shouldn't be handled)</w:t>
      </w:r>
    </w:p>
    <w:p>
      <w:pPr>
        <w:pStyle w:val="Compact"/>
        <w:numPr>
          <w:ilvl w:val="0"/>
          <w:numId w:val="1001"/>
        </w:numPr>
      </w:pPr>
      <w:r>
        <w:rPr>
          <w:b/>
          <w:bCs/>
        </w:rPr>
        <w:t xml:space="preserve">The hisses and shushes pick up on the next</w:t>
      </w:r>
      <w:r>
        <w:rPr>
          <w:b/>
          <w:bCs/>
        </w:rPr>
        <w:t xml:space="preserve"> </w:t>
      </w:r>
      <w:r>
        <w:rPr>
          <w:b/>
          <w:bCs/>
          <w:u w:val="single"/>
        </w:rPr>
        <w:t xml:space="preserve">stanza</w:t>
      </w:r>
      <w:r>
        <w:rPr>
          <w:b/>
          <w:bCs/>
        </w:rPr>
        <w:t xml:space="preserve">.</w:t>
      </w:r>
      <w:r>
        <w:br/>
      </w:r>
      <w:r>
        <w:t xml:space="preserve">    (a) a compound consisting of large molecules made up of a linked series of repeated smaller molecules</w:t>
      </w:r>
      <w:r>
        <w:br/>
      </w:r>
      <w:r>
        <w:t xml:space="preserve">    (b) any of the Scandinavian people who raided the coasts of Europe from the 8th to the 11th centuries</w:t>
      </w:r>
      <w:r>
        <w:br/>
      </w:r>
      <w:r>
        <w:t xml:space="preserve">    (c) part of a poem or song that has other such parts--each part consisting of a fixed number of lines</w:t>
      </w:r>
    </w:p>
    <w:p>
      <w:pPr>
        <w:pStyle w:val="Compact"/>
        <w:numPr>
          <w:ilvl w:val="0"/>
          <w:numId w:val="1001"/>
        </w:numPr>
      </w:pPr>
      <w:r>
        <w:rPr>
          <w:b/>
          <w:bCs/>
        </w:rPr>
        <w:t xml:space="preserve">It's the Wonderland</w:t>
      </w:r>
      <w:r>
        <w:rPr>
          <w:b/>
          <w:bCs/>
        </w:rPr>
        <w:t xml:space="preserve"> </w:t>
      </w:r>
      <w:r>
        <w:rPr>
          <w:b/>
          <w:bCs/>
          <w:u w:val="single"/>
        </w:rPr>
        <w:t xml:space="preserve">analytics</w:t>
      </w:r>
      <w:r>
        <w:rPr>
          <w:b/>
          <w:bCs/>
        </w:rPr>
        <w:t xml:space="preserve"> </w:t>
      </w:r>
      <w:r>
        <w:rPr>
          <w:b/>
          <w:bCs/>
        </w:rPr>
        <w:t xml:space="preserve">of an infested human being.</w:t>
      </w:r>
      <w:r>
        <w:br/>
      </w:r>
      <w:r>
        <w:t xml:space="preserve">    (a) long-established or previously long-established practices or beliefs</w:t>
      </w:r>
      <w:r>
        <w:br/>
      </w:r>
      <w:r>
        <w:t xml:space="preserve">    (b) a system of logical examination of something to better understand it</w:t>
      </w:r>
      <w:r>
        <w:br/>
      </w:r>
      <w:r>
        <w:t xml:space="preserve">    (c) acts of again being in a working position; or acts of starting again</w:t>
      </w:r>
    </w:p>
    <w:p>
      <w:pPr>
        <w:pStyle w:val="Compact"/>
        <w:numPr>
          <w:ilvl w:val="0"/>
          <w:numId w:val="1001"/>
        </w:numPr>
      </w:pPr>
      <w:r>
        <w:rPr>
          <w:b/>
          <w:bCs/>
        </w:rPr>
        <w:t xml:space="preserve">Weaving through the stalled cars that seem to pop through a white curtain, covered in three seasons' worth of</w:t>
      </w:r>
      <w:r>
        <w:rPr>
          <w:b/>
          <w:bCs/>
        </w:rPr>
        <w:t xml:space="preserve"> </w:t>
      </w:r>
      <w:r>
        <w:rPr>
          <w:b/>
          <w:bCs/>
          <w:u w:val="single"/>
        </w:rPr>
        <w:t xml:space="preserve">debris</w:t>
      </w:r>
      <w:r>
        <w:rPr>
          <w:b/>
          <w:bCs/>
        </w:rPr>
        <w:t xml:space="preserve">.</w:t>
      </w:r>
      <w:r>
        <w:br/>
      </w:r>
      <w:r>
        <w:t xml:space="preserve">    (a) pieces of something that has been destroyed; or trash that is lying around</w:t>
      </w:r>
      <w:r>
        <w:br/>
      </w:r>
      <w:r>
        <w:t xml:space="preserve">    (b) passages food and drink follow between the back of mouths and the stomachs</w:t>
      </w:r>
      <w:r>
        <w:br/>
      </w:r>
      <w:r>
        <w:t xml:space="preserve">    (c) the act of treating or preparing food in a way that keeps it from spoiling</w:t>
      </w:r>
    </w:p>
    <w:p>
      <w:pPr>
        <w:pStyle w:val="Compact"/>
        <w:numPr>
          <w:ilvl w:val="0"/>
          <w:numId w:val="1001"/>
        </w:numPr>
      </w:pPr>
      <w:r>
        <w:rPr>
          <w:b/>
          <w:bCs/>
        </w:rPr>
        <w:t xml:space="preserve">"It's</w:t>
      </w:r>
      <w:r>
        <w:rPr>
          <w:b/>
          <w:bCs/>
        </w:rPr>
        <w:t xml:space="preserve"> </w:t>
      </w:r>
      <w:r>
        <w:rPr>
          <w:b/>
          <w:bCs/>
          <w:u w:val="single"/>
        </w:rPr>
        <w:t xml:space="preserve">superficial</w:t>
      </w:r>
      <w:r>
        <w:rPr>
          <w:b/>
          <w:bCs/>
        </w:rPr>
        <w:t xml:space="preserve">," Ringer tells me.</w:t>
      </w:r>
      <w:r>
        <w:br/>
      </w:r>
      <w:r>
        <w:t xml:space="preserve">    (a) comprehensive (thorough)</w:t>
      </w:r>
      <w:r>
        <w:br/>
      </w:r>
      <w:r>
        <w:t xml:space="preserve">    (b) relating to a surface rather than to anything deep or penetrating</w:t>
      </w:r>
      <w:r>
        <w:br/>
      </w:r>
      <w:r>
        <w:t xml:space="preserve">    (c) deep and creative</w:t>
      </w:r>
    </w:p>
    <w:p>
      <w:pPr>
        <w:pStyle w:val="Compact"/>
        <w:numPr>
          <w:ilvl w:val="0"/>
          <w:numId w:val="1001"/>
        </w:numPr>
      </w:pPr>
      <w:r>
        <w:rPr>
          <w:b/>
          <w:bCs/>
        </w:rPr>
        <w:t xml:space="preserve">Its light shines on her face, playing up the</w:t>
      </w:r>
      <w:r>
        <w:rPr>
          <w:b/>
          <w:bCs/>
        </w:rPr>
        <w:t xml:space="preserve"> </w:t>
      </w:r>
      <w:r>
        <w:rPr>
          <w:b/>
          <w:bCs/>
          <w:u w:val="single"/>
        </w:rPr>
        <w:t xml:space="preserve">contrast</w:t>
      </w:r>
      <w:r>
        <w:rPr>
          <w:b/>
          <w:bCs/>
        </w:rPr>
        <w:t xml:space="preserve"> </w:t>
      </w:r>
      <w:r>
        <w:rPr>
          <w:b/>
          <w:bCs/>
        </w:rPr>
        <w:t xml:space="preserve">between her fair skin and jet-black hair.</w:t>
      </w:r>
      <w:r>
        <w:br/>
      </w:r>
      <w:r>
        <w:t xml:space="preserve">    (a) block or interfere</w:t>
      </w:r>
      <w:r>
        <w:br/>
      </w:r>
      <w:r>
        <w:t xml:space="preserve">    (b) notable difference</w:t>
      </w:r>
      <w:r>
        <w:br/>
      </w:r>
      <w:r>
        <w:t xml:space="preserve">    (c) come to terms with</w:t>
      </w:r>
    </w:p>
    <w:p>
      <w:pPr>
        <w:pStyle w:val="Compact"/>
        <w:numPr>
          <w:ilvl w:val="0"/>
          <w:numId w:val="1001"/>
        </w:numPr>
      </w:pPr>
      <w:r>
        <w:rPr>
          <w:b/>
          <w:bCs/>
        </w:rPr>
        <w:t xml:space="preserve">The last time she saw him was in their high school gymnasium after the lights went out, and then only the back of his head, and the only times that she's seen him since happened in her mind, the</w:t>
      </w:r>
      <w:r>
        <w:rPr>
          <w:b/>
          <w:bCs/>
        </w:rPr>
        <w:t xml:space="preserve"> </w:t>
      </w:r>
      <w:r>
        <w:rPr>
          <w:b/>
          <w:bCs/>
          <w:u w:val="single"/>
        </w:rPr>
        <w:t xml:space="preserve">rational</w:t>
      </w:r>
      <w:r>
        <w:rPr>
          <w:b/>
          <w:bCs/>
        </w:rPr>
        <w:t xml:space="preserve"> </w:t>
      </w:r>
      <w:r>
        <w:rPr>
          <w:b/>
          <w:bCs/>
        </w:rPr>
        <w:t xml:space="preserve">part of which always knew Ben Parish was dead like everyone else.</w:t>
      </w:r>
      <w:r>
        <w:br/>
      </w:r>
      <w:r>
        <w:t xml:space="preserve">    (a) related to</w:t>
      </w:r>
      <w:r>
        <w:br/>
      </w:r>
      <w:r>
        <w:t xml:space="preserve">    (b) very large</w:t>
      </w:r>
      <w:r>
        <w:br/>
      </w:r>
      <w:r>
        <w:t xml:space="preserve">    (c) reasonable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2026-07-31T19:48:27Z</dcterms:created>
  <dcterms:modified xsi:type="dcterms:W3CDTF">2026-07-31T19:48:27Z</dcterms:modified>
</cp:coreProperties>
</file>

<file path=docProps/custom.xml><?xml version="1.0" encoding="utf-8"?>
<Properties xmlns="http://schemas.openxmlformats.org/officeDocument/2006/custom-properties" xmlns:vt="http://schemas.openxmlformats.org/officeDocument/2006/docPropsVTypes"/>
</file>