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9bf48c53cc9a2fe3ab2ede0ba27fa01fa2d670"/>
    <w:p>
      <w:pPr>
        <w:pStyle w:val="Heading1"/>
      </w:pPr>
      <w:r>
        <w:rPr>
          <w:b/>
          <w:bCs/>
        </w:rPr>
        <w:t xml:space="preserve">Tess of the d'Urbervilles</w:t>
      </w:r>
      <w:r>
        <w:br/>
      </w:r>
      <w:r>
        <w:rPr>
          <w:i/>
          <w:iCs/>
        </w:rPr>
        <w:t xml:space="preserve">Thomas Hardy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unguided ramble into its recesses in bad weather is apt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</w:t>
      </w:r>
      <w:r>
        <w:rPr>
          <w:b/>
          <w:bCs/>
        </w:rPr>
        <w:t xml:space="preserve"> </w:t>
      </w:r>
      <w:r>
        <w:rPr>
          <w:b/>
          <w:bCs/>
        </w:rPr>
        <w:t xml:space="preserve">dissatisfaction with its narrow, tortuous, and miry ways.</w:t>
      </w:r>
      <w:r>
        <w:br/>
      </w:r>
      <w:r>
        <w:t xml:space="preserve">    (a) cause</w:t>
      </w:r>
      <w:r>
        <w:br/>
      </w:r>
      <w:r>
        <w:t xml:space="preserve">    (b) delay</w:t>
      </w:r>
      <w:r>
        <w:br/>
      </w:r>
      <w:r>
        <w:t xml:space="preserve">    (c) trade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he fell out of the dance his eyes lighted on Tess Durbeyfield, whose own large orbs wore, to tell the truth, the faintest aspect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that he had not chosen her.</w:t>
      </w:r>
      <w:r>
        <w:br/>
      </w:r>
      <w:r>
        <w:t xml:space="preserve">    (a) a criticism; or to express criticism</w:t>
      </w:r>
      <w:r>
        <w:br/>
      </w:r>
      <w:r>
        <w:t xml:space="preserve">    (b) to spread to other parts of the body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as the matter was, he yet instinctively felt that she was hurt by his oversight.</w:t>
      </w:r>
      <w:r>
        <w:br/>
      </w:r>
      <w:r>
        <w:t xml:space="preserve">    (a) canceling or annulling a formal ruling or contract</w:t>
      </w:r>
      <w:r>
        <w:br/>
      </w:r>
      <w:r>
        <w:t xml:space="preserve">    (b) something of small importance; or a small quantity</w:t>
      </w:r>
      <w:r>
        <w:br/>
      </w:r>
      <w:r>
        <w:t xml:space="preserve">    (c) moving out of an interacting position; or stopping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near three mortal months have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 </w:t>
      </w:r>
      <w:r>
        <w:rPr>
          <w:b/>
          <w:bCs/>
        </w:rPr>
        <w:t xml:space="preserve">my feelings, eluded me, and snubbed me; and I won't stand it!</w:t>
      </w:r>
      <w:r>
        <w:br/>
      </w:r>
      <w:r>
        <w:t xml:space="preserve">    (a) treated thoughtlessly or without respect</w:t>
      </w:r>
      <w:r>
        <w:br/>
      </w:r>
      <w:r>
        <w:t xml:space="preserve">    (b) injury to muscles or tendons of the knee</w:t>
      </w:r>
      <w:r>
        <w:br/>
      </w:r>
      <w:r>
        <w:t xml:space="preserve">    (c) limit light vibrations to a single plane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"Get up his strength!" said Tess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impetuously</w:t>
      </w:r>
      <w:r>
        <w:rPr>
          <w:b/>
          <w:bCs/>
        </w:rPr>
        <w:t xml:space="preserve">, the tears welling to her eyes.</w:t>
      </w:r>
      <w:r>
        <w:br/>
      </w:r>
      <w:r>
        <w:t xml:space="preserve">    (a) in a manner that shows care or concern for someone</w:t>
      </w:r>
      <w:r>
        <w:br/>
      </w:r>
      <w:r>
        <w:t xml:space="preserve">    (b) impulsively (acting suddenly without much thought)</w:t>
      </w:r>
      <w:r>
        <w:br/>
      </w:r>
      <w:r>
        <w:t xml:space="preserve">    (c) in the manner of a logical, systematic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inherited the feature from her mother without the quality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denoted</w:t>
      </w:r>
      <w:r>
        <w:rPr>
          <w:b/>
          <w:bCs/>
        </w:rPr>
        <w:t xml:space="preserve">.</w:t>
      </w:r>
      <w:r>
        <w:br/>
      </w:r>
      <w:r>
        <w:t xml:space="preserve">    (a) with rises and falls in pitch</w:t>
      </w:r>
      <w:r>
        <w:br/>
      </w:r>
      <w:r>
        <w:t xml:space="preserve">    (b) embarrassed or self-conscious</w:t>
      </w:r>
      <w:r>
        <w:br/>
      </w:r>
      <w:r>
        <w:t xml:space="preserve">    (c) stand for or symbolize literally; or be a sign or indicator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allusion</w:t>
      </w:r>
      <w:r>
        <w:rPr>
          <w:b/>
          <w:bCs/>
        </w:rPr>
        <w:t xml:space="preserve"> </w:t>
      </w:r>
      <w:r>
        <w:rPr>
          <w:b/>
          <w:bCs/>
        </w:rPr>
        <w:t xml:space="preserve">was lost upon Tess.</w:t>
      </w:r>
      <w:r>
        <w:br/>
      </w:r>
      <w:r>
        <w:t xml:space="preserve">    (a) a nerve or brain cell</w:t>
      </w:r>
      <w:r>
        <w:br/>
      </w:r>
      <w:r>
        <w:t xml:space="preserve">    (b) long eventful journey</w:t>
      </w:r>
      <w:r>
        <w:br/>
      </w:r>
      <w:r>
        <w:t xml:space="preserve">    (c) an indirect reference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inner cloud of dust rose around the prostrate figures amid the general one of the room, in which a twitching entanglement of arms and legs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discernible</w:t>
      </w:r>
      <w:r>
        <w:rPr>
          <w:b/>
          <w:bCs/>
        </w:rPr>
        <w:t xml:space="preserve">.</w:t>
      </w:r>
      <w:r>
        <w:br/>
      </w:r>
      <w:r>
        <w:t xml:space="preserve">    (a) the condition of being different</w:t>
      </w:r>
      <w:r>
        <w:br/>
      </w:r>
      <w:r>
        <w:t xml:space="preserve">    (b) possible to notice or understand</w:t>
      </w:r>
      <w:r>
        <w:br/>
      </w:r>
      <w:r>
        <w:t xml:space="preserve">    (c) not clear or easily identifiable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one wearing a pale pink jacket, another in a cream-coloured tight-sleeved gown, another in a petticoat as red as the arms of the reaping-machine; and others, older, in the brown-rough "wropper" or over-all—the old-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and most appropriate dress of the field-woman, which the young ones were abandoning.</w:t>
      </w:r>
      <w:r>
        <w:br/>
      </w:r>
      <w:r>
        <w:t xml:space="preserve">    (a) persuaded someone to want something (often sex or love) by tempting with something desired</w:t>
      </w:r>
      <w:r>
        <w:br/>
      </w:r>
      <w:r>
        <w:t xml:space="preserve">    (b) not having a relationship whereby a change in one thing helps predict a change in another</w:t>
      </w:r>
      <w:r>
        <w:br/>
      </w:r>
      <w:r>
        <w:t xml:space="preserve">    (c) long-practiced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men who sat nearest considerately turned their faces towards the other end of the field, some of them beginning to smoke; one, with absent-minded fondness, regretfully stroking the jar that would no longer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a stream.</w:t>
      </w:r>
      <w:r>
        <w:br/>
      </w:r>
      <w:r>
        <w:t xml:space="preserve">    (a) stop (something from happening)</w:t>
      </w:r>
      <w:r>
        <w:br/>
      </w:r>
      <w:r>
        <w:t xml:space="preserve">    (b) produce or give</w:t>
      </w:r>
      <w:r>
        <w:br/>
      </w:r>
      <w:r>
        <w:t xml:space="preserve">    (c) think deeply or carefully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put it that way that she might not think 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an impulse of which his head would disapprove.</w:t>
      </w:r>
      <w:r>
        <w:br/>
      </w:r>
      <w:r>
        <w:t xml:space="preserve">    (a) gave in, gave way, or gave up</w:t>
      </w:r>
      <w:r>
        <w:br/>
      </w:r>
      <w:r>
        <w:t xml:space="preserve">    (b) embarrassed or self-conscious</w:t>
      </w:r>
      <w:r>
        <w:br/>
      </w:r>
      <w:r>
        <w:t xml:space="preserve">    (c) with rises and falls in pitch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alone in a desert island would she have been wretched at what had happened to her?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addition to what has just been said</w:t>
      </w:r>
      <w:r>
        <w:br/>
      </w:r>
      <w:r>
        <w:t xml:space="preserve">    (c) even though -- used to connect contrasting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She—and how many more—might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ironically</w:t>
      </w:r>
      <w:r>
        <w:rPr>
          <w:b/>
          <w:bCs/>
        </w:rPr>
        <w:t xml:space="preserve"> </w:t>
      </w:r>
      <w:r>
        <w:rPr>
          <w:b/>
          <w:bCs/>
        </w:rPr>
        <w:t xml:space="preserve">said to God with Saint Augustine: "Thou hast counselled a better course than Thou hast permitted."</w:t>
      </w:r>
      <w:r>
        <w:br/>
      </w:r>
      <w:r>
        <w:t xml:space="preserve">    (a) meticulously (with great care for small details)</w:t>
      </w:r>
      <w:r>
        <w:br/>
      </w:r>
      <w:r>
        <w:t xml:space="preserve">    (b) when what happened was very different than what might have been expected</w:t>
      </w:r>
      <w:r>
        <w:br/>
      </w:r>
      <w:r>
        <w:t xml:space="preserve">    (c) in a manner that accepts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went forward and opened the door for her, saying with tender raillery— "Why, maidy" (he frequently, with unconscious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, gave her this pet name), "the prettiest milker I've got in my dairy; you mustn't get so fagged as this at the first breath of summer weather, or we shall be finely put to for want of 'ee by dog-days, shan't we, Mr Clare?"</w:t>
      </w:r>
      <w:r>
        <w:br/>
      </w:r>
      <w:r>
        <w:t xml:space="preserve">    (a) soft leather shoe traditionally worn by Native Americans</w:t>
      </w:r>
      <w:r>
        <w:br/>
      </w:r>
      <w:r>
        <w:t xml:space="preserve">    (b) belief or opinion formed by viewing things a certain way</w:t>
      </w:r>
      <w:r>
        <w:br/>
      </w:r>
      <w:r>
        <w:t xml:space="preserve">    (c) saying one thing, while meaning the opposite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persons of limited spheres, miles are as geographical degrees,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parishes</w:t>
      </w:r>
      <w:r>
        <w:rPr>
          <w:b/>
          <w:bCs/>
        </w:rPr>
        <w:t xml:space="preserve"> </w:t>
      </w:r>
      <w:r>
        <w:rPr>
          <w:b/>
          <w:bCs/>
        </w:rPr>
        <w:t xml:space="preserve">as counties, counties as provinces and kingdoms.</w:t>
      </w:r>
      <w:r>
        <w:br/>
      </w:r>
      <w:r>
        <w:t xml:space="preserve">    (a) threadlike structures in the cell nucleus that carry genes in a linear order that determine biological traits</w:t>
      </w:r>
      <w:r>
        <w:br/>
      </w:r>
      <w:r>
        <w:t xml:space="preserve">    (b) a local church community</w:t>
      </w:r>
      <w:r>
        <w:br/>
      </w:r>
      <w:r>
        <w:br/>
      </w:r>
      <w:r>
        <w:t xml:space="preserve">or in some places including Louisiana:  a jurisdiction of government like a county</w:t>
      </w:r>
      <w:r>
        <w:br/>
      </w:r>
      <w:r>
        <w:t xml:space="preserve">    (c) atoms that are different from other atoms of the same element because they have a different number of neutrons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several days after Tess's arrival Clare, sitting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abstractedly</w:t>
      </w:r>
      <w:r>
        <w:rPr>
          <w:b/>
          <w:bCs/>
        </w:rPr>
        <w:t xml:space="preserve"> </w:t>
      </w:r>
      <w:r>
        <w:rPr>
          <w:b/>
          <w:bCs/>
        </w:rPr>
        <w:t xml:space="preserve">reading from some book, periodical, or piece of music just come by post, hardly noticed that she was present at table.</w:t>
      </w:r>
      <w:r>
        <w:br/>
      </w:r>
      <w:r>
        <w:t xml:space="preserve">    (a) lowers moral standards</w:t>
      </w:r>
      <w:r>
        <w:br/>
      </w:r>
      <w:r>
        <w:t xml:space="preserve">    (b) in a distracted manner</w:t>
      </w:r>
      <w:r>
        <w:br/>
      </w:r>
      <w:r>
        <w:t xml:space="preserve">    (c) lacks adequate funding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differences which distinguished them as individuals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abstracted</w:t>
      </w:r>
      <w:r>
        <w:rPr>
          <w:b/>
          <w:bCs/>
        </w:rPr>
        <w:t xml:space="preserve"> </w:t>
      </w:r>
      <w:r>
        <w:rPr>
          <w:b/>
          <w:bCs/>
        </w:rPr>
        <w:t xml:space="preserve">by this passion, and each was but portion of one organism called sex.</w:t>
      </w:r>
      <w:r>
        <w:br/>
      </w:r>
      <w:r>
        <w:t xml:space="preserve">    (a) dangers</w:t>
      </w:r>
      <w:r>
        <w:br/>
      </w:r>
      <w:r>
        <w:t xml:space="preserve">    (b) removed</w:t>
      </w:r>
      <w:r>
        <w:br/>
      </w:r>
      <w:r>
        <w:t xml:space="preserve">    (c) allowed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sapling which had rooted down to a poisonous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stratum</w:t>
      </w:r>
      <w:r>
        <w:rPr>
          <w:b/>
          <w:bCs/>
        </w:rPr>
        <w:t xml:space="preserve"> </w:t>
      </w:r>
      <w:r>
        <w:rPr>
          <w:b/>
          <w:bCs/>
        </w:rPr>
        <w:t xml:space="preserve">on the spot of its sowing had been transplanted to a deeper soil.</w:t>
      </w:r>
      <w:r>
        <w:br/>
      </w:r>
      <w:r>
        <w:t xml:space="preserve">    (a) layers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levels, classes, or groups into which people or other things are divided</w:t>
      </w:r>
      <w:r>
        <w:br/>
      </w:r>
      <w:r>
        <w:t xml:space="preserve">    (b) one who believes that knowledge is acquired primarily by reason rather than by experience</w:t>
      </w:r>
      <w:r>
        <w:br/>
      </w:r>
      <w:r>
        <w:t xml:space="preserve">    (c) a hollow muscular organ in the pelvic cavity of females which can hold a developing fetus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he allowed his mind to be occupied with her,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deeming</w:t>
      </w:r>
      <w:r>
        <w:rPr>
          <w:b/>
          <w:bCs/>
        </w:rPr>
        <w:t xml:space="preserve"> </w:t>
      </w:r>
      <w:r>
        <w:rPr>
          <w:b/>
          <w:bCs/>
        </w:rPr>
        <w:t xml:space="preserve">his preoccupation to be no more than a philosopher's regard of an exceedingly novel, fresh, and interesting specimen of womankind.</w:t>
      </w:r>
      <w:r>
        <w:br/>
      </w:r>
      <w:r>
        <w:t xml:space="preserve">    (a) trying or attempting</w:t>
      </w:r>
      <w:r>
        <w:br/>
      </w:r>
      <w:r>
        <w:t xml:space="preserve">    (b) believing or judging</w:t>
      </w:r>
      <w:r>
        <w:br/>
      </w:r>
      <w:r>
        <w:t xml:space="preserve">    (c) working or operating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Soon the equipage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ascend</w:t>
      </w:r>
      <w:r>
        <w:rPr>
          <w:b/>
          <w:bCs/>
        </w:rPr>
        <w:t xml:space="preserve"> </w:t>
      </w:r>
      <w:r>
        <w:rPr>
          <w:b/>
          <w:bCs/>
        </w:rPr>
        <w:t xml:space="preserve">to higher ground, and the wind grew keener with the change of level and soil.</w:t>
      </w:r>
      <w:r>
        <w:br/>
      </w:r>
      <w:r>
        <w:t xml:space="preserve">    (a) move higher</w:t>
      </w:r>
      <w:r>
        <w:br/>
      </w:r>
      <w:r>
        <w:t xml:space="preserve">    (b) begin fighting again</w:t>
      </w:r>
      <w:r>
        <w:br/>
      </w:r>
      <w:r>
        <w:t xml:space="preserve">    (c) recognize difference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2026-07-31T16:13:42Z</dcterms:created>
  <dcterms:modified xsi:type="dcterms:W3CDTF">2026-07-31T16:13:42Z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