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dae1839edb93381f604a80a97baa0076072d78e"/>
    <w:p>
      <w:pPr>
        <w:pStyle w:val="Heading1"/>
      </w:pPr>
      <w:r>
        <w:rPr>
          <w:b/>
          <w:bCs/>
        </w:rPr>
        <w:t xml:space="preserve">Tess of the d'Urbervilles</w:t>
      </w:r>
      <w:r>
        <w:br/>
      </w:r>
      <w:r>
        <w:rPr>
          <w:i/>
          <w:iCs/>
        </w:rPr>
        <w:t xml:space="preserve">Thomas Hardy</w:t>
      </w:r>
      <w:r>
        <w:br/>
      </w:r>
      <w:r>
        <w:rPr>
          <w:b/>
          <w:bCs/>
        </w:rPr>
        <w:t xml:space="preserve">Extra Credit 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u w:val="single"/>
        </w:rPr>
        <w:t xml:space="preserve">Arable</w:t>
      </w:r>
      <w:r>
        <w:rPr>
          <w:b/>
          <w:bCs/>
        </w:rPr>
        <w:t xml:space="preserve"> </w:t>
      </w:r>
      <w:r>
        <w:rPr>
          <w:b/>
          <w:bCs/>
        </w:rPr>
        <w:t xml:space="preserve">lands are few and limited; with but slight exceptions the prospect is a broad rich mass of grass and trees, mantling minor hills and dales within the major.</w:t>
      </w:r>
      <w:r>
        <w:br/>
      </w:r>
      <w:r>
        <w:t xml:space="preserve">    (a) capable of being farmed productively</w:t>
      </w:r>
      <w:r>
        <w:br/>
      </w:r>
      <w:r>
        <w:t xml:space="preserve">    (b) lacking a reason for doing something</w:t>
      </w:r>
      <w:r>
        <w:br/>
      </w:r>
      <w:r>
        <w:t xml:space="preserve">    (c) inconspicuousness or trustworthiness</w:t>
      </w:r>
    </w:p>
    <w:p>
      <w:pPr>
        <w:pStyle w:val="Compact"/>
        <w:numPr>
          <w:ilvl w:val="0"/>
          <w:numId w:val="1001"/>
        </w:numPr>
      </w:pPr>
      <w:r>
        <w:rPr>
          <w:b/>
          <w:bCs/>
        </w:rPr>
        <w:t xml:space="preserve">Your father learnt it on his way hwome from Shaston, and he has been telling me the whole</w:t>
      </w:r>
      <w:r>
        <w:rPr>
          <w:b/>
          <w:bCs/>
        </w:rPr>
        <w:t xml:space="preserve"> </w:t>
      </w:r>
      <w:r>
        <w:rPr>
          <w:b/>
          <w:bCs/>
          <w:u w:val="single"/>
        </w:rPr>
        <w:t xml:space="preserve">pedigree</w:t>
      </w:r>
      <w:r>
        <w:rPr>
          <w:b/>
          <w:bCs/>
        </w:rPr>
        <w:t xml:space="preserve"> </w:t>
      </w:r>
      <w:r>
        <w:rPr>
          <w:b/>
          <w:bCs/>
        </w:rPr>
        <w:t xml:space="preserve">of the matter.</w:t>
      </w:r>
      <w:r>
        <w:br/>
      </w:r>
      <w:r>
        <w:t xml:space="preserve">    (a) of the American Indian civilization of Yucatan and Belize and Guatemala that reached its peak between AD 300 and 900</w:t>
      </w:r>
      <w:r>
        <w:br/>
      </w:r>
      <w:r>
        <w:t xml:space="preserve">    (b) a hole or dropoff so deep the bottom cannot be seen -- often used figuratively to imply a frightening bottomless pit</w:t>
      </w:r>
      <w:r>
        <w:br/>
      </w:r>
      <w:r>
        <w:t xml:space="preserve">    (c) the line of ancestors of an animal; or any background or history of a person or idea, showing origins and development</w:t>
      </w:r>
    </w:p>
    <w:p>
      <w:pPr>
        <w:pStyle w:val="Compact"/>
        <w:numPr>
          <w:ilvl w:val="0"/>
          <w:numId w:val="1001"/>
        </w:numPr>
      </w:pPr>
      <w:r>
        <w:rPr>
          <w:b/>
          <w:bCs/>
        </w:rPr>
        <w:t xml:space="preserve">V The haggling business, which had mainly depended on the horse, became disorganized</w:t>
      </w:r>
      <w:r>
        <w:rPr>
          <w:b/>
          <w:bCs/>
        </w:rPr>
        <w:t xml:space="preserve"> </w:t>
      </w:r>
      <w:r>
        <w:rPr>
          <w:b/>
          <w:bCs/>
          <w:u w:val="single"/>
        </w:rPr>
        <w:t xml:space="preserve">forthwith</w:t>
      </w:r>
      <w:r>
        <w:rPr>
          <w:b/>
          <w:bCs/>
        </w:rPr>
        <w:t xml:space="preserve">.</w:t>
      </w:r>
      <w:r>
        <w:br/>
      </w:r>
      <w:r>
        <w:t xml:space="preserve">    (a) well suited</w:t>
      </w:r>
      <w:r>
        <w:br/>
      </w:r>
      <w:r>
        <w:t xml:space="preserve">    (b) a last name</w:t>
      </w:r>
      <w:r>
        <w:br/>
      </w:r>
      <w:r>
        <w:t xml:space="preserve">    (c) immediately</w:t>
      </w:r>
    </w:p>
    <w:p>
      <w:pPr>
        <w:pStyle w:val="Compact"/>
        <w:numPr>
          <w:ilvl w:val="0"/>
          <w:numId w:val="1001"/>
        </w:numPr>
      </w:pPr>
      <w:r>
        <w:rPr>
          <w:b/>
          <w:bCs/>
        </w:rPr>
        <w:t xml:space="preserve">"I am afraid you cannot see her—she is an invalid," replied the present representative of the</w:t>
      </w:r>
      <w:r>
        <w:rPr>
          <w:b/>
          <w:bCs/>
        </w:rPr>
        <w:t xml:space="preserve"> </w:t>
      </w:r>
      <w:r>
        <w:rPr>
          <w:b/>
          <w:bCs/>
          <w:u w:val="single"/>
        </w:rPr>
        <w:t xml:space="preserve">spurious</w:t>
      </w:r>
      <w:r>
        <w:rPr>
          <w:b/>
          <w:bCs/>
        </w:rPr>
        <w:t xml:space="preserve"> </w:t>
      </w:r>
      <w:r>
        <w:rPr>
          <w:b/>
          <w:bCs/>
        </w:rPr>
        <w:t xml:space="preserve">house; for this was Mr Alec, the only son of the lately deceased gentleman.</w:t>
      </w:r>
      <w:r>
        <w:br/>
      </w:r>
      <w:r>
        <w:t xml:space="preserve">    (a) the state or degree of having the ability to change for different situations</w:t>
      </w:r>
      <w:r>
        <w:br/>
      </w:r>
      <w:r>
        <w:t xml:space="preserve">    (b) false, or not genuine -- often seeming plausible, or intentionally deceptive</w:t>
      </w:r>
      <w:r>
        <w:br/>
      </w:r>
      <w:r>
        <w:t xml:space="preserve">    (c) the quality of behaving in an instinctive, uninhibited, and unplanned manner</w:t>
      </w:r>
    </w:p>
    <w:p>
      <w:pPr>
        <w:pStyle w:val="Compact"/>
        <w:numPr>
          <w:ilvl w:val="0"/>
          <w:numId w:val="1001"/>
        </w:numPr>
      </w:pPr>
      <w:r>
        <w:rPr>
          <w:b/>
          <w:bCs/>
        </w:rPr>
        <w:t xml:space="preserve">Being mentally older than her mother she did not regard Mrs Durbeyfield's</w:t>
      </w:r>
      <w:r>
        <w:rPr>
          <w:b/>
          <w:bCs/>
        </w:rPr>
        <w:t xml:space="preserve"> </w:t>
      </w:r>
      <w:r>
        <w:rPr>
          <w:b/>
          <w:bCs/>
          <w:u w:val="single"/>
        </w:rPr>
        <w:t xml:space="preserve">matrimonial</w:t>
      </w:r>
      <w:r>
        <w:rPr>
          <w:b/>
          <w:bCs/>
        </w:rPr>
        <w:t xml:space="preserve"> </w:t>
      </w:r>
      <w:r>
        <w:rPr>
          <w:b/>
          <w:bCs/>
        </w:rPr>
        <w:t xml:space="preserve">hopes for her in a serious aspect for a moment.</w:t>
      </w:r>
      <w:r>
        <w:br/>
      </w:r>
      <w:r>
        <w:t xml:space="preserve">    (a) able to be stopped from happening</w:t>
      </w:r>
      <w:r>
        <w:br/>
      </w:r>
      <w:r>
        <w:t xml:space="preserve">    (b) marriage (or related to marriage)</w:t>
      </w:r>
      <w:r>
        <w:br/>
      </w:r>
      <w:r>
        <w:t xml:space="preserve">    (c) improper, awkward, or unfavorable</w:t>
      </w:r>
    </w:p>
    <w:p>
      <w:pPr>
        <w:pStyle w:val="Compact"/>
        <w:numPr>
          <w:ilvl w:val="0"/>
          <w:numId w:val="1001"/>
        </w:numPr>
      </w:pPr>
      <w:r>
        <w:rPr>
          <w:b/>
          <w:bCs/>
        </w:rPr>
        <w:t xml:space="preserve">How a convulsive snatching at social salvation might have</w:t>
      </w:r>
      <w:r>
        <w:rPr>
          <w:b/>
          <w:bCs/>
        </w:rPr>
        <w:t xml:space="preserve"> </w:t>
      </w:r>
      <w:r>
        <w:rPr>
          <w:b/>
          <w:bCs/>
          <w:u w:val="single"/>
        </w:rPr>
        <w:t xml:space="preserve">impelled</w:t>
      </w:r>
      <w:r>
        <w:rPr>
          <w:b/>
          <w:bCs/>
        </w:rPr>
        <w:t xml:space="preserve"> </w:t>
      </w:r>
      <w:r>
        <w:rPr>
          <w:b/>
          <w:bCs/>
        </w:rPr>
        <w:t xml:space="preserve">her to answer him she could not say.</w:t>
      </w:r>
      <w:r>
        <w:br/>
      </w:r>
      <w:r>
        <w:t xml:space="preserve">    (a) concentrated, look at, or paid attention to</w:t>
      </w:r>
      <w:r>
        <w:br/>
      </w:r>
      <w:r>
        <w:t xml:space="preserve">    (b) made appropriate in size, amount, or degree</w:t>
      </w:r>
      <w:r>
        <w:br/>
      </w:r>
      <w:r>
        <w:t xml:space="preserve">    (c) to make someone feel they must do something</w:t>
      </w:r>
    </w:p>
    <w:p>
      <w:pPr>
        <w:pStyle w:val="Compact"/>
        <w:numPr>
          <w:ilvl w:val="0"/>
          <w:numId w:val="1001"/>
        </w:numPr>
      </w:pPr>
      <w:r>
        <w:rPr>
          <w:b/>
          <w:bCs/>
        </w:rPr>
        <w:t xml:space="preserve">Feeling herself in</w:t>
      </w:r>
      <w:r>
        <w:rPr>
          <w:b/>
          <w:bCs/>
        </w:rPr>
        <w:t xml:space="preserve"> </w:t>
      </w:r>
      <w:r>
        <w:rPr>
          <w:b/>
          <w:bCs/>
          <w:u w:val="single"/>
        </w:rPr>
        <w:t xml:space="preserve">antagonism</w:t>
      </w:r>
      <w:r>
        <w:rPr>
          <w:b/>
          <w:bCs/>
        </w:rPr>
        <w:t xml:space="preserve">, she was quite in accord.</w:t>
      </w:r>
      <w:r>
        <w:br/>
      </w:r>
      <w:r>
        <w:t xml:space="preserve">    (a) kindness</w:t>
      </w:r>
      <w:r>
        <w:br/>
      </w:r>
      <w:r>
        <w:t xml:space="preserve">    (b) positive attitude</w:t>
      </w:r>
      <w:r>
        <w:br/>
      </w:r>
      <w:r>
        <w:t xml:space="preserve">    (c) hostility or opposition</w:t>
      </w:r>
    </w:p>
    <w:p>
      <w:pPr>
        <w:pStyle w:val="Compact"/>
        <w:numPr>
          <w:ilvl w:val="0"/>
          <w:numId w:val="1001"/>
        </w:numPr>
      </w:pPr>
      <w:r>
        <w:rPr>
          <w:b/>
          <w:bCs/>
        </w:rPr>
        <w:t xml:space="preserve">In spite of the</w:t>
      </w:r>
      <w:r>
        <w:rPr>
          <w:b/>
          <w:bCs/>
        </w:rPr>
        <w:t xml:space="preserve"> </w:t>
      </w:r>
      <w:r>
        <w:rPr>
          <w:b/>
          <w:bCs/>
          <w:u w:val="single"/>
        </w:rPr>
        <w:t xml:space="preserve">untoward</w:t>
      </w:r>
      <w:r>
        <w:rPr>
          <w:b/>
          <w:bCs/>
        </w:rPr>
        <w:t xml:space="preserve"> </w:t>
      </w:r>
      <w:r>
        <w:rPr>
          <w:b/>
          <w:bCs/>
        </w:rPr>
        <w:t xml:space="preserve">surroundings, however, Tess bravely made a little cross of two laths and a piece of string, and having bound it with flowers, she stuck it up at the head of the grave one evening when she could enter the churchyard without being seen, putting at the foot also a bunch of the same flowers in a little jar of water to keep them alive.</w:t>
      </w:r>
      <w:r>
        <w:br/>
      </w:r>
      <w:r>
        <w:t xml:space="preserve">    (a) able to be stopped from happening</w:t>
      </w:r>
      <w:r>
        <w:br/>
      </w:r>
      <w:r>
        <w:t xml:space="preserve">    (b) something simulated by a computer</w:t>
      </w:r>
      <w:r>
        <w:br/>
      </w:r>
      <w:r>
        <w:t xml:space="preserve">    (c) improper, awkward, or unfavorable</w:t>
      </w:r>
    </w:p>
    <w:p>
      <w:pPr>
        <w:pStyle w:val="Compact"/>
        <w:numPr>
          <w:ilvl w:val="0"/>
          <w:numId w:val="1001"/>
        </w:numPr>
      </w:pPr>
      <w:r>
        <w:rPr>
          <w:b/>
          <w:bCs/>
        </w:rPr>
        <w:t xml:space="preserve">She soon finished her eating, and having a consciousness that Clare was regarding her, began to trace imaginary patterns on the tablecloth with her forefinger with the constraint of a</w:t>
      </w:r>
      <w:r>
        <w:rPr>
          <w:b/>
          <w:bCs/>
        </w:rPr>
        <w:t xml:space="preserve"> </w:t>
      </w:r>
      <w:r>
        <w:rPr>
          <w:b/>
          <w:bCs/>
          <w:u w:val="single"/>
        </w:rPr>
        <w:t xml:space="preserve">domestic animal</w:t>
      </w:r>
      <w:r>
        <w:rPr>
          <w:b/>
          <w:bCs/>
        </w:rPr>
        <w:t xml:space="preserve"> </w:t>
      </w:r>
      <w:r>
        <w:rPr>
          <w:b/>
          <w:bCs/>
        </w:rPr>
        <w:t xml:space="preserve">that perceives itself to be watched.</w:t>
      </w:r>
      <w:r>
        <w:br/>
      </w:r>
      <w:r>
        <w:t xml:space="preserve">    (a) people who do not believe in the existence of god</w:t>
      </w:r>
      <w:r>
        <w:br/>
      </w:r>
      <w:r>
        <w:t xml:space="preserve">    (b) something left out that should have been included</w:t>
      </w:r>
      <w:r>
        <w:br/>
      </w:r>
      <w:r>
        <w:t xml:space="preserve">    (c) kept as a pet</w:t>
      </w:r>
    </w:p>
    <w:p>
      <w:pPr>
        <w:pStyle w:val="Compact"/>
        <w:numPr>
          <w:ilvl w:val="0"/>
          <w:numId w:val="1001"/>
        </w:numPr>
      </w:pPr>
      <w:r>
        <w:rPr>
          <w:b/>
          <w:bCs/>
        </w:rPr>
        <w:t xml:space="preserve">Another year's instalment of flowers, leaves, nightingales, thrushes, finches, and such</w:t>
      </w:r>
      <w:r>
        <w:rPr>
          <w:b/>
          <w:bCs/>
        </w:rPr>
        <w:t xml:space="preserve"> </w:t>
      </w:r>
      <w:r>
        <w:rPr>
          <w:b/>
          <w:bCs/>
          <w:u w:val="single"/>
        </w:rPr>
        <w:t xml:space="preserve">ephemeral</w:t>
      </w:r>
      <w:r>
        <w:rPr>
          <w:b/>
          <w:bCs/>
        </w:rPr>
        <w:t xml:space="preserve"> </w:t>
      </w:r>
      <w:r>
        <w:rPr>
          <w:b/>
          <w:bCs/>
        </w:rPr>
        <w:t xml:space="preserve">creatures, took up their positions where only a year ago others had stood in their place when these were nothing more than germs and inorganic particles.</w:t>
      </w:r>
      <w:r>
        <w:br/>
      </w:r>
      <w:r>
        <w:t xml:space="preserve">    (a) existing only for a short time</w:t>
      </w:r>
      <w:r>
        <w:br/>
      </w:r>
      <w:r>
        <w:t xml:space="preserve">    (b) made by taking on as one's own</w:t>
      </w:r>
      <w:r>
        <w:br/>
      </w:r>
      <w:r>
        <w:t xml:space="preserve">    (c) a sensible view of a situation</w:t>
      </w:r>
    </w:p>
    <w:p>
      <w:pPr>
        <w:pStyle w:val="Compact"/>
        <w:numPr>
          <w:ilvl w:val="0"/>
          <w:numId w:val="1001"/>
        </w:numPr>
      </w:pPr>
      <w:r>
        <w:rPr>
          <w:b/>
          <w:bCs/>
        </w:rPr>
        <w:t xml:space="preserve">His aspect was probably as un-Sabbatarian a one as a</w:t>
      </w:r>
      <w:r>
        <w:rPr>
          <w:b/>
          <w:bCs/>
        </w:rPr>
        <w:t xml:space="preserve"> </w:t>
      </w:r>
      <w:r>
        <w:rPr>
          <w:b/>
          <w:bCs/>
          <w:u w:val="single"/>
        </w:rPr>
        <w:t xml:space="preserve">dogmatic</w:t>
      </w:r>
      <w:r>
        <w:rPr>
          <w:b/>
          <w:bCs/>
        </w:rPr>
        <w:t xml:space="preserve"> </w:t>
      </w:r>
      <w:r>
        <w:rPr>
          <w:b/>
          <w:bCs/>
        </w:rPr>
        <w:t xml:space="preserve">parson's son often presented; his attire being his dairy clothes, long wading boots, a cabbage-leaf inside his hat to keep his head cool, with a thistle-spud to finish him off.</w:t>
      </w:r>
      <w:r>
        <w:br/>
      </w:r>
      <w:r>
        <w:t xml:space="preserve">    (a) prone to stating opinions as absolute truth</w:t>
      </w:r>
      <w:r>
        <w:br/>
      </w:r>
      <w:r>
        <w:t xml:space="preserve">    (b) computer code that performs a specific task</w:t>
      </w:r>
      <w:r>
        <w:br/>
      </w:r>
      <w:r>
        <w:t xml:space="preserve">    (c) relating to where attention is concentrated</w:t>
      </w:r>
    </w:p>
    <w:p>
      <w:pPr>
        <w:pStyle w:val="Compact"/>
        <w:numPr>
          <w:ilvl w:val="0"/>
          <w:numId w:val="1001"/>
        </w:numPr>
      </w:pPr>
      <w:r>
        <w:rPr>
          <w:b/>
          <w:bCs/>
        </w:rPr>
        <w:t xml:space="preserve">That would depend upon whether the germs of staunch comradeship underlay the temporary emotion, or whether it were a</w:t>
      </w:r>
      <w:r>
        <w:rPr>
          <w:b/>
          <w:bCs/>
        </w:rPr>
        <w:t xml:space="preserve"> </w:t>
      </w:r>
      <w:r>
        <w:rPr>
          <w:b/>
          <w:bCs/>
          <w:u w:val="single"/>
        </w:rPr>
        <w:t xml:space="preserve">sensuous</w:t>
      </w:r>
      <w:r>
        <w:rPr>
          <w:b/>
          <w:bCs/>
        </w:rPr>
        <w:t xml:space="preserve"> </w:t>
      </w:r>
      <w:r>
        <w:rPr>
          <w:b/>
          <w:bCs/>
        </w:rPr>
        <w:t xml:space="preserve">joy in her form only, with no substratum of everlastingness.</w:t>
      </w:r>
      <w:r>
        <w:br/>
      </w:r>
      <w:r>
        <w:t xml:space="preserve">    (a) most extreme as in final, best, worst, most important, or most fundamental</w:t>
      </w:r>
      <w:r>
        <w:br/>
      </w:r>
      <w:r>
        <w:t xml:space="preserve">    (b) the state or degree of having found a condition or substance to be present</w:t>
      </w:r>
      <w:r>
        <w:br/>
      </w:r>
      <w:r>
        <w:t xml:space="preserve">    (c) relating to pleasure from the body's senses rather than from the intellect</w:t>
      </w:r>
    </w:p>
    <w:p>
      <w:pPr>
        <w:pStyle w:val="Compact"/>
        <w:numPr>
          <w:ilvl w:val="0"/>
          <w:numId w:val="1001"/>
        </w:numPr>
      </w:pPr>
      <w:r>
        <w:rPr>
          <w:b/>
          <w:bCs/>
        </w:rPr>
        <w:t xml:space="preserve">And she is an unimpeachable Christian, I am sure; perhaps of the very tribe, genus, and species you desire to</w:t>
      </w:r>
      <w:r>
        <w:rPr>
          <w:b/>
          <w:bCs/>
        </w:rPr>
        <w:t xml:space="preserve"> </w:t>
      </w:r>
      <w:r>
        <w:rPr>
          <w:b/>
          <w:bCs/>
          <w:u w:val="single"/>
        </w:rPr>
        <w:t xml:space="preserve">propagate</w:t>
      </w:r>
      <w:r>
        <w:rPr>
          <w:b/>
          <w:bCs/>
        </w:rPr>
        <w:t xml:space="preserve">.</w:t>
      </w:r>
      <w:r>
        <w:br/>
      </w:r>
      <w:r>
        <w:t xml:space="preserve">    (a) take on as one's own</w:t>
      </w:r>
      <w:r>
        <w:br/>
      </w:r>
      <w:r>
        <w:t xml:space="preserve">    (b) multiply</w:t>
      </w:r>
      <w:r>
        <w:br/>
      </w:r>
      <w:r>
        <w:t xml:space="preserve">    (c) recognize difference</w:t>
      </w:r>
    </w:p>
    <w:p>
      <w:pPr>
        <w:pStyle w:val="Compact"/>
        <w:numPr>
          <w:ilvl w:val="0"/>
          <w:numId w:val="1001"/>
        </w:numPr>
      </w:pPr>
      <w:r>
        <w:rPr>
          <w:b/>
          <w:bCs/>
        </w:rPr>
        <w:t xml:space="preserve">But the uncompromising Evangelical did not even now hold that he would have been justified in giving his son, an unbeliever, the same academic advantages that he had given to the two others, when it was possible, if not probable, that those very advantages might have been used to decry the doctrines which he had made it his life's mission and desire to</w:t>
      </w:r>
      <w:r>
        <w:rPr>
          <w:b/>
          <w:bCs/>
        </w:rPr>
        <w:t xml:space="preserve"> </w:t>
      </w:r>
      <w:r>
        <w:rPr>
          <w:b/>
          <w:bCs/>
          <w:u w:val="single"/>
        </w:rPr>
        <w:t xml:space="preserve">propagate</w:t>
      </w:r>
      <w:r>
        <w:rPr>
          <w:b/>
          <w:bCs/>
        </w:rPr>
        <w:t xml:space="preserve">, and the mission of his ordained sons likewise.</w:t>
      </w:r>
      <w:r>
        <w:br/>
      </w:r>
      <w:r>
        <w:t xml:space="preserve">    (a) follow</w:t>
      </w:r>
      <w:r>
        <w:br/>
      </w:r>
      <w:r>
        <w:t xml:space="preserve">    (b) spread</w:t>
      </w:r>
      <w:r>
        <w:br/>
      </w:r>
      <w:r>
        <w:t xml:space="preserve">    (c) change</w:t>
      </w:r>
    </w:p>
    <w:p>
      <w:pPr>
        <w:pStyle w:val="Compact"/>
        <w:numPr>
          <w:ilvl w:val="0"/>
          <w:numId w:val="1001"/>
        </w:numPr>
      </w:pPr>
      <w:r>
        <w:rPr>
          <w:b/>
          <w:bCs/>
        </w:rPr>
        <w:t xml:space="preserve">"She must have seen what he was after, and should ha' refused him," cried Retty</w:t>
      </w:r>
      <w:r>
        <w:rPr>
          <w:b/>
          <w:bCs/>
        </w:rPr>
        <w:t xml:space="preserve"> </w:t>
      </w:r>
      <w:r>
        <w:rPr>
          <w:b/>
          <w:bCs/>
          <w:u w:val="single"/>
        </w:rPr>
        <w:t xml:space="preserve">spasmodically</w:t>
      </w:r>
      <w:r>
        <w:rPr>
          <w:b/>
          <w:bCs/>
        </w:rPr>
        <w:t xml:space="preserve">.</w:t>
      </w:r>
      <w:r>
        <w:br/>
      </w:r>
      <w:r>
        <w:t xml:space="preserve">    (a) in a way that is not appropriate in size, amount, or degree relative to something else</w:t>
      </w:r>
      <w:r>
        <w:br/>
      </w:r>
      <w:r>
        <w:t xml:space="preserve">    (b) in a manner that is so bad it is laughable or contemptible -- possibly mixed with pity</w:t>
      </w:r>
      <w:r>
        <w:br/>
      </w:r>
      <w:r>
        <w:t xml:space="preserve">    (c) happening for short periods and not in a regular pattern; or relating to muscle spasms</w:t>
      </w:r>
    </w:p>
    <w:p>
      <w:pPr>
        <w:pStyle w:val="Compact"/>
        <w:numPr>
          <w:ilvl w:val="0"/>
          <w:numId w:val="1001"/>
        </w:numPr>
      </w:pPr>
      <w:r>
        <w:rPr>
          <w:b/>
          <w:bCs/>
        </w:rPr>
        <w:t xml:space="preserve">One evening Tess and Clare were obliged to sit indoors keeping house, all the other occupants of the</w:t>
      </w:r>
      <w:r>
        <w:rPr>
          <w:b/>
          <w:bCs/>
        </w:rPr>
        <w:t xml:space="preserve"> </w:t>
      </w:r>
      <w:r>
        <w:rPr>
          <w:b/>
          <w:bCs/>
          <w:u w:val="single"/>
        </w:rPr>
        <w:t xml:space="preserve">domicile</w:t>
      </w:r>
      <w:r>
        <w:rPr>
          <w:b/>
          <w:bCs/>
        </w:rPr>
        <w:t xml:space="preserve"> </w:t>
      </w:r>
      <w:r>
        <w:rPr>
          <w:b/>
          <w:bCs/>
        </w:rPr>
        <w:t xml:space="preserve">being away.</w:t>
      </w:r>
      <w:r>
        <w:br/>
      </w:r>
      <w:r>
        <w:t xml:space="preserve">    (a) connection</w:t>
      </w:r>
      <w:r>
        <w:br/>
      </w:r>
      <w:r>
        <w:t xml:space="preserve">    (b) get rid of</w:t>
      </w:r>
      <w:r>
        <w:br/>
      </w:r>
      <w:r>
        <w:t xml:space="preserve">    (c) one's home</w:t>
      </w:r>
    </w:p>
    <w:p>
      <w:pPr>
        <w:pStyle w:val="Compact"/>
        <w:numPr>
          <w:ilvl w:val="0"/>
          <w:numId w:val="1001"/>
        </w:numPr>
      </w:pPr>
      <w:r>
        <w:rPr>
          <w:b/>
          <w:bCs/>
        </w:rPr>
        <w:t xml:space="preserve">It is nonsense to have such thoughts in this kind of case, which is rather one for</w:t>
      </w:r>
      <w:r>
        <w:rPr>
          <w:b/>
          <w:bCs/>
        </w:rPr>
        <w:t xml:space="preserve"> </w:t>
      </w:r>
      <w:r>
        <w:rPr>
          <w:b/>
          <w:bCs/>
          <w:u w:val="single"/>
        </w:rPr>
        <w:t xml:space="preserve">satirical</w:t>
      </w:r>
      <w:r>
        <w:rPr>
          <w:b/>
          <w:bCs/>
        </w:rPr>
        <w:t xml:space="preserve"> </w:t>
      </w:r>
      <w:r>
        <w:rPr>
          <w:b/>
          <w:bCs/>
        </w:rPr>
        <w:t xml:space="preserve">laughter than for tragedy.</w:t>
      </w:r>
      <w:r>
        <w:br/>
      </w:r>
      <w:r>
        <w:t xml:space="preserve">    (a) a way of making fun of people or ideas -- often through exaggeration</w:t>
      </w:r>
      <w:r>
        <w:br/>
      </w:r>
      <w:r>
        <w:t xml:space="preserve">    (b) full of anger or unhappiness at having to accept something not liked</w:t>
      </w:r>
      <w:r>
        <w:br/>
      </w:r>
      <w:r>
        <w:t xml:space="preserve">    (c) relating to expert judgement of what is good and bad about something</w:t>
      </w:r>
    </w:p>
    <w:p>
      <w:pPr>
        <w:pStyle w:val="Compact"/>
        <w:numPr>
          <w:ilvl w:val="0"/>
          <w:numId w:val="1001"/>
        </w:numPr>
      </w:pPr>
      <w:r>
        <w:rPr>
          <w:b/>
          <w:bCs/>
        </w:rPr>
        <w:t xml:space="preserve">Their walk having been</w:t>
      </w:r>
      <w:r>
        <w:rPr>
          <w:b/>
          <w:bCs/>
        </w:rPr>
        <w:t xml:space="preserve"> </w:t>
      </w:r>
      <w:r>
        <w:rPr>
          <w:b/>
          <w:bCs/>
          <w:u w:val="single"/>
        </w:rPr>
        <w:t xml:space="preserve">circuitous</w:t>
      </w:r>
      <w:r>
        <w:rPr>
          <w:b/>
          <w:bCs/>
        </w:rPr>
        <w:t xml:space="preserve">, they were still not far from the house, and in obeying his direction she only had to reach the large stone bridge across the main river and follow the road for a few yards.</w:t>
      </w:r>
      <w:r>
        <w:br/>
      </w:r>
      <w:r>
        <w:t xml:space="preserve">    (a) pleasing</w:t>
      </w:r>
      <w:r>
        <w:br/>
      </w:r>
      <w:r>
        <w:t xml:space="preserve">    (b) absolute</w:t>
      </w:r>
      <w:r>
        <w:br/>
      </w:r>
      <w:r>
        <w:t xml:space="preserve">    (c) indirect</w:t>
      </w:r>
    </w:p>
    <w:p>
      <w:pPr>
        <w:pStyle w:val="Compact"/>
        <w:numPr>
          <w:ilvl w:val="0"/>
          <w:numId w:val="1001"/>
        </w:numPr>
      </w:pPr>
      <w:r>
        <w:rPr>
          <w:b/>
          <w:bCs/>
        </w:rPr>
        <w:t xml:space="preserve">Within the remote depths of his constitution, so gentle and affectionate as he was in general, there lay hidden a hard logical deposit, like a vein of metal in a soft</w:t>
      </w:r>
      <w:r>
        <w:rPr>
          <w:b/>
          <w:bCs/>
        </w:rPr>
        <w:t xml:space="preserve"> </w:t>
      </w:r>
      <w:r>
        <w:rPr>
          <w:b/>
          <w:bCs/>
          <w:u w:val="single"/>
        </w:rPr>
        <w:t xml:space="preserve">loam</w:t>
      </w:r>
      <w:r>
        <w:rPr>
          <w:b/>
          <w:bCs/>
        </w:rPr>
        <w:t xml:space="preserve">, which turned the edge of everything that attempted to traverse it.</w:t>
      </w:r>
      <w:r>
        <w:br/>
      </w:r>
      <w:r>
        <w:t xml:space="preserve">    (a) wet soil</w:t>
      </w:r>
      <w:r>
        <w:br/>
      </w:r>
      <w:r>
        <w:t xml:space="preserve">    (b) rich soil</w:t>
      </w:r>
      <w:r>
        <w:br/>
      </w:r>
      <w:r>
        <w:t xml:space="preserve">    (c) dry soil</w:t>
      </w:r>
    </w:p>
    <w:p>
      <w:pPr>
        <w:pStyle w:val="Compact"/>
        <w:numPr>
          <w:ilvl w:val="0"/>
          <w:numId w:val="1001"/>
        </w:numPr>
      </w:pPr>
      <w:r>
        <w:rPr>
          <w:b/>
          <w:bCs/>
        </w:rPr>
        <w:t xml:space="preserve">Directly the assuring and</w:t>
      </w:r>
      <w:r>
        <w:rPr>
          <w:b/>
          <w:bCs/>
        </w:rPr>
        <w:t xml:space="preserve"> </w:t>
      </w:r>
      <w:r>
        <w:rPr>
          <w:b/>
          <w:bCs/>
          <w:u w:val="single"/>
        </w:rPr>
        <w:t xml:space="preserve">prosaic</w:t>
      </w:r>
      <w:r>
        <w:rPr>
          <w:b/>
          <w:bCs/>
        </w:rPr>
        <w:t xml:space="preserve"> </w:t>
      </w:r>
      <w:r>
        <w:rPr>
          <w:b/>
          <w:bCs/>
        </w:rPr>
        <w:t xml:space="preserve">light of the world's active hours had grown strong, she crept from under her hillock of leaves, and looked around boldly.</w:t>
      </w:r>
      <w:r>
        <w:br/>
      </w:r>
      <w:r>
        <w:t xml:space="preserve">    (a) able to make clear with example, diagram, photo, etc.</w:t>
      </w:r>
      <w:r>
        <w:br/>
      </w:r>
      <w:r>
        <w:t xml:space="preserve">    (b) lacking anything unusual, interesting, or challenging</w:t>
      </w:r>
      <w:r>
        <w:br/>
      </w:r>
      <w:r>
        <w:t xml:space="preserve">    (c) not concerned with what others might think of oneself</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2026-07-31T16:13:42Z</dcterms:created>
  <dcterms:modified xsi:type="dcterms:W3CDTF">2026-07-31T16:13:42Z</dcterms:modified>
</cp:coreProperties>
</file>

<file path=docProps/custom.xml><?xml version="1.0" encoding="utf-8"?>
<Properties xmlns="http://schemas.openxmlformats.org/officeDocument/2006/custom-properties" xmlns:vt="http://schemas.openxmlformats.org/officeDocument/2006/docPropsVTypes"/>
</file>