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0564f50aee1f8e0bd27db54134dfd82092850a"/>
    <w:p>
      <w:pPr>
        <w:pStyle w:val="Heading1"/>
      </w:pPr>
      <w:r>
        <w:rPr>
          <w:b/>
          <w:bCs/>
        </w:rPr>
        <w:t xml:space="preserve">Tender is the Night</w:t>
      </w:r>
      <w:r>
        <w:br/>
      </w:r>
      <w:r>
        <w:rPr>
          <w:i/>
          <w:iCs/>
        </w:rPr>
        <w:t xml:space="preserve">F. Scott Fitzgerald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example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anagram</w:t>
      </w:r>
      <w:r>
        <w:rPr>
          <w:b/>
          <w:bCs/>
        </w:rPr>
        <w:t xml:space="preserve"> </w:t>
      </w:r>
      <w:r>
        <w:rPr>
          <w:b/>
          <w:bCs/>
        </w:rPr>
        <w:t xml:space="preserve">is the phrase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"The Morse Code</w:t>
      </w:r>
      <w:r>
        <w:rPr>
          <w:b/>
          <w:bCs/>
        </w:rPr>
        <w:t xml:space="preserve">, which can be rearranged to spell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"Here come dots</w:t>
      </w:r>
      <w:r>
        <w:rPr>
          <w:b/>
          <w:bCs/>
        </w:rPr>
        <w:t xml:space="preserve">.</w:t>
      </w:r>
      <w:r>
        <w:br/>
      </w:r>
      <w:r>
        <w:t xml:space="preserve">    (a) a word phrase spelled by changing one letter per word of another word or phrase</w:t>
      </w:r>
      <w:r>
        <w:br/>
      </w:r>
      <w:r>
        <w:t xml:space="preserve">    (b) a word or phrase that rhymes with another word or phrase</w:t>
      </w:r>
      <w:r>
        <w:br/>
      </w:r>
      <w:r>
        <w:t xml:space="preserve">    (c) a word or phrase spelled by rearranging the letters of another word or phrase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religions have or have had traces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asceticism</w:t>
      </w:r>
      <w:r>
        <w:rPr>
          <w:b/>
          <w:bCs/>
        </w:rPr>
        <w:t xml:space="preserve"> </w:t>
      </w:r>
      <w:r>
        <w:rPr>
          <w:b/>
          <w:bCs/>
        </w:rPr>
        <w:t xml:space="preserve">in order to achieve a spiritual goal.</w:t>
      </w:r>
      <w:r>
        <w:br/>
      </w:r>
      <w:r>
        <w:t xml:space="preserve">    (a) spiritual mysticism</w:t>
      </w:r>
      <w:r>
        <w:br/>
      </w:r>
      <w:r>
        <w:t xml:space="preserve">    (b) sensual experience</w:t>
      </w:r>
      <w:r>
        <w:br/>
      </w:r>
      <w:r>
        <w:t xml:space="preserve">    (c) self-denial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focus on the Industrial Age in no way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belittles</w:t>
      </w:r>
      <w:r>
        <w:rPr>
          <w:b/>
          <w:bCs/>
        </w:rPr>
        <w:t xml:space="preserve"> </w:t>
      </w:r>
      <w:r>
        <w:rPr>
          <w:b/>
          <w:bCs/>
        </w:rPr>
        <w:t xml:space="preserve">the preceding progress.</w:t>
      </w:r>
      <w:r>
        <w:br/>
      </w:r>
      <w:r>
        <w:t xml:space="preserve">    (a) treats as unimportant</w:t>
      </w:r>
      <w:r>
        <w:br/>
      </w:r>
      <w:r>
        <w:t xml:space="preserve">    (b) exaggerates about</w:t>
      </w:r>
      <w:r>
        <w:br/>
      </w:r>
      <w:r>
        <w:t xml:space="preserve">    (c) treats as more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9-11, the US increased security 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consulates</w:t>
      </w:r>
      <w:r>
        <w:rPr>
          <w:b/>
          <w:bCs/>
        </w:rPr>
        <w:t xml:space="preserve"> </w:t>
      </w:r>
      <w:r>
        <w:rPr>
          <w:b/>
          <w:bCs/>
        </w:rPr>
        <w:t xml:space="preserve">around the world.</w:t>
      </w:r>
      <w:r>
        <w:br/>
      </w:r>
      <w:r>
        <w:t xml:space="preserve">    (a) offices of major corporations in a foreign country</w:t>
      </w:r>
      <w:r>
        <w:br/>
      </w:r>
      <w:r>
        <w:t xml:space="preserve">    (b) offices of diplomats living and working in foreign countries</w:t>
      </w:r>
      <w:r>
        <w:br/>
      </w:r>
      <w:r>
        <w:t xml:space="preserve">    (c) headquarters of troops stationed in foreign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added false information to the Wikipedia page.</w:t>
      </w:r>
      <w:r>
        <w:br/>
      </w:r>
      <w:r>
        <w:t xml:space="preserve">    (a) intentionally</w:t>
      </w:r>
      <w:r>
        <w:br/>
      </w:r>
      <w:r>
        <w:t xml:space="preserve">    (b) carelessly</w:t>
      </w:r>
      <w:r>
        <w:br/>
      </w:r>
      <w:r>
        <w:t xml:space="preserve">    (c) accidentally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</w:t>
      </w:r>
      <w:r>
        <w:rPr>
          <w:b/>
          <w:bCs/>
        </w:rPr>
        <w:t xml:space="preserve"> </w:t>
      </w:r>
      <w:r>
        <w:rPr>
          <w:b/>
          <w:bCs/>
        </w:rPr>
        <w:t xml:space="preserve">on this further before making a decision.</w:t>
      </w:r>
      <w:r>
        <w:br/>
      </w:r>
      <w:r>
        <w:t xml:space="preserve">    (a) talk</w:t>
      </w:r>
      <w:r>
        <w:br/>
      </w:r>
      <w:r>
        <w:t xml:space="preserve">    (b) wait</w:t>
      </w:r>
      <w:r>
        <w:br/>
      </w:r>
      <w:r>
        <w:t xml:space="preserve">    (c)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week, 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focusing</w:t>
      </w:r>
      <w:r>
        <w:rPr>
          <w:b/>
          <w:bCs/>
        </w:rPr>
        <w:t xml:space="preserve"> </w:t>
      </w:r>
      <w:r>
        <w:rPr>
          <w:b/>
          <w:bCs/>
        </w:rPr>
        <w:t xml:space="preserve">on finishing my research paper.</w:t>
      </w:r>
      <w:r>
        <w:br/>
      </w:r>
      <w:r>
        <w:t xml:space="preserve">    (a) concentrating</w:t>
      </w:r>
      <w:r>
        <w:br/>
      </w:r>
      <w:r>
        <w:t xml:space="preserve">    (b) getting help</w:t>
      </w:r>
      <w:r>
        <w:br/>
      </w:r>
      <w:r>
        <w:t xml:space="preserve">    (c) depending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of this class is classic American Literature.</w:t>
      </w:r>
      <w:r>
        <w:br/>
      </w:r>
      <w:r>
        <w:t xml:space="preserve">    (a) area where attention is concentrated</w:t>
      </w:r>
      <w:r>
        <w:br/>
      </w:r>
      <w:r>
        <w:t xml:space="preserve">    (b) hardest part</w:t>
      </w:r>
      <w:r>
        <w:br/>
      </w:r>
      <w:r>
        <w:t xml:space="preserve">    (c) prerequisite (understanding required to enroll)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challenge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formidable</w:t>
      </w:r>
      <w:r>
        <w:rPr>
          <w:b/>
          <w:bCs/>
        </w:rPr>
        <w:t xml:space="preserve">.</w:t>
      </w:r>
      <w:r>
        <w:br/>
      </w:r>
      <w:r>
        <w:t xml:space="preserve">    (a) trivial</w:t>
      </w:r>
      <w:r>
        <w:br/>
      </w:r>
      <w:r>
        <w:t xml:space="preserve">    (b) intimidating</w:t>
      </w:r>
      <w:r>
        <w:br/>
      </w:r>
      <w:r>
        <w:t xml:space="preserve">    (c)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indulgent</w:t>
      </w:r>
      <w:r>
        <w:rPr>
          <w:b/>
          <w:bCs/>
        </w:rPr>
        <w:t xml:space="preserve"> </w:t>
      </w:r>
      <w:r>
        <w:rPr>
          <w:b/>
          <w:bCs/>
        </w:rPr>
        <w:t xml:space="preserve">parents bought her every toy she asked for.</w:t>
      </w:r>
      <w:r>
        <w:br/>
      </w:r>
      <w:r>
        <w:t xml:space="preserve">    (a) strictly demanding</w:t>
      </w:r>
      <w:r>
        <w:br/>
      </w:r>
      <w:r>
        <w:t xml:space="preserve">    (b) overly lenient</w:t>
      </w:r>
      <w:r>
        <w:br/>
      </w:r>
      <w:r>
        <w:t xml:space="preserve">    (c) coldly distant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stand to his left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into sign language.</w:t>
      </w:r>
      <w:r>
        <w:br/>
      </w:r>
      <w:r>
        <w:t xml:space="preserve">    (a) refute (prove false)</w:t>
      </w:r>
      <w:r>
        <w:br/>
      </w:r>
      <w:r>
        <w:t xml:space="preserve">    (b) translate</w:t>
      </w:r>
      <w:r>
        <w:br/>
      </w:r>
      <w:r>
        <w:t xml:space="preserve">    (c) elaborate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happy</w:t>
      </w:r>
      <w:r>
        <w:br/>
      </w:r>
      <w:r>
        <w:t xml:space="preserve">    (b) feel like singing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1932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</w:t>
      </w:r>
      <w:r>
        <w:rPr>
          <w:b/>
          <w:bCs/>
        </w:rPr>
        <w:t xml:space="preserve"> </w:t>
      </w:r>
      <w:r>
        <w:rPr>
          <w:b/>
          <w:bCs/>
        </w:rPr>
        <w:t xml:space="preserve">revolt in Su County, China stopped collection of the poppy tax.</w:t>
      </w:r>
      <w:r>
        <w:br/>
      </w:r>
      <w:r>
        <w:t xml:space="preserve">    (a) poor farmer</w:t>
      </w:r>
      <w:r>
        <w:br/>
      </w:r>
      <w:r>
        <w:t xml:space="preserve">    (b) young person</w:t>
      </w:r>
      <w:r>
        <w:br/>
      </w:r>
      <w:r>
        <w:t xml:space="preserve">    (c) city dweller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persistent</w:t>
      </w:r>
      <w:r>
        <w:rPr>
          <w:b/>
          <w:bCs/>
        </w:rPr>
        <w:t xml:space="preserve"> </w:t>
      </w:r>
      <w:r>
        <w:rPr>
          <w:b/>
          <w:bCs/>
        </w:rPr>
        <w:t xml:space="preserve">rain finally stopped after flooding streets for a full week.</w:t>
      </w:r>
      <w:r>
        <w:br/>
      </w:r>
      <w:r>
        <w:t xml:space="preserve">    (a) suddenly starting</w:t>
      </w:r>
      <w:r>
        <w:br/>
      </w:r>
      <w:r>
        <w:t xml:space="preserve">    (b) quickly ending</w:t>
      </w:r>
      <w:r>
        <w:br/>
      </w:r>
      <w:r>
        <w:t xml:space="preserve">    (c) continuing steadily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portentous</w:t>
      </w:r>
      <w:r>
        <w:rPr>
          <w:b/>
          <w:bCs/>
        </w:rPr>
        <w:t xml:space="preserve"> </w:t>
      </w:r>
      <w:r>
        <w:rPr>
          <w:b/>
          <w:bCs/>
        </w:rPr>
        <w:t xml:space="preserve">meeting of the year.</w:t>
      </w:r>
      <w:r>
        <w:br/>
      </w:r>
      <w:r>
        <w:t xml:space="preserve">    (a) longest</w:t>
      </w:r>
      <w:r>
        <w:br/>
      </w:r>
      <w:r>
        <w:t xml:space="preserve">    (b) boring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that if 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, I will be fired.</w:t>
      </w:r>
      <w:r>
        <w:br/>
      </w:r>
      <w:r>
        <w:t xml:space="preserve">    (a) do better</w:t>
      </w:r>
      <w:r>
        <w:br/>
      </w:r>
      <w:r>
        <w:t xml:space="preserve">    (b) renew an agreement</w:t>
      </w:r>
      <w:r>
        <w:br/>
      </w:r>
      <w:r>
        <w:t xml:space="preserve">    (c) quit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resistant</w:t>
      </w:r>
      <w:r>
        <w:br/>
      </w:r>
      <w:r>
        <w:t xml:space="preserve">    (b) putting a stop</w:t>
      </w:r>
      <w:r>
        <w:br/>
      </w:r>
      <w:r>
        <w:t xml:space="preserve">    (c) with acceptance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encourages</w:t>
      </w:r>
      <w:r>
        <w:br/>
      </w:r>
      <w:r>
        <w:t xml:space="preserve">    (b) trains</w:t>
      </w:r>
      <w:r>
        <w:br/>
      </w:r>
      <w:r>
        <w:t xml:space="preserve">    (c) disrespects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protesters’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strident</w:t>
      </w:r>
      <w:r>
        <w:rPr>
          <w:b/>
          <w:bCs/>
        </w:rPr>
        <w:t xml:space="preserve"> </w:t>
      </w:r>
      <w:r>
        <w:rPr>
          <w:b/>
          <w:bCs/>
        </w:rPr>
        <w:t xml:space="preserve">chants could be heard from blocks away.</w:t>
      </w:r>
      <w:r>
        <w:br/>
      </w:r>
      <w:r>
        <w:t xml:space="preserve">    (a) forceful or loud and harsh</w:t>
      </w:r>
      <w:r>
        <w:br/>
      </w:r>
      <w:r>
        <w:t xml:space="preserve">    (b) unexpected or non-typical</w:t>
      </w:r>
      <w:r>
        <w:br/>
      </w:r>
      <w:r>
        <w:t xml:space="preserve">    (c) calm and composed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appreciated</w:t>
      </w:r>
      <w:r>
        <w:br/>
      </w:r>
      <w:r>
        <w:t xml:space="preserve">    (b) important</w:t>
      </w:r>
      <w:r>
        <w:br/>
      </w:r>
      <w:r>
        <w:t xml:space="preserve">    (c) unnecessary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2026-07-31T16:02:39Z</dcterms:created>
  <dcterms:modified xsi:type="dcterms:W3CDTF">2026-07-31T16:02:39Z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